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46940" w:rsidR="00385268" w:rsidP="0AC90BF4" w:rsidRDefault="6600A7F3" w14:paraId="0BF06D20" w14:textId="751323F4">
      <w:pPr>
        <w:spacing w:after="0"/>
        <w:rPr>
          <w:rFonts w:asciiTheme="majorHAnsi" w:hAnsiTheme="majorHAnsi" w:eastAsiaTheme="majorEastAsia" w:cstheme="majorBidi"/>
          <w:b/>
          <w:bCs/>
          <w:sz w:val="24"/>
          <w:szCs w:val="24"/>
        </w:rPr>
      </w:pPr>
      <w:r w:rsidRPr="00646940">
        <w:rPr>
          <w:rFonts w:asciiTheme="majorHAnsi" w:hAnsiTheme="majorHAnsi" w:eastAsiaTheme="majorEastAsia" w:cstheme="majorBidi"/>
          <w:b/>
          <w:bCs/>
          <w:sz w:val="36"/>
          <w:szCs w:val="36"/>
        </w:rPr>
        <w:t xml:space="preserve">Role Description: </w:t>
      </w:r>
      <w:r w:rsidR="00B4422E">
        <w:rPr>
          <w:rFonts w:asciiTheme="majorHAnsi" w:hAnsiTheme="majorHAnsi" w:eastAsiaTheme="majorEastAsia" w:cstheme="majorBidi"/>
          <w:b/>
          <w:bCs/>
          <w:sz w:val="36"/>
          <w:szCs w:val="36"/>
        </w:rPr>
        <w:t>Verger</w:t>
      </w:r>
    </w:p>
    <w:tbl>
      <w:tblPr>
        <w:tblStyle w:val="TableGrid"/>
        <w:tblW w:w="0" w:type="auto"/>
        <w:tblLook w:val="04A0" w:firstRow="1" w:lastRow="0" w:firstColumn="1" w:lastColumn="0" w:noHBand="0" w:noVBand="1"/>
      </w:tblPr>
      <w:tblGrid>
        <w:gridCol w:w="2501"/>
        <w:gridCol w:w="6093"/>
      </w:tblGrid>
      <w:tr w:rsidR="0AC90BF4" w:rsidTr="00243424" w14:paraId="64FFCFCB"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3895CFD6" w:rsidP="0AC90BF4" w:rsidRDefault="3895CFD6" w14:paraId="5DE19660" w14:textId="688DE6C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Role Type</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3895CFD6" w:rsidP="0AC90BF4" w:rsidRDefault="3895CFD6" w14:paraId="6F800AF5" w14:textId="33641870">
            <w:pPr>
              <w:spacing w:before="40" w:after="40"/>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Voluntary</w:t>
            </w:r>
          </w:p>
        </w:tc>
      </w:tr>
      <w:tr w:rsidR="0AC90BF4" w:rsidTr="00243424" w14:paraId="7CBE4119"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397F0628" w14:textId="24680AB2">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Team</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58ADA146" w:rsidP="0AC90BF4" w:rsidRDefault="58ADA146" w14:paraId="665A435A" w14:textId="36995989">
            <w:pPr>
              <w:spacing w:before="40" w:after="40"/>
              <w:rPr>
                <w:rFonts w:asciiTheme="majorHAnsi" w:hAnsiTheme="majorHAnsi" w:eastAsiaTheme="majorEastAsia" w:cstheme="majorBidi"/>
                <w:color w:val="000000" w:themeColor="text1"/>
              </w:rPr>
            </w:pPr>
          </w:p>
        </w:tc>
      </w:tr>
      <w:tr w:rsidR="0AC90BF4" w:rsidTr="00243424" w14:paraId="6F5CCBCB" w14:textId="77777777">
        <w:trPr>
          <w:trHeight w:val="225"/>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C433401" w:rsidP="0AC90BF4" w:rsidRDefault="00243424" w14:paraId="26C79AFB" w14:textId="13FC0796">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Reports to</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45D012B4" w:rsidP="0AC90BF4" w:rsidRDefault="45D012B4" w14:paraId="0A3F7E70" w14:textId="340CA287">
            <w:pPr>
              <w:spacing w:before="40" w:after="40"/>
              <w:rPr>
                <w:rFonts w:asciiTheme="majorHAnsi" w:hAnsiTheme="majorHAnsi" w:eastAsiaTheme="majorEastAsia" w:cstheme="majorBidi"/>
                <w:color w:val="000000" w:themeColor="text1"/>
              </w:rPr>
            </w:pPr>
          </w:p>
        </w:tc>
      </w:tr>
      <w:tr w:rsidR="00243424" w:rsidTr="00243424" w14:paraId="344F9F0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243424" w:rsidP="0AC90BF4" w:rsidRDefault="00432D55" w14:paraId="774F0E26" w14:textId="5E5C59C0">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Line Reports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243424" w:rsidP="0AC90BF4" w:rsidRDefault="00243424" w14:paraId="2EDECC47" w14:textId="77777777">
            <w:pPr>
              <w:spacing w:before="40" w:after="40"/>
              <w:rPr>
                <w:rFonts w:asciiTheme="majorHAnsi" w:hAnsiTheme="majorHAnsi" w:eastAsiaTheme="majorEastAsia" w:cstheme="majorBidi"/>
                <w:color w:val="000000" w:themeColor="text1"/>
              </w:rPr>
            </w:pPr>
          </w:p>
        </w:tc>
      </w:tr>
      <w:tr w:rsidR="0AC90BF4" w:rsidTr="00243424" w14:paraId="3DAB121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6942EA2" w:rsidP="0AC90BF4" w:rsidRDefault="46942EA2" w14:paraId="7758F5AB" w14:textId="79D74624">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 xml:space="preserve">Role </w:t>
            </w:r>
            <w:r w:rsidRPr="0AC90BF4" w:rsidR="0AC90BF4">
              <w:rPr>
                <w:rFonts w:asciiTheme="majorHAnsi" w:hAnsiTheme="majorHAnsi" w:eastAsiaTheme="majorEastAsia" w:cstheme="majorBidi"/>
                <w:b/>
                <w:bCs/>
                <w:color w:val="000000" w:themeColor="text1"/>
              </w:rPr>
              <w:t>Duration</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27DFC344" w:rsidP="0AC90BF4" w:rsidRDefault="27DFC344" w14:paraId="63092569" w14:textId="63C3F300">
            <w:pPr>
              <w:spacing w:before="40" w:after="40"/>
              <w:rPr>
                <w:rFonts w:asciiTheme="majorHAnsi" w:hAnsiTheme="majorHAnsi" w:eastAsiaTheme="majorEastAsia" w:cstheme="majorBidi"/>
                <w:color w:val="000000" w:themeColor="text1"/>
              </w:rPr>
            </w:pPr>
          </w:p>
        </w:tc>
      </w:tr>
      <w:tr w:rsidR="0AC90BF4" w:rsidTr="00243424" w14:paraId="5353B58A"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E53C024" w:rsidP="0AC90BF4" w:rsidRDefault="0E53C024" w14:paraId="65FA2D42" w14:textId="4DD3F6E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Time commitment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836176" w14:paraId="4D7B0C12" w14:textId="39C9418D">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Full</w:t>
            </w:r>
            <w:r w:rsidR="00A63EC2">
              <w:rPr>
                <w:rFonts w:asciiTheme="majorHAnsi" w:hAnsiTheme="majorHAnsi" w:eastAsiaTheme="majorEastAsia" w:cstheme="majorBidi"/>
                <w:color w:val="000000" w:themeColor="text1"/>
              </w:rPr>
              <w:t xml:space="preserve">-time / </w:t>
            </w:r>
            <w:r w:rsidRPr="0AC90BF4" w:rsidR="0AC90BF4">
              <w:rPr>
                <w:rFonts w:asciiTheme="majorHAnsi" w:hAnsiTheme="majorHAnsi" w:eastAsiaTheme="majorEastAsia" w:cstheme="majorBidi"/>
                <w:color w:val="000000" w:themeColor="text1"/>
              </w:rPr>
              <w:t>Part-time</w:t>
            </w:r>
          </w:p>
        </w:tc>
      </w:tr>
      <w:tr w:rsidR="0AC90BF4" w:rsidTr="00243424" w14:paraId="345A11DF"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115B8FA" w:rsidP="0AC90BF4" w:rsidRDefault="00432D55" w14:paraId="02523AFF" w14:textId="32B9E52B">
            <w:pPr>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C</w:t>
            </w:r>
            <w:r w:rsidRPr="0AC90BF4" w:rsidR="4115B8FA">
              <w:rPr>
                <w:rFonts w:asciiTheme="majorHAnsi" w:hAnsiTheme="majorHAnsi" w:eastAsiaTheme="majorEastAsia" w:cstheme="majorBidi"/>
                <w:b/>
                <w:bCs/>
                <w:color w:val="000000" w:themeColor="text1"/>
              </w:rPr>
              <w:t xml:space="preserve">ontact with vulnerable groups </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2E44E0" w:rsidP="0AC90BF4" w:rsidRDefault="00B20DA7" w14:paraId="7435589C"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No con</w:t>
            </w:r>
            <w:r w:rsidR="002E44E0">
              <w:rPr>
                <w:rFonts w:asciiTheme="majorHAnsi" w:hAnsiTheme="majorHAnsi" w:eastAsiaTheme="majorEastAsia" w:cstheme="majorBidi"/>
                <w:color w:val="000000" w:themeColor="text1"/>
              </w:rPr>
              <w:t>tact with Children/Vulnerable Adults</w:t>
            </w:r>
          </w:p>
          <w:p w:rsidR="4115B8FA" w:rsidP="0AC90BF4" w:rsidRDefault="4115B8FA" w14:paraId="38F11B30" w14:textId="77777777">
            <w:pPr>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Limited</w:t>
            </w:r>
            <w:r w:rsidRPr="0AC90BF4" w:rsidR="55D61604">
              <w:rPr>
                <w:rFonts w:asciiTheme="majorHAnsi" w:hAnsiTheme="majorHAnsi" w:eastAsiaTheme="majorEastAsia" w:cstheme="majorBidi"/>
                <w:color w:val="000000" w:themeColor="text1"/>
              </w:rPr>
              <w:t xml:space="preserve"> contact with </w:t>
            </w:r>
            <w:r w:rsidR="00DD2735">
              <w:rPr>
                <w:rFonts w:asciiTheme="majorHAnsi" w:hAnsiTheme="majorHAnsi" w:eastAsiaTheme="majorEastAsia" w:cstheme="majorBidi"/>
                <w:color w:val="000000" w:themeColor="text1"/>
              </w:rPr>
              <w:t>Children/</w:t>
            </w:r>
            <w:r w:rsidR="002E44E0">
              <w:rPr>
                <w:rFonts w:asciiTheme="majorHAnsi" w:hAnsiTheme="majorHAnsi" w:eastAsiaTheme="majorEastAsia" w:cstheme="majorBidi"/>
                <w:color w:val="000000" w:themeColor="text1"/>
              </w:rPr>
              <w:t>V</w:t>
            </w:r>
            <w:r w:rsidRPr="0AC90BF4" w:rsidR="55D61604">
              <w:rPr>
                <w:rFonts w:asciiTheme="majorHAnsi" w:hAnsiTheme="majorHAnsi" w:eastAsiaTheme="majorEastAsia" w:cstheme="majorBidi"/>
                <w:color w:val="000000" w:themeColor="text1"/>
              </w:rPr>
              <w:t xml:space="preserve">ulnerable </w:t>
            </w:r>
            <w:r w:rsidR="00DD2735">
              <w:rPr>
                <w:rFonts w:asciiTheme="majorHAnsi" w:hAnsiTheme="majorHAnsi" w:eastAsiaTheme="majorEastAsia" w:cstheme="majorBidi"/>
                <w:color w:val="000000" w:themeColor="text1"/>
              </w:rPr>
              <w:t>Adults</w:t>
            </w:r>
          </w:p>
          <w:p w:rsidR="00DD2735" w:rsidP="0AC90BF4" w:rsidRDefault="00DD2735" w14:paraId="158FCD90"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Regular contact with </w:t>
            </w:r>
            <w:r w:rsidR="003E2C96">
              <w:rPr>
                <w:rFonts w:asciiTheme="majorHAnsi" w:hAnsiTheme="majorHAnsi" w:eastAsiaTheme="majorEastAsia" w:cstheme="majorBidi"/>
                <w:color w:val="000000" w:themeColor="text1"/>
              </w:rPr>
              <w:t>Children/Vulnerable Adults</w:t>
            </w:r>
          </w:p>
          <w:p w:rsidR="000A7BD9" w:rsidP="0AC90BF4" w:rsidRDefault="000A7BD9" w14:paraId="0C0A14B5" w14:textId="79C91714">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Contact with Children/Vulnerable Adults in regulated </w:t>
            </w:r>
            <w:r w:rsidR="00CE582B">
              <w:rPr>
                <w:rFonts w:asciiTheme="majorHAnsi" w:hAnsiTheme="majorHAnsi" w:eastAsiaTheme="majorEastAsia" w:cstheme="majorBidi"/>
                <w:color w:val="000000" w:themeColor="text1"/>
              </w:rPr>
              <w:t>environment</w:t>
            </w:r>
          </w:p>
          <w:p w:rsidR="00CE582B" w:rsidP="0AC90BF4" w:rsidRDefault="009706D6" w14:paraId="0E69717D" w14:textId="14168420">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Oversight of staff working with Children/Vulnerable Adults</w:t>
            </w:r>
          </w:p>
        </w:tc>
      </w:tr>
      <w:tr w:rsidR="0AC90BF4" w:rsidTr="00243424" w14:paraId="69B7689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7B3AD989" w14:textId="789A2A8C">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DBS Check Requirement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472ED0" w14:paraId="38E498AC" w14:textId="2A56F1F6">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Enhanced</w:t>
            </w:r>
            <w:r w:rsidR="00846B11">
              <w:rPr>
                <w:rFonts w:asciiTheme="majorHAnsi" w:hAnsiTheme="majorHAnsi" w:eastAsiaTheme="majorEastAsia" w:cstheme="majorBidi"/>
                <w:color w:val="000000" w:themeColor="text1"/>
              </w:rPr>
              <w:t xml:space="preserve"> / Basic / </w:t>
            </w:r>
            <w:r w:rsidRPr="0AC90BF4" w:rsidR="0AC90BF4">
              <w:rPr>
                <w:rFonts w:asciiTheme="majorHAnsi" w:hAnsiTheme="majorHAnsi" w:eastAsiaTheme="majorEastAsia" w:cstheme="majorBidi"/>
                <w:color w:val="000000" w:themeColor="text1"/>
              </w:rPr>
              <w:t>NA</w:t>
            </w:r>
          </w:p>
        </w:tc>
      </w:tr>
      <w:tr w:rsidR="00432D55" w:rsidTr="00243424" w14:paraId="127EBEEC"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432D55" w:rsidP="0AC90BF4" w:rsidRDefault="00432D55" w14:paraId="74EBF61E" w14:textId="27B38910">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Safeguarding Training Requirements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432D55" w:rsidP="0AC90BF4" w:rsidRDefault="00C14B42" w14:paraId="1F886348" w14:textId="77777777">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Basic &amp; Foundations/Leadership/Senior Leadership</w:t>
            </w:r>
          </w:p>
          <w:p w:rsidR="00C14B42" w:rsidP="0AC90BF4" w:rsidRDefault="00C14B42" w14:paraId="1B4DCB58" w14:textId="0CFBD225">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Safer Recruitment</w:t>
            </w:r>
          </w:p>
        </w:tc>
      </w:tr>
    </w:tbl>
    <w:p w:rsidR="0AC90BF4" w:rsidP="0AC90BF4" w:rsidRDefault="0AC90BF4" w14:paraId="5A0EAF72" w14:textId="0917E6A2">
      <w:pPr>
        <w:pStyle w:val="Heading2"/>
        <w:keepNext w:val="0"/>
        <w:keepLines w:val="0"/>
        <w:spacing w:before="0" w:line="250" w:lineRule="auto"/>
        <w:rPr>
          <w:color w:val="8B2332"/>
          <w:sz w:val="24"/>
          <w:szCs w:val="24"/>
        </w:rPr>
      </w:pPr>
    </w:p>
    <w:p w:rsidRPr="00646940" w:rsidR="361CE775" w:rsidP="0AC90BF4" w:rsidRDefault="361CE775" w14:paraId="34CBB835" w14:textId="05A925DA">
      <w:pPr>
        <w:spacing w:after="0" w:line="250" w:lineRule="auto"/>
        <w:rPr>
          <w:rFonts w:asciiTheme="majorHAnsi" w:hAnsiTheme="majorHAnsi" w:eastAsiaTheme="majorEastAsia" w:cstheme="majorBidi"/>
          <w:b/>
          <w:bCs/>
          <w:sz w:val="28"/>
          <w:szCs w:val="28"/>
        </w:rPr>
      </w:pPr>
      <w:r w:rsidRPr="00646940">
        <w:rPr>
          <w:rFonts w:asciiTheme="majorHAnsi" w:hAnsiTheme="majorHAnsi" w:eastAsiaTheme="majorEastAsia" w:cstheme="majorBidi"/>
          <w:b/>
          <w:bCs/>
          <w:sz w:val="28"/>
          <w:szCs w:val="28"/>
        </w:rPr>
        <w:t>Background</w:t>
      </w:r>
    </w:p>
    <w:p w:rsidR="19C5DC2D" w:rsidP="0AC90BF4" w:rsidRDefault="00201161" w14:paraId="2827B074" w14:textId="2E44B643">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 xml:space="preserve">[Brief paragraph </w:t>
      </w:r>
      <w:r w:rsidR="000E3F4D">
        <w:rPr>
          <w:rFonts w:asciiTheme="majorHAnsi" w:hAnsiTheme="majorHAnsi" w:eastAsiaTheme="majorEastAsia" w:cstheme="majorBidi"/>
          <w:sz w:val="24"/>
          <w:szCs w:val="24"/>
        </w:rPr>
        <w:t xml:space="preserve">providing context for the role, focusing on </w:t>
      </w:r>
      <w:r w:rsidR="00577C2A">
        <w:rPr>
          <w:rFonts w:asciiTheme="majorHAnsi" w:hAnsiTheme="majorHAnsi" w:eastAsiaTheme="majorEastAsia" w:cstheme="majorBidi"/>
          <w:sz w:val="24"/>
          <w:szCs w:val="24"/>
        </w:rPr>
        <w:t>team/function/role</w:t>
      </w:r>
      <w:r w:rsidR="0018392D">
        <w:rPr>
          <w:rFonts w:asciiTheme="majorHAnsi" w:hAnsiTheme="majorHAnsi" w:eastAsiaTheme="majorEastAsia" w:cstheme="majorBidi"/>
          <w:sz w:val="24"/>
          <w:szCs w:val="24"/>
        </w:rPr>
        <w:t xml:space="preserve">, but not the </w:t>
      </w:r>
      <w:r w:rsidR="00FA0CCF">
        <w:rPr>
          <w:rFonts w:asciiTheme="majorHAnsi" w:hAnsiTheme="majorHAnsi" w:eastAsiaTheme="majorEastAsia" w:cstheme="majorBidi"/>
          <w:sz w:val="24"/>
          <w:szCs w:val="24"/>
        </w:rPr>
        <w:t>parish].</w:t>
      </w:r>
    </w:p>
    <w:p w:rsidR="0AC90BF4" w:rsidP="0AC90BF4" w:rsidRDefault="0AC90BF4" w14:paraId="2476BC29" w14:textId="1F66666C">
      <w:pPr>
        <w:spacing w:after="0" w:line="250" w:lineRule="auto"/>
      </w:pPr>
    </w:p>
    <w:p w:rsidRPr="00646940" w:rsidR="00385268" w:rsidP="0AC90BF4" w:rsidRDefault="57864579" w14:paraId="110B2B36" w14:textId="77777777">
      <w:pPr>
        <w:pStyle w:val="Heading2"/>
        <w:keepNext w:val="0"/>
        <w:keepLines w:val="0"/>
        <w:spacing w:before="0" w:line="250" w:lineRule="auto"/>
        <w:rPr>
          <w:color w:val="auto"/>
          <w:sz w:val="24"/>
          <w:szCs w:val="24"/>
        </w:rPr>
      </w:pPr>
      <w:r w:rsidRPr="00646940">
        <w:rPr>
          <w:color w:val="auto"/>
          <w:sz w:val="28"/>
          <w:szCs w:val="28"/>
        </w:rPr>
        <w:t>Purpose of the Role</w:t>
      </w:r>
    </w:p>
    <w:p w:rsidR="57864579" w:rsidP="0AC90BF4" w:rsidRDefault="00266095" w14:paraId="607255AC" w14:textId="0BEA457C">
      <w:pPr>
        <w:spacing w:after="0" w:line="250" w:lineRule="auto"/>
      </w:pPr>
      <w:r>
        <w:rPr>
          <w:rFonts w:asciiTheme="majorHAnsi" w:hAnsiTheme="majorHAnsi" w:eastAsiaTheme="majorEastAsia" w:cstheme="majorBidi"/>
          <w:sz w:val="24"/>
          <w:szCs w:val="24"/>
        </w:rPr>
        <w:t xml:space="preserve">[Brief </w:t>
      </w:r>
      <w:r w:rsidR="0074554F">
        <w:rPr>
          <w:rFonts w:asciiTheme="majorHAnsi" w:hAnsiTheme="majorHAnsi" w:eastAsiaTheme="majorEastAsia" w:cstheme="majorBidi"/>
          <w:sz w:val="24"/>
          <w:szCs w:val="24"/>
        </w:rPr>
        <w:t>paragraph summarising the responsibilities section].</w:t>
      </w:r>
    </w:p>
    <w:p w:rsidR="0AC90BF4" w:rsidP="0AC90BF4" w:rsidRDefault="0AC90BF4" w14:paraId="27C25EA9" w14:textId="005BBB25">
      <w:pPr>
        <w:spacing w:after="0" w:line="250" w:lineRule="auto"/>
        <w:ind w:right="425"/>
        <w:rPr>
          <w:rFonts w:ascii="Calibri" w:hAnsi="Calibri" w:eastAsia="Calibri" w:cs="Calibri"/>
          <w:b/>
          <w:bCs/>
          <w:color w:val="8B2332"/>
          <w:sz w:val="24"/>
          <w:szCs w:val="24"/>
        </w:rPr>
      </w:pPr>
    </w:p>
    <w:p w:rsidRPr="00646940" w:rsidR="00385268" w:rsidP="0AC90BF4" w:rsidRDefault="57864579" w14:paraId="6E48AD26" w14:textId="77777777">
      <w:pPr>
        <w:pStyle w:val="Heading2"/>
        <w:keepNext w:val="0"/>
        <w:keepLines w:val="0"/>
        <w:spacing w:before="0" w:line="250" w:lineRule="auto"/>
        <w:rPr>
          <w:color w:val="auto"/>
          <w:sz w:val="24"/>
          <w:szCs w:val="24"/>
        </w:rPr>
      </w:pPr>
      <w:r w:rsidRPr="00646940">
        <w:rPr>
          <w:color w:val="auto"/>
          <w:sz w:val="28"/>
          <w:szCs w:val="28"/>
        </w:rPr>
        <w:t>Key Responsibilities</w:t>
      </w:r>
    </w:p>
    <w:p w:rsidR="001F381C" w:rsidP="00475E31" w:rsidRDefault="00475E31" w14:paraId="719BD248" w14:textId="79172EED">
      <w:pPr>
        <w:pStyle w:val="ListParagraph"/>
        <w:numPr>
          <w:ilvl w:val="0"/>
          <w:numId w:val="33"/>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Responsibility for opening </w:t>
      </w:r>
      <w:r w:rsidR="0095579D">
        <w:rPr>
          <w:rFonts w:asciiTheme="majorHAnsi" w:hAnsiTheme="majorHAnsi" w:eastAsiaTheme="majorEastAsia" w:cstheme="majorBidi"/>
          <w:color w:val="000000" w:themeColor="text1"/>
          <w:sz w:val="24"/>
          <w:szCs w:val="24"/>
        </w:rPr>
        <w:t xml:space="preserve">up, </w:t>
      </w:r>
      <w:r>
        <w:rPr>
          <w:rFonts w:asciiTheme="majorHAnsi" w:hAnsiTheme="majorHAnsi" w:eastAsiaTheme="majorEastAsia" w:cstheme="majorBidi"/>
          <w:color w:val="000000" w:themeColor="text1"/>
          <w:sz w:val="24"/>
          <w:szCs w:val="24"/>
        </w:rPr>
        <w:t>closing</w:t>
      </w:r>
      <w:r w:rsidR="0095579D">
        <w:rPr>
          <w:rFonts w:asciiTheme="majorHAnsi" w:hAnsiTheme="majorHAnsi" w:eastAsiaTheme="majorEastAsia" w:cstheme="majorBidi"/>
          <w:color w:val="000000" w:themeColor="text1"/>
          <w:sz w:val="24"/>
          <w:szCs w:val="24"/>
        </w:rPr>
        <w:t xml:space="preserve"> and being a key holder</w:t>
      </w:r>
    </w:p>
    <w:p w:rsidR="0095579D" w:rsidP="00475E31" w:rsidRDefault="009A51C2" w14:paraId="32B2BF8D" w14:textId="7085D75A">
      <w:pPr>
        <w:pStyle w:val="ListParagraph"/>
        <w:numPr>
          <w:ilvl w:val="0"/>
          <w:numId w:val="33"/>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Welcome and assist visitors</w:t>
      </w:r>
    </w:p>
    <w:p w:rsidR="00EF14E1" w:rsidP="00475E31" w:rsidRDefault="00EF14E1" w14:paraId="4DB10B45" w14:textId="09686F88">
      <w:pPr>
        <w:pStyle w:val="ListParagraph"/>
        <w:numPr>
          <w:ilvl w:val="0"/>
          <w:numId w:val="33"/>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Prepare the building for services and events</w:t>
      </w:r>
      <w:r w:rsidR="00960B00">
        <w:rPr>
          <w:rFonts w:asciiTheme="majorHAnsi" w:hAnsiTheme="majorHAnsi" w:eastAsiaTheme="majorEastAsia" w:cstheme="majorBidi"/>
          <w:color w:val="000000" w:themeColor="text1"/>
          <w:sz w:val="24"/>
          <w:szCs w:val="24"/>
        </w:rPr>
        <w:t xml:space="preserve"> </w:t>
      </w:r>
      <w:r w:rsidR="006E60C6">
        <w:rPr>
          <w:rFonts w:asciiTheme="majorHAnsi" w:hAnsiTheme="majorHAnsi" w:eastAsiaTheme="majorEastAsia" w:cstheme="majorBidi"/>
          <w:color w:val="000000" w:themeColor="text1"/>
          <w:sz w:val="24"/>
          <w:szCs w:val="24"/>
        </w:rPr>
        <w:t>–</w:t>
      </w:r>
      <w:r w:rsidR="00960B00">
        <w:rPr>
          <w:rFonts w:asciiTheme="majorHAnsi" w:hAnsiTheme="majorHAnsi" w:eastAsiaTheme="majorEastAsia" w:cstheme="majorBidi"/>
          <w:color w:val="000000" w:themeColor="text1"/>
          <w:sz w:val="24"/>
          <w:szCs w:val="24"/>
        </w:rPr>
        <w:t xml:space="preserve"> </w:t>
      </w:r>
      <w:r w:rsidR="006E60C6">
        <w:rPr>
          <w:rFonts w:asciiTheme="majorHAnsi" w:hAnsiTheme="majorHAnsi" w:eastAsiaTheme="majorEastAsia" w:cstheme="majorBidi"/>
          <w:color w:val="000000" w:themeColor="text1"/>
          <w:sz w:val="24"/>
          <w:szCs w:val="24"/>
        </w:rPr>
        <w:t>arrange seating, move furniture</w:t>
      </w:r>
      <w:r w:rsidR="00B06C3A">
        <w:rPr>
          <w:rFonts w:asciiTheme="majorHAnsi" w:hAnsiTheme="majorHAnsi" w:eastAsiaTheme="majorEastAsia" w:cstheme="majorBidi"/>
          <w:color w:val="000000" w:themeColor="text1"/>
          <w:sz w:val="24"/>
          <w:szCs w:val="24"/>
        </w:rPr>
        <w:t xml:space="preserve"> and restore to original layout after events</w:t>
      </w:r>
    </w:p>
    <w:p w:rsidR="00B06C3A" w:rsidP="00475E31" w:rsidRDefault="00B06C3A" w14:paraId="2DE93198" w14:textId="737FB32C">
      <w:pPr>
        <w:pStyle w:val="ListParagraph"/>
        <w:numPr>
          <w:ilvl w:val="0"/>
          <w:numId w:val="33"/>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Assist with sound, lighting</w:t>
      </w:r>
      <w:r w:rsidR="00C10F62">
        <w:rPr>
          <w:rFonts w:asciiTheme="majorHAnsi" w:hAnsiTheme="majorHAnsi" w:eastAsiaTheme="majorEastAsia" w:cstheme="majorBidi"/>
          <w:color w:val="000000" w:themeColor="text1"/>
          <w:sz w:val="24"/>
          <w:szCs w:val="24"/>
        </w:rPr>
        <w:t xml:space="preserve"> and heating systems when required</w:t>
      </w:r>
    </w:p>
    <w:p w:rsidR="00EF14E1" w:rsidP="00475E31" w:rsidRDefault="00576957" w14:paraId="7057762F" w14:textId="0F4C68D5">
      <w:pPr>
        <w:pStyle w:val="ListParagraph"/>
        <w:numPr>
          <w:ilvl w:val="0"/>
          <w:numId w:val="33"/>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Support clergy and church wardens </w:t>
      </w:r>
      <w:r w:rsidR="000418E6">
        <w:rPr>
          <w:rFonts w:asciiTheme="majorHAnsi" w:hAnsiTheme="majorHAnsi" w:eastAsiaTheme="majorEastAsia" w:cstheme="majorBidi"/>
          <w:color w:val="000000" w:themeColor="text1"/>
          <w:sz w:val="24"/>
          <w:szCs w:val="24"/>
        </w:rPr>
        <w:t>with the smooth running of services, weddings, funerals, events</w:t>
      </w:r>
    </w:p>
    <w:p w:rsidR="00C10F62" w:rsidP="00475E31" w:rsidRDefault="00C10F62" w14:paraId="5C1032E9" w14:textId="75A08E83">
      <w:pPr>
        <w:pStyle w:val="ListParagraph"/>
        <w:numPr>
          <w:ilvl w:val="0"/>
          <w:numId w:val="33"/>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 xml:space="preserve">Ensure accessibility </w:t>
      </w:r>
      <w:r w:rsidR="00CB06BB">
        <w:rPr>
          <w:rFonts w:asciiTheme="majorHAnsi" w:hAnsiTheme="majorHAnsi" w:eastAsiaTheme="majorEastAsia" w:cstheme="majorBidi"/>
          <w:color w:val="000000" w:themeColor="text1"/>
          <w:sz w:val="24"/>
          <w:szCs w:val="24"/>
        </w:rPr>
        <w:t xml:space="preserve">and safety for all </w:t>
      </w:r>
      <w:r w:rsidR="00560160">
        <w:rPr>
          <w:rFonts w:asciiTheme="majorHAnsi" w:hAnsiTheme="majorHAnsi" w:eastAsiaTheme="majorEastAsia" w:cstheme="majorBidi"/>
          <w:color w:val="000000" w:themeColor="text1"/>
          <w:sz w:val="24"/>
          <w:szCs w:val="24"/>
        </w:rPr>
        <w:t>attendees</w:t>
      </w:r>
    </w:p>
    <w:p w:rsidRPr="00475E31" w:rsidR="00560160" w:rsidP="00475E31" w:rsidRDefault="00FF4EB7" w14:paraId="23DCB7FA" w14:textId="32B32F60">
      <w:pPr>
        <w:pStyle w:val="ListParagraph"/>
        <w:numPr>
          <w:ilvl w:val="0"/>
          <w:numId w:val="33"/>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Maintain the building perform light cleaning, replace alter candles</w:t>
      </w:r>
      <w:r w:rsidR="00CA7BAA">
        <w:rPr>
          <w:rFonts w:asciiTheme="majorHAnsi" w:hAnsiTheme="majorHAnsi" w:eastAsiaTheme="majorEastAsia" w:cstheme="majorBidi"/>
          <w:color w:val="000000" w:themeColor="text1"/>
          <w:sz w:val="24"/>
          <w:szCs w:val="24"/>
        </w:rPr>
        <w:t xml:space="preserve"> and complete general maintenance tasks.</w:t>
      </w:r>
    </w:p>
    <w:p w:rsidR="00475E31" w:rsidP="0AC90BF4" w:rsidRDefault="00475E31" w14:paraId="33506EFE" w14:textId="77777777">
      <w:pPr>
        <w:spacing w:after="0" w:line="250" w:lineRule="auto"/>
        <w:rPr>
          <w:rFonts w:asciiTheme="majorHAnsi" w:hAnsiTheme="majorHAnsi" w:eastAsiaTheme="majorEastAsia" w:cstheme="majorBidi"/>
          <w:color w:val="000000" w:themeColor="text1"/>
          <w:sz w:val="24"/>
          <w:szCs w:val="24"/>
        </w:rPr>
      </w:pPr>
    </w:p>
    <w:p w:rsidR="00475E31" w:rsidP="0AC90BF4" w:rsidRDefault="00475E31" w14:paraId="47A0161B" w14:textId="77777777">
      <w:pPr>
        <w:spacing w:after="0" w:line="250" w:lineRule="auto"/>
        <w:rPr>
          <w:rFonts w:asciiTheme="majorHAnsi" w:hAnsiTheme="majorHAnsi" w:eastAsiaTheme="majorEastAsia" w:cstheme="majorBidi"/>
          <w:color w:val="000000" w:themeColor="text1"/>
          <w:sz w:val="24"/>
          <w:szCs w:val="24"/>
        </w:rPr>
      </w:pPr>
    </w:p>
    <w:p w:rsidR="673375A8" w:rsidP="0AC90BF4" w:rsidRDefault="673375A8" w14:paraId="1926283C" w14:textId="0E66248D">
      <w:pPr>
        <w:spacing w:after="0" w:line="250" w:lineRule="auto"/>
        <w:rPr>
          <w:rFonts w:asciiTheme="majorHAnsi" w:hAnsiTheme="majorHAnsi" w:eastAsiaTheme="majorEastAsia" w:cstheme="majorBidi"/>
          <w:color w:val="000000" w:themeColor="text1"/>
          <w:sz w:val="24"/>
          <w:szCs w:val="24"/>
        </w:rPr>
      </w:pPr>
      <w:r w:rsidRPr="0AC90BF4">
        <w:rPr>
          <w:rFonts w:asciiTheme="majorHAnsi" w:hAnsiTheme="majorHAnsi" w:eastAsiaTheme="majorEastAsia" w:cstheme="majorBidi"/>
          <w:color w:val="000000" w:themeColor="text1"/>
          <w:sz w:val="24"/>
          <w:szCs w:val="24"/>
        </w:rPr>
        <w:lastRenderedPageBreak/>
        <w:t xml:space="preserve">The role holder must </w:t>
      </w:r>
      <w:r w:rsidRPr="0AC90BF4" w:rsidR="142B0EB8">
        <w:rPr>
          <w:rFonts w:asciiTheme="majorHAnsi" w:hAnsiTheme="majorHAnsi" w:eastAsiaTheme="majorEastAsia" w:cstheme="majorBidi"/>
          <w:color w:val="000000" w:themeColor="text1"/>
          <w:sz w:val="24"/>
          <w:szCs w:val="24"/>
        </w:rPr>
        <w:t xml:space="preserve">carry out duties in line with </w:t>
      </w:r>
      <w:r w:rsidR="008A720F">
        <w:rPr>
          <w:rFonts w:asciiTheme="majorHAnsi" w:hAnsiTheme="majorHAnsi" w:eastAsiaTheme="majorEastAsia" w:cstheme="majorBidi"/>
          <w:color w:val="000000" w:themeColor="text1"/>
          <w:sz w:val="24"/>
          <w:szCs w:val="24"/>
        </w:rPr>
        <w:t>[name of Parish’</w:t>
      </w:r>
      <w:r w:rsidRPr="0AC90BF4" w:rsidR="142B0EB8">
        <w:rPr>
          <w:rFonts w:asciiTheme="majorHAnsi" w:hAnsiTheme="majorHAnsi" w:eastAsiaTheme="majorEastAsia" w:cstheme="majorBidi"/>
          <w:color w:val="000000" w:themeColor="text1"/>
          <w:sz w:val="24"/>
          <w:szCs w:val="24"/>
        </w:rPr>
        <w:t>s</w:t>
      </w:r>
      <w:r w:rsidR="00697B8A">
        <w:rPr>
          <w:rFonts w:asciiTheme="majorHAnsi" w:hAnsiTheme="majorHAnsi" w:eastAsiaTheme="majorEastAsia" w:cstheme="majorBidi"/>
          <w:color w:val="000000" w:themeColor="text1"/>
          <w:sz w:val="24"/>
          <w:szCs w:val="24"/>
        </w:rPr>
        <w:t>]</w:t>
      </w:r>
      <w:r w:rsidRPr="0AC90BF4" w:rsidR="142B0EB8">
        <w:rPr>
          <w:rFonts w:asciiTheme="majorHAnsi" w:hAnsiTheme="majorHAnsi" w:eastAsiaTheme="majorEastAsia" w:cstheme="majorBidi"/>
          <w:color w:val="000000" w:themeColor="text1"/>
          <w:sz w:val="24"/>
          <w:szCs w:val="24"/>
        </w:rPr>
        <w:t xml:space="preserve"> policies and procedures, including safeguarding, data protection, health and </w:t>
      </w:r>
      <w:r w:rsidRPr="0AC90BF4" w:rsidR="4AA12879">
        <w:rPr>
          <w:rFonts w:asciiTheme="majorHAnsi" w:hAnsiTheme="majorHAnsi" w:eastAsiaTheme="majorEastAsia" w:cstheme="majorBidi"/>
          <w:color w:val="000000" w:themeColor="text1"/>
          <w:sz w:val="24"/>
          <w:szCs w:val="24"/>
        </w:rPr>
        <w:t>safety,</w:t>
      </w:r>
      <w:r w:rsidRPr="0AC90BF4" w:rsidR="142B0EB8">
        <w:rPr>
          <w:rFonts w:asciiTheme="majorHAnsi" w:hAnsiTheme="majorHAnsi" w:eastAsiaTheme="majorEastAsia" w:cstheme="majorBidi"/>
          <w:color w:val="000000" w:themeColor="text1"/>
          <w:sz w:val="24"/>
          <w:szCs w:val="24"/>
        </w:rPr>
        <w:t xml:space="preserve"> and equal opportunities</w:t>
      </w:r>
      <w:r w:rsidRPr="0AC90BF4" w:rsidR="263B6647">
        <w:rPr>
          <w:rFonts w:asciiTheme="majorHAnsi" w:hAnsiTheme="majorHAnsi" w:eastAsiaTheme="majorEastAsia" w:cstheme="majorBidi"/>
          <w:color w:val="000000" w:themeColor="text1"/>
          <w:sz w:val="24"/>
          <w:szCs w:val="24"/>
        </w:rPr>
        <w:t>.</w:t>
      </w:r>
    </w:p>
    <w:p w:rsidR="0AC90BF4" w:rsidP="0AC90BF4" w:rsidRDefault="0AC90BF4" w14:paraId="2E87CC49" w14:textId="5FF80D72">
      <w:pPr>
        <w:spacing w:after="0" w:line="250" w:lineRule="auto"/>
        <w:rPr>
          <w:rFonts w:asciiTheme="majorHAnsi" w:hAnsiTheme="majorHAnsi" w:eastAsiaTheme="majorEastAsia" w:cstheme="majorBidi"/>
          <w:sz w:val="24"/>
          <w:szCs w:val="24"/>
        </w:rPr>
      </w:pPr>
    </w:p>
    <w:p w:rsidR="142B0EB8" w:rsidP="0AC90BF4" w:rsidRDefault="142B0EB8" w14:paraId="5E556A83" w14:textId="4CD79445">
      <w:pPr>
        <w:spacing w:after="0" w:line="250" w:lineRule="auto"/>
        <w:rPr>
          <w:rFonts w:asciiTheme="majorHAnsi" w:hAnsiTheme="majorHAnsi" w:eastAsiaTheme="majorEastAsia" w:cstheme="majorBidi"/>
          <w:sz w:val="24"/>
          <w:szCs w:val="24"/>
        </w:rPr>
      </w:pPr>
      <w:r w:rsidRPr="0AC90BF4">
        <w:rPr>
          <w:rFonts w:asciiTheme="majorHAnsi" w:hAnsiTheme="majorHAnsi" w:eastAsiaTheme="majorEastAsia" w:cstheme="majorBidi"/>
          <w:sz w:val="24"/>
          <w:szCs w:val="24"/>
        </w:rPr>
        <w:t xml:space="preserve">This role description is issued as a guideline to assist you in your </w:t>
      </w:r>
      <w:r w:rsidRPr="0AC90BF4" w:rsidR="76CB0AE9">
        <w:rPr>
          <w:rFonts w:asciiTheme="majorHAnsi" w:hAnsiTheme="majorHAnsi" w:eastAsiaTheme="majorEastAsia" w:cstheme="majorBidi"/>
          <w:sz w:val="24"/>
          <w:szCs w:val="24"/>
        </w:rPr>
        <w:t>duties;</w:t>
      </w:r>
      <w:r w:rsidRPr="0AC90BF4">
        <w:rPr>
          <w:rFonts w:asciiTheme="majorHAnsi" w:hAnsiTheme="majorHAnsi" w:eastAsiaTheme="majorEastAsia" w:cstheme="majorBidi"/>
          <w:sz w:val="24"/>
          <w:szCs w:val="24"/>
        </w:rPr>
        <w:t xml:space="preserve"> it is not exclusive or exhaustive. Due to the evolving nature and changing demands of our service to the </w:t>
      </w:r>
      <w:r w:rsidR="00D0310B">
        <w:rPr>
          <w:rFonts w:asciiTheme="majorHAnsi" w:hAnsiTheme="majorHAnsi" w:eastAsiaTheme="majorEastAsia" w:cstheme="majorBidi"/>
          <w:sz w:val="24"/>
          <w:szCs w:val="24"/>
        </w:rPr>
        <w:t>parish</w:t>
      </w:r>
      <w:r w:rsidRPr="0AC90BF4" w:rsidR="34AFE220">
        <w:rPr>
          <w:rFonts w:asciiTheme="majorHAnsi" w:hAnsiTheme="majorHAnsi" w:eastAsiaTheme="majorEastAsia" w:cstheme="majorBidi"/>
          <w:sz w:val="24"/>
          <w:szCs w:val="24"/>
        </w:rPr>
        <w:t>,</w:t>
      </w:r>
      <w:r w:rsidRPr="0AC90BF4">
        <w:rPr>
          <w:rFonts w:asciiTheme="majorHAnsi" w:hAnsiTheme="majorHAnsi" w:eastAsiaTheme="majorEastAsia" w:cstheme="majorBidi"/>
          <w:sz w:val="24"/>
          <w:szCs w:val="24"/>
        </w:rPr>
        <w:t xml:space="preserve"> this role description may be regularly reviewed to ensure it is an accurate representation of your role. You may, on occasions, be required to undertake additional or other duties as may reasonably be expected within the scope and grading of the role and according to the needs of the organisation. </w:t>
      </w:r>
    </w:p>
    <w:p w:rsidR="0AC90BF4" w:rsidP="0AC90BF4" w:rsidRDefault="0AC90BF4" w14:paraId="0DD44E56" w14:textId="1E7FFE34">
      <w:pPr>
        <w:pStyle w:val="Heading2"/>
        <w:keepNext w:val="0"/>
        <w:keepLines w:val="0"/>
        <w:spacing w:before="0" w:line="250" w:lineRule="auto"/>
        <w:rPr>
          <w:sz w:val="24"/>
          <w:szCs w:val="24"/>
        </w:rPr>
      </w:pPr>
    </w:p>
    <w:p w:rsidRPr="0052080A" w:rsidR="00385268" w:rsidP="0AC90BF4" w:rsidRDefault="57864579" w14:paraId="2ECF66B3" w14:textId="77777777">
      <w:pPr>
        <w:pStyle w:val="Heading2"/>
        <w:keepNext w:val="0"/>
        <w:keepLines w:val="0"/>
        <w:spacing w:before="0" w:line="250" w:lineRule="auto"/>
        <w:rPr>
          <w:color w:val="auto"/>
          <w:sz w:val="28"/>
          <w:szCs w:val="28"/>
        </w:rPr>
      </w:pPr>
      <w:r w:rsidRPr="0052080A">
        <w:rPr>
          <w:color w:val="auto"/>
          <w:sz w:val="28"/>
          <w:szCs w:val="28"/>
        </w:rPr>
        <w:t>Support and Expenses</w:t>
      </w:r>
    </w:p>
    <w:p w:rsidR="00957280" w:rsidP="0AC90BF4" w:rsidRDefault="00AC08F0" w14:paraId="5B27F33D" w14:textId="733AA88B">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[Reimbursement of reasonable expenses in line with [Parish name] policy</w:t>
      </w:r>
      <w:r w:rsidR="00322903">
        <w:rPr>
          <w:rFonts w:asciiTheme="majorHAnsi" w:hAnsiTheme="majorHAnsi" w:eastAsiaTheme="majorEastAsia" w:cstheme="majorBidi"/>
          <w:sz w:val="24"/>
          <w:szCs w:val="24"/>
        </w:rPr>
        <w:t>, agreed in advance with the volunteer manager.]</w:t>
      </w:r>
    </w:p>
    <w:p w:rsidR="0052080A" w:rsidP="0AC90BF4" w:rsidRDefault="0052080A" w14:paraId="17A38785" w14:textId="77777777">
      <w:pPr>
        <w:spacing w:after="0" w:line="250" w:lineRule="auto"/>
        <w:rPr>
          <w:rFonts w:asciiTheme="majorHAnsi" w:hAnsiTheme="majorHAnsi" w:eastAsiaTheme="majorEastAsia" w:cstheme="majorBidi"/>
          <w:sz w:val="24"/>
          <w:szCs w:val="24"/>
        </w:rPr>
      </w:pPr>
    </w:p>
    <w:p w:rsidR="0052080A" w:rsidP="0AC90BF4" w:rsidRDefault="0052080A" w14:paraId="521E0C5B" w14:textId="77777777">
      <w:pPr>
        <w:spacing w:after="0" w:line="250" w:lineRule="auto"/>
        <w:rPr>
          <w:rFonts w:asciiTheme="majorHAnsi" w:hAnsiTheme="majorHAnsi" w:eastAsiaTheme="majorEastAsia" w:cstheme="majorBidi"/>
          <w:sz w:val="24"/>
          <w:szCs w:val="24"/>
        </w:rPr>
      </w:pPr>
    </w:p>
    <w:p w:rsidR="0052080A" w:rsidP="0AC90BF4" w:rsidRDefault="0052080A" w14:paraId="7F78B7E9" w14:textId="77777777">
      <w:pPr>
        <w:spacing w:after="0" w:line="250" w:lineRule="auto"/>
        <w:rPr>
          <w:rFonts w:asciiTheme="majorHAnsi" w:hAnsiTheme="majorHAnsi" w:eastAsiaTheme="majorEastAsia" w:cstheme="majorBidi"/>
          <w:sz w:val="24"/>
          <w:szCs w:val="24"/>
        </w:rPr>
      </w:pPr>
    </w:p>
    <w:p w:rsidR="0052080A" w:rsidP="0AC90BF4" w:rsidRDefault="0052080A" w14:paraId="57A9B6C4" w14:textId="77777777">
      <w:pPr>
        <w:spacing w:after="0" w:line="250" w:lineRule="auto"/>
        <w:rPr>
          <w:rFonts w:asciiTheme="majorHAnsi" w:hAnsiTheme="majorHAnsi" w:eastAsiaTheme="majorEastAsia" w:cstheme="majorBidi"/>
          <w:sz w:val="24"/>
          <w:szCs w:val="24"/>
        </w:rPr>
      </w:pPr>
    </w:p>
    <w:p w:rsidR="0052080A" w:rsidP="0AC90BF4" w:rsidRDefault="0052080A" w14:paraId="28A6E517" w14:textId="77777777">
      <w:pPr>
        <w:spacing w:after="0" w:line="250" w:lineRule="auto"/>
        <w:rPr>
          <w:rFonts w:asciiTheme="majorHAnsi" w:hAnsiTheme="majorHAnsi" w:eastAsiaTheme="majorEastAsia" w:cstheme="majorBidi"/>
          <w:sz w:val="24"/>
          <w:szCs w:val="24"/>
        </w:rPr>
      </w:pPr>
    </w:p>
    <w:p w:rsidR="0052080A" w:rsidP="0AC90BF4" w:rsidRDefault="0052080A" w14:paraId="56B66C1B" w14:textId="77777777">
      <w:pPr>
        <w:spacing w:after="0" w:line="250" w:lineRule="auto"/>
        <w:rPr>
          <w:rFonts w:asciiTheme="majorHAnsi" w:hAnsiTheme="majorHAnsi" w:eastAsiaTheme="majorEastAsia" w:cstheme="majorBidi"/>
          <w:sz w:val="24"/>
          <w:szCs w:val="24"/>
        </w:rPr>
      </w:pPr>
    </w:p>
    <w:p w:rsidR="0052080A" w:rsidP="0AC90BF4" w:rsidRDefault="0052080A" w14:paraId="49350F5D" w14:textId="77777777">
      <w:pPr>
        <w:spacing w:after="0" w:line="250" w:lineRule="auto"/>
        <w:rPr>
          <w:rFonts w:asciiTheme="majorHAnsi" w:hAnsiTheme="majorHAnsi" w:eastAsiaTheme="majorEastAsia" w:cstheme="majorBidi"/>
          <w:sz w:val="24"/>
          <w:szCs w:val="24"/>
        </w:rPr>
      </w:pPr>
    </w:p>
    <w:p w:rsidR="0052080A" w:rsidP="0AC90BF4" w:rsidRDefault="0052080A" w14:paraId="473AA33C" w14:textId="77777777">
      <w:pPr>
        <w:spacing w:after="0" w:line="250" w:lineRule="auto"/>
        <w:rPr>
          <w:rFonts w:asciiTheme="majorHAnsi" w:hAnsiTheme="majorHAnsi" w:eastAsiaTheme="majorEastAsia" w:cstheme="majorBidi"/>
          <w:sz w:val="24"/>
          <w:szCs w:val="24"/>
        </w:rPr>
      </w:pPr>
    </w:p>
    <w:p w:rsidR="0052080A" w:rsidP="0AC90BF4" w:rsidRDefault="0052080A" w14:paraId="03D83AF8" w14:textId="77777777">
      <w:pPr>
        <w:spacing w:after="0" w:line="250" w:lineRule="auto"/>
        <w:rPr>
          <w:rFonts w:asciiTheme="majorHAnsi" w:hAnsiTheme="majorHAnsi" w:eastAsiaTheme="majorEastAsia" w:cstheme="majorBidi"/>
          <w:sz w:val="24"/>
          <w:szCs w:val="24"/>
        </w:rPr>
      </w:pPr>
    </w:p>
    <w:p w:rsidR="0052080A" w:rsidP="0AC90BF4" w:rsidRDefault="0052080A" w14:paraId="50DC2341" w14:textId="77777777">
      <w:pPr>
        <w:spacing w:after="0" w:line="250" w:lineRule="auto"/>
        <w:rPr>
          <w:rFonts w:asciiTheme="majorHAnsi" w:hAnsiTheme="majorHAnsi" w:eastAsiaTheme="majorEastAsia" w:cstheme="majorBidi"/>
          <w:sz w:val="24"/>
          <w:szCs w:val="24"/>
        </w:rPr>
      </w:pPr>
    </w:p>
    <w:p w:rsidR="0052080A" w:rsidP="0AC90BF4" w:rsidRDefault="0052080A" w14:paraId="6C1DED4D" w14:textId="77777777">
      <w:pPr>
        <w:spacing w:after="0" w:line="250" w:lineRule="auto"/>
        <w:rPr>
          <w:rFonts w:asciiTheme="majorHAnsi" w:hAnsiTheme="majorHAnsi" w:eastAsiaTheme="majorEastAsia" w:cstheme="majorBidi"/>
          <w:sz w:val="24"/>
          <w:szCs w:val="24"/>
        </w:rPr>
      </w:pPr>
    </w:p>
    <w:p w:rsidR="0052080A" w:rsidP="0AC90BF4" w:rsidRDefault="0052080A" w14:paraId="654DEE8A" w14:textId="77777777">
      <w:pPr>
        <w:spacing w:after="0" w:line="250" w:lineRule="auto"/>
        <w:rPr>
          <w:rFonts w:asciiTheme="majorHAnsi" w:hAnsiTheme="majorHAnsi" w:eastAsiaTheme="majorEastAsia" w:cstheme="majorBidi"/>
          <w:sz w:val="24"/>
          <w:szCs w:val="24"/>
        </w:rPr>
      </w:pPr>
    </w:p>
    <w:p w:rsidR="0052080A" w:rsidP="0AC90BF4" w:rsidRDefault="0052080A" w14:paraId="180A8BB5" w14:textId="77777777">
      <w:pPr>
        <w:spacing w:after="0" w:line="250" w:lineRule="auto"/>
        <w:rPr>
          <w:rFonts w:asciiTheme="majorHAnsi" w:hAnsiTheme="majorHAnsi" w:eastAsiaTheme="majorEastAsia" w:cstheme="majorBidi"/>
          <w:sz w:val="24"/>
          <w:szCs w:val="24"/>
        </w:rPr>
      </w:pPr>
    </w:p>
    <w:p w:rsidR="0052080A" w:rsidP="0AC90BF4" w:rsidRDefault="0052080A" w14:paraId="3F1EBA9B" w14:textId="77777777">
      <w:pPr>
        <w:spacing w:after="0" w:line="250" w:lineRule="auto"/>
        <w:rPr>
          <w:rFonts w:asciiTheme="majorHAnsi" w:hAnsiTheme="majorHAnsi" w:eastAsiaTheme="majorEastAsia" w:cstheme="majorBidi"/>
          <w:sz w:val="24"/>
          <w:szCs w:val="24"/>
        </w:rPr>
      </w:pPr>
    </w:p>
    <w:p w:rsidR="0052080A" w:rsidP="0AC90BF4" w:rsidRDefault="0052080A" w14:paraId="57D9C2FE" w14:textId="77777777">
      <w:pPr>
        <w:spacing w:after="0" w:line="250" w:lineRule="auto"/>
        <w:rPr>
          <w:rFonts w:asciiTheme="majorHAnsi" w:hAnsiTheme="majorHAnsi" w:eastAsiaTheme="majorEastAsia" w:cstheme="majorBidi"/>
          <w:sz w:val="24"/>
          <w:szCs w:val="24"/>
        </w:rPr>
      </w:pPr>
    </w:p>
    <w:p w:rsidR="0052080A" w:rsidP="0AC90BF4" w:rsidRDefault="0052080A" w14:paraId="0740410E" w14:textId="77777777">
      <w:pPr>
        <w:spacing w:after="0" w:line="250" w:lineRule="auto"/>
        <w:rPr>
          <w:rFonts w:asciiTheme="majorHAnsi" w:hAnsiTheme="majorHAnsi" w:eastAsiaTheme="majorEastAsia" w:cstheme="majorBidi"/>
          <w:sz w:val="24"/>
          <w:szCs w:val="24"/>
        </w:rPr>
      </w:pPr>
    </w:p>
    <w:p w:rsidR="0052080A" w:rsidP="0AC90BF4" w:rsidRDefault="0052080A" w14:paraId="443FF3B5" w14:textId="77777777">
      <w:pPr>
        <w:spacing w:after="0" w:line="250" w:lineRule="auto"/>
        <w:rPr>
          <w:rFonts w:asciiTheme="majorHAnsi" w:hAnsiTheme="majorHAnsi" w:eastAsiaTheme="majorEastAsia" w:cstheme="majorBidi"/>
          <w:sz w:val="24"/>
          <w:szCs w:val="24"/>
        </w:rPr>
      </w:pPr>
    </w:p>
    <w:p w:rsidR="0052080A" w:rsidP="0AC90BF4" w:rsidRDefault="0052080A" w14:paraId="7F3C2FE8" w14:textId="77777777">
      <w:pPr>
        <w:spacing w:after="0" w:line="250" w:lineRule="auto"/>
        <w:rPr>
          <w:rFonts w:asciiTheme="majorHAnsi" w:hAnsiTheme="majorHAnsi" w:eastAsiaTheme="majorEastAsia" w:cstheme="majorBidi"/>
          <w:sz w:val="24"/>
          <w:szCs w:val="24"/>
        </w:rPr>
      </w:pPr>
    </w:p>
    <w:p w:rsidR="0052080A" w:rsidP="0AC90BF4" w:rsidRDefault="0052080A" w14:paraId="79267A8C" w14:textId="77777777">
      <w:pPr>
        <w:spacing w:after="0" w:line="250" w:lineRule="auto"/>
        <w:rPr>
          <w:rFonts w:asciiTheme="majorHAnsi" w:hAnsiTheme="majorHAnsi" w:eastAsiaTheme="majorEastAsia" w:cstheme="majorBidi"/>
          <w:sz w:val="24"/>
          <w:szCs w:val="24"/>
        </w:rPr>
      </w:pPr>
    </w:p>
    <w:p w:rsidR="00CA4023" w:rsidP="0AC90BF4" w:rsidRDefault="00CA4023" w14:paraId="44BCEFE0" w14:textId="77777777">
      <w:pPr>
        <w:spacing w:after="0" w:line="250" w:lineRule="auto"/>
        <w:rPr>
          <w:rFonts w:asciiTheme="majorHAnsi" w:hAnsiTheme="majorHAnsi" w:eastAsiaTheme="majorEastAsia" w:cstheme="majorBidi"/>
          <w:sz w:val="24"/>
          <w:szCs w:val="24"/>
        </w:rPr>
      </w:pPr>
    </w:p>
    <w:p w:rsidR="00CA4023" w:rsidP="0AC90BF4" w:rsidRDefault="00CA4023" w14:paraId="2223523C" w14:textId="77777777">
      <w:pPr>
        <w:spacing w:after="0" w:line="250" w:lineRule="auto"/>
        <w:rPr>
          <w:rFonts w:asciiTheme="majorHAnsi" w:hAnsiTheme="majorHAnsi" w:eastAsiaTheme="majorEastAsia" w:cstheme="majorBidi"/>
          <w:sz w:val="24"/>
          <w:szCs w:val="24"/>
        </w:rPr>
      </w:pPr>
    </w:p>
    <w:p w:rsidR="00CA4023" w:rsidP="0AC90BF4" w:rsidRDefault="00CA4023" w14:paraId="3DB42DDD" w14:textId="77777777">
      <w:pPr>
        <w:spacing w:after="0" w:line="250" w:lineRule="auto"/>
        <w:rPr>
          <w:rFonts w:asciiTheme="majorHAnsi" w:hAnsiTheme="majorHAnsi" w:eastAsiaTheme="majorEastAsia" w:cstheme="majorBidi"/>
          <w:sz w:val="24"/>
          <w:szCs w:val="24"/>
        </w:rPr>
      </w:pPr>
    </w:p>
    <w:p w:rsidR="00CA4023" w:rsidP="0AC90BF4" w:rsidRDefault="00CA4023" w14:paraId="57CF2F99" w14:textId="77777777">
      <w:pPr>
        <w:spacing w:after="0" w:line="250" w:lineRule="auto"/>
        <w:rPr>
          <w:rFonts w:asciiTheme="majorHAnsi" w:hAnsiTheme="majorHAnsi" w:eastAsiaTheme="majorEastAsia" w:cstheme="majorBidi"/>
          <w:sz w:val="24"/>
          <w:szCs w:val="24"/>
        </w:rPr>
      </w:pPr>
    </w:p>
    <w:p w:rsidR="00CA4023" w:rsidP="0AC90BF4" w:rsidRDefault="00CA4023" w14:paraId="4146F8E9" w14:textId="77777777">
      <w:pPr>
        <w:spacing w:after="0" w:line="250" w:lineRule="auto"/>
        <w:rPr>
          <w:rFonts w:asciiTheme="majorHAnsi" w:hAnsiTheme="majorHAnsi" w:eastAsiaTheme="majorEastAsia" w:cstheme="majorBidi"/>
          <w:sz w:val="24"/>
          <w:szCs w:val="24"/>
        </w:rPr>
      </w:pPr>
    </w:p>
    <w:p w:rsidR="0052080A" w:rsidP="0AC90BF4" w:rsidRDefault="0052080A" w14:paraId="0FD4466C" w14:textId="77777777">
      <w:pPr>
        <w:spacing w:after="0" w:line="250" w:lineRule="auto"/>
        <w:rPr>
          <w:rFonts w:asciiTheme="majorHAnsi" w:hAnsiTheme="majorHAnsi" w:eastAsiaTheme="majorEastAsia" w:cstheme="majorBidi"/>
          <w:sz w:val="24"/>
          <w:szCs w:val="24"/>
        </w:rPr>
      </w:pPr>
    </w:p>
    <w:p w:rsidR="0052080A" w:rsidP="0AC90BF4" w:rsidRDefault="0052080A" w14:paraId="1CC4D0B7" w14:textId="77777777">
      <w:pPr>
        <w:spacing w:after="0" w:line="250" w:lineRule="auto"/>
        <w:rPr>
          <w:rFonts w:asciiTheme="majorHAnsi" w:hAnsiTheme="majorHAnsi" w:eastAsiaTheme="majorEastAsia" w:cstheme="majorBidi"/>
          <w:sz w:val="24"/>
          <w:szCs w:val="24"/>
        </w:rPr>
      </w:pPr>
    </w:p>
    <w:p w:rsidR="0052080A" w:rsidP="0AC90BF4" w:rsidRDefault="0052080A" w14:paraId="03C3612B" w14:textId="77777777">
      <w:pPr>
        <w:spacing w:after="0" w:line="250" w:lineRule="auto"/>
        <w:rPr>
          <w:rFonts w:asciiTheme="majorHAnsi" w:hAnsiTheme="majorHAnsi" w:eastAsiaTheme="majorEastAsia" w:cstheme="majorBidi"/>
          <w:sz w:val="24"/>
          <w:szCs w:val="24"/>
        </w:rPr>
      </w:pPr>
    </w:p>
    <w:p w:rsidRPr="009A2787" w:rsidR="009A2787" w:rsidP="009A2787" w:rsidRDefault="009A2787" w14:paraId="3D3EA5A8" w14:textId="625CAFB5">
      <w:pPr>
        <w:spacing w:after="0" w:line="250" w:lineRule="auto"/>
        <w:rPr>
          <w:rFonts w:asciiTheme="majorHAnsi" w:hAnsiTheme="majorHAnsi" w:eastAsiaTheme="majorEastAsia" w:cstheme="majorBidi"/>
          <w:b/>
          <w:bCs/>
          <w:sz w:val="36"/>
          <w:szCs w:val="36"/>
          <w:lang w:val="en-GB"/>
        </w:rPr>
      </w:pPr>
      <w:r w:rsidRPr="009A2787">
        <w:rPr>
          <w:rFonts w:asciiTheme="majorHAnsi" w:hAnsiTheme="majorHAnsi" w:eastAsiaTheme="majorEastAsia" w:cstheme="majorBidi"/>
          <w:b/>
          <w:bCs/>
          <w:sz w:val="36"/>
          <w:szCs w:val="36"/>
        </w:rPr>
        <w:lastRenderedPageBreak/>
        <w:t>Person Specification:</w:t>
      </w:r>
      <w:r w:rsidR="00CA4023">
        <w:rPr>
          <w:rFonts w:asciiTheme="majorHAnsi" w:hAnsiTheme="majorHAnsi" w:eastAsiaTheme="majorEastAsia" w:cstheme="majorBidi"/>
          <w:b/>
          <w:bCs/>
          <w:sz w:val="36"/>
          <w:szCs w:val="36"/>
        </w:rPr>
        <w:t xml:space="preserve"> Verger</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35"/>
        <w:gridCol w:w="3795"/>
        <w:gridCol w:w="2820"/>
      </w:tblGrid>
      <w:tr w:rsidRPr="009A2787" w:rsidR="009A2787" w14:paraId="5D3F17F3" w14:textId="77777777">
        <w:trPr>
          <w:trHeight w:val="1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9A2787" w:rsidR="009A2787" w:rsidP="009A2787" w:rsidRDefault="009A2787" w14:paraId="27660296" w14:textId="77777777">
            <w:pPr>
              <w:spacing w:after="0" w:line="250" w:lineRule="auto"/>
              <w:rPr>
                <w:rFonts w:asciiTheme="majorHAnsi" w:hAnsiTheme="majorHAnsi" w:eastAsiaTheme="majorEastAsia" w:cstheme="majorBidi"/>
                <w:sz w:val="24"/>
                <w:szCs w:val="24"/>
                <w:lang w:val="en-GB"/>
              </w:rPr>
            </w:pPr>
            <w:r w:rsidRPr="009A2787">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5DCE4"/>
            <w:hideMark/>
          </w:tcPr>
          <w:p w:rsidRPr="009A2787" w:rsidR="009A2787" w:rsidP="009A2787" w:rsidRDefault="009A2787" w14:paraId="0F7E0531" w14:textId="77777777">
            <w:pPr>
              <w:spacing w:after="0" w:line="250" w:lineRule="auto"/>
              <w:rPr>
                <w:rFonts w:asciiTheme="majorHAnsi" w:hAnsiTheme="majorHAnsi" w:eastAsiaTheme="majorEastAsia" w:cstheme="majorBidi"/>
                <w:sz w:val="24"/>
                <w:szCs w:val="24"/>
                <w:lang w:val="en-GB"/>
              </w:rPr>
            </w:pPr>
            <w:r w:rsidRPr="009A2787">
              <w:rPr>
                <w:rFonts w:asciiTheme="majorHAnsi" w:hAnsiTheme="majorHAnsi" w:eastAsiaTheme="majorEastAsia" w:cstheme="majorBidi"/>
                <w:b/>
                <w:bCs/>
                <w:sz w:val="24"/>
                <w:szCs w:val="24"/>
                <w:lang w:val="en-GB"/>
              </w:rPr>
              <w:t>Essential</w:t>
            </w:r>
            <w:r w:rsidRPr="009A2787">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5DCE4"/>
            <w:hideMark/>
          </w:tcPr>
          <w:p w:rsidRPr="009A2787" w:rsidR="009A2787" w:rsidP="009A2787" w:rsidRDefault="009A2787" w14:paraId="7099F453" w14:textId="77777777">
            <w:pPr>
              <w:spacing w:after="0" w:line="250" w:lineRule="auto"/>
              <w:rPr>
                <w:rFonts w:asciiTheme="majorHAnsi" w:hAnsiTheme="majorHAnsi" w:eastAsiaTheme="majorEastAsia" w:cstheme="majorBidi"/>
                <w:sz w:val="24"/>
                <w:szCs w:val="24"/>
                <w:lang w:val="en-GB"/>
              </w:rPr>
            </w:pPr>
            <w:r w:rsidRPr="009A2787">
              <w:rPr>
                <w:rFonts w:asciiTheme="majorHAnsi" w:hAnsiTheme="majorHAnsi" w:eastAsiaTheme="majorEastAsia" w:cstheme="majorBidi"/>
                <w:b/>
                <w:bCs/>
                <w:sz w:val="24"/>
                <w:szCs w:val="24"/>
                <w:lang w:val="en-GB"/>
              </w:rPr>
              <w:t>Desirable</w:t>
            </w:r>
            <w:r w:rsidRPr="009A2787">
              <w:rPr>
                <w:rFonts w:asciiTheme="majorHAnsi" w:hAnsiTheme="majorHAnsi" w:eastAsiaTheme="majorEastAsia" w:cstheme="majorBidi"/>
                <w:sz w:val="24"/>
                <w:szCs w:val="24"/>
                <w:lang w:val="en-GB"/>
              </w:rPr>
              <w:t>      </w:t>
            </w:r>
          </w:p>
        </w:tc>
      </w:tr>
      <w:tr w:rsidRPr="009A2787" w:rsidR="009A2787" w14:paraId="24593BE8"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9A2787" w:rsidR="009A2787" w:rsidP="009A2787" w:rsidRDefault="009A2787" w14:paraId="5886B299" w14:textId="77777777">
            <w:pPr>
              <w:spacing w:after="0" w:line="250" w:lineRule="auto"/>
              <w:rPr>
                <w:rFonts w:asciiTheme="majorHAnsi" w:hAnsiTheme="majorHAnsi" w:eastAsiaTheme="majorEastAsia" w:cstheme="majorBidi"/>
                <w:sz w:val="24"/>
                <w:szCs w:val="24"/>
                <w:lang w:val="en-GB"/>
              </w:rPr>
            </w:pPr>
            <w:r w:rsidRPr="009A2787">
              <w:rPr>
                <w:rFonts w:asciiTheme="majorHAnsi" w:hAnsiTheme="majorHAnsi" w:eastAsiaTheme="majorEastAsia" w:cstheme="majorBidi"/>
                <w:b/>
                <w:bCs/>
                <w:sz w:val="24"/>
                <w:szCs w:val="24"/>
                <w:lang w:val="en-GB"/>
              </w:rPr>
              <w:t>Qualifications</w:t>
            </w:r>
            <w:r w:rsidRPr="009A2787">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hideMark/>
          </w:tcPr>
          <w:p w:rsidRPr="009A2787" w:rsidR="009A2787" w:rsidP="009A2787" w:rsidRDefault="009A2787" w14:paraId="427E71F2" w14:textId="77777777">
            <w:pPr>
              <w:numPr>
                <w:ilvl w:val="0"/>
                <w:numId w:val="31"/>
              </w:numPr>
              <w:spacing w:after="0" w:line="250" w:lineRule="auto"/>
              <w:rPr>
                <w:rFonts w:asciiTheme="majorHAnsi" w:hAnsiTheme="majorHAnsi" w:eastAsiaTheme="majorEastAsia" w:cstheme="majorBidi"/>
                <w:sz w:val="24"/>
                <w:szCs w:val="24"/>
                <w:lang w:val="en-GB"/>
              </w:rPr>
            </w:pPr>
            <w:r w:rsidRPr="009A2787">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hideMark/>
          </w:tcPr>
          <w:p w:rsidRPr="009A2787" w:rsidR="009A2787" w:rsidP="009A2787" w:rsidRDefault="009A2787" w14:paraId="07E62D01" w14:textId="77777777">
            <w:pPr>
              <w:numPr>
                <w:ilvl w:val="0"/>
                <w:numId w:val="32"/>
              </w:numPr>
              <w:spacing w:after="0" w:line="250" w:lineRule="auto"/>
              <w:rPr>
                <w:rFonts w:asciiTheme="majorHAnsi" w:hAnsiTheme="majorHAnsi" w:eastAsiaTheme="majorEastAsia" w:cstheme="majorBidi"/>
                <w:sz w:val="24"/>
                <w:szCs w:val="24"/>
                <w:lang w:val="en-GB"/>
              </w:rPr>
            </w:pPr>
            <w:r w:rsidRPr="009A2787">
              <w:rPr>
                <w:rFonts w:asciiTheme="majorHAnsi" w:hAnsiTheme="majorHAnsi" w:eastAsiaTheme="majorEastAsia" w:cstheme="majorBidi"/>
                <w:sz w:val="24"/>
                <w:szCs w:val="24"/>
                <w:lang w:val="en-GB"/>
              </w:rPr>
              <w:t>      </w:t>
            </w:r>
          </w:p>
        </w:tc>
      </w:tr>
      <w:tr w:rsidRPr="009A2787" w:rsidR="009A2787" w14:paraId="36D81896"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Pr="009A2787" w:rsidR="009A2787" w:rsidP="009A2787" w:rsidRDefault="009A2787" w14:paraId="38CAC26C" w14:textId="227FB5CA">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Experience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Pr="009A2787" w:rsidR="009A2787" w:rsidP="009A2787" w:rsidRDefault="009A2787" w14:paraId="55917A4E" w14:textId="77777777">
            <w:pPr>
              <w:numPr>
                <w:ilvl w:val="0"/>
                <w:numId w:val="31"/>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9A2787" w:rsidR="009A2787" w:rsidP="009A2787" w:rsidRDefault="009A2787" w14:paraId="490DF0B5" w14:textId="77777777">
            <w:pPr>
              <w:numPr>
                <w:ilvl w:val="0"/>
                <w:numId w:val="32"/>
              </w:numPr>
              <w:spacing w:after="0" w:line="250" w:lineRule="auto"/>
              <w:rPr>
                <w:rFonts w:asciiTheme="majorHAnsi" w:hAnsiTheme="majorHAnsi" w:eastAsiaTheme="majorEastAsia" w:cstheme="majorBidi"/>
                <w:sz w:val="24"/>
                <w:szCs w:val="24"/>
                <w:lang w:val="en-GB"/>
              </w:rPr>
            </w:pPr>
          </w:p>
        </w:tc>
      </w:tr>
      <w:tr w:rsidRPr="009A2787" w:rsidR="009A2787" w14:paraId="290F8231"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9A2787" w:rsidP="009A2787" w:rsidRDefault="009A2787" w14:paraId="29693673" w14:textId="2E40ED35">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Skills &amp; Knowledge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9A2787" w:rsidP="009A2787" w:rsidRDefault="00A832DC" w14:paraId="745FBC72" w14:textId="77777777">
            <w:pPr>
              <w:numPr>
                <w:ilvl w:val="0"/>
                <w:numId w:val="31"/>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 xml:space="preserve">Organised with initiative </w:t>
            </w:r>
            <w:r w:rsidR="00E82BAD">
              <w:rPr>
                <w:rFonts w:asciiTheme="majorHAnsi" w:hAnsiTheme="majorHAnsi" w:eastAsiaTheme="majorEastAsia" w:cstheme="majorBidi"/>
                <w:sz w:val="24"/>
                <w:szCs w:val="24"/>
                <w:lang w:val="en-GB"/>
              </w:rPr>
              <w:t xml:space="preserve">and ability to work </w:t>
            </w:r>
          </w:p>
          <w:p w:rsidRPr="009A2787" w:rsidR="00510177" w:rsidP="009A2787" w:rsidRDefault="00510177" w14:paraId="445A8FCD" w14:textId="003820A6">
            <w:pPr>
              <w:numPr>
                <w:ilvl w:val="0"/>
                <w:numId w:val="31"/>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Good communication and interpersonal skills</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9A2787" w:rsidR="009A2787" w:rsidP="009A2787" w:rsidRDefault="009A2787" w14:paraId="614B83E3" w14:textId="77777777">
            <w:pPr>
              <w:numPr>
                <w:ilvl w:val="0"/>
                <w:numId w:val="32"/>
              </w:numPr>
              <w:spacing w:after="0" w:line="250" w:lineRule="auto"/>
              <w:rPr>
                <w:rFonts w:asciiTheme="majorHAnsi" w:hAnsiTheme="majorHAnsi" w:eastAsiaTheme="majorEastAsia" w:cstheme="majorBidi"/>
                <w:sz w:val="24"/>
                <w:szCs w:val="24"/>
                <w:lang w:val="en-GB"/>
              </w:rPr>
            </w:pPr>
          </w:p>
        </w:tc>
      </w:tr>
      <w:tr w:rsidRPr="009A2787" w:rsidR="009A2787" w14:paraId="542F2936"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9A2787" w:rsidP="009A2787" w:rsidRDefault="009A2787" w14:paraId="05409F01" w14:textId="50E6958A">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Personal</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9A2787" w:rsidP="009A2787" w:rsidRDefault="006E6346" w14:paraId="69932742" w14:textId="77777777">
            <w:pPr>
              <w:numPr>
                <w:ilvl w:val="0"/>
                <w:numId w:val="31"/>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Friendly, approachable and reliable</w:t>
            </w:r>
          </w:p>
          <w:p w:rsidRPr="009A2787" w:rsidR="00A832DC" w:rsidP="009A2787" w:rsidRDefault="00C74DDE" w14:paraId="1B2096FF" w14:textId="597AE75E">
            <w:pPr>
              <w:numPr>
                <w:ilvl w:val="0"/>
                <w:numId w:val="31"/>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Physically capable of lifting, moving chairs</w:t>
            </w:r>
            <w:r w:rsidR="00441496">
              <w:rPr>
                <w:rFonts w:asciiTheme="majorHAnsi" w:hAnsiTheme="majorHAnsi" w:eastAsiaTheme="majorEastAsia" w:cstheme="majorBidi"/>
                <w:sz w:val="24"/>
                <w:szCs w:val="24"/>
                <w:lang w:val="en-GB"/>
              </w:rPr>
              <w:t>, and light maintenance tasks</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009A2787" w:rsidP="009A2787" w:rsidRDefault="009D613F" w14:paraId="420F4412" w14:textId="77777777">
            <w:pPr>
              <w:numPr>
                <w:ilvl w:val="0"/>
                <w:numId w:val="32"/>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practicing Chirstian</w:t>
            </w:r>
          </w:p>
          <w:p w:rsidRPr="009A2787" w:rsidR="009D613F" w:rsidP="009A2787" w:rsidRDefault="009D613F" w14:paraId="4C4D7FDD" w14:textId="7E0BD5B0">
            <w:pPr>
              <w:numPr>
                <w:ilvl w:val="0"/>
                <w:numId w:val="32"/>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An understanding of Parish life</w:t>
            </w:r>
          </w:p>
        </w:tc>
      </w:tr>
    </w:tbl>
    <w:p w:rsidR="0052080A" w:rsidP="0AC90BF4" w:rsidRDefault="0052080A" w14:paraId="5A564CF3" w14:textId="77777777">
      <w:pPr>
        <w:spacing w:after="0" w:line="250" w:lineRule="auto"/>
        <w:rPr>
          <w:rFonts w:asciiTheme="majorHAnsi" w:hAnsiTheme="majorHAnsi" w:eastAsiaTheme="majorEastAsia" w:cstheme="majorBidi"/>
          <w:sz w:val="24"/>
          <w:szCs w:val="24"/>
        </w:rPr>
      </w:pPr>
    </w:p>
    <w:p w:rsidR="0052080A" w:rsidP="0AC90BF4" w:rsidRDefault="0052080A" w14:paraId="289E3A84" w14:textId="77777777">
      <w:pPr>
        <w:spacing w:after="0" w:line="250" w:lineRule="auto"/>
        <w:rPr>
          <w:rFonts w:asciiTheme="majorHAnsi" w:hAnsiTheme="majorHAnsi" w:eastAsiaTheme="majorEastAsia" w:cstheme="majorBidi"/>
          <w:sz w:val="24"/>
          <w:szCs w:val="24"/>
        </w:rPr>
      </w:pPr>
    </w:p>
    <w:p w:rsidR="0052080A" w:rsidP="0AC90BF4" w:rsidRDefault="0052080A" w14:paraId="43B800F1" w14:textId="77777777">
      <w:pPr>
        <w:spacing w:after="0" w:line="250" w:lineRule="auto"/>
        <w:rPr>
          <w:rFonts w:asciiTheme="majorHAnsi" w:hAnsiTheme="majorHAnsi" w:eastAsiaTheme="majorEastAsia" w:cstheme="majorBidi"/>
          <w:sz w:val="24"/>
          <w:szCs w:val="24"/>
        </w:rPr>
      </w:pPr>
    </w:p>
    <w:p w:rsidR="0052080A" w:rsidP="0AC90BF4" w:rsidRDefault="0052080A" w14:paraId="4588B7AC" w14:textId="77777777">
      <w:pPr>
        <w:spacing w:after="0" w:line="250" w:lineRule="auto"/>
        <w:rPr>
          <w:rFonts w:asciiTheme="majorHAnsi" w:hAnsiTheme="majorHAnsi" w:eastAsiaTheme="majorEastAsia" w:cstheme="majorBidi"/>
          <w:sz w:val="24"/>
          <w:szCs w:val="24"/>
        </w:rPr>
      </w:pPr>
    </w:p>
    <w:p w:rsidR="0052080A" w:rsidP="0AC90BF4" w:rsidRDefault="0052080A" w14:paraId="41FE2BB9" w14:textId="77777777">
      <w:pPr>
        <w:spacing w:after="0" w:line="250" w:lineRule="auto"/>
        <w:rPr>
          <w:rFonts w:asciiTheme="majorHAnsi" w:hAnsiTheme="majorHAnsi" w:eastAsiaTheme="majorEastAsia" w:cstheme="majorBidi"/>
          <w:sz w:val="24"/>
          <w:szCs w:val="24"/>
        </w:rPr>
      </w:pPr>
    </w:p>
    <w:p w:rsidR="00B87D43" w:rsidP="0AC90BF4" w:rsidRDefault="00B87D43" w14:paraId="756EC942" w14:textId="77777777">
      <w:pPr>
        <w:spacing w:after="0" w:line="250" w:lineRule="auto"/>
        <w:rPr>
          <w:rFonts w:asciiTheme="majorHAnsi" w:hAnsiTheme="majorHAnsi" w:eastAsiaTheme="majorEastAsia" w:cstheme="majorBidi"/>
          <w:sz w:val="24"/>
          <w:szCs w:val="24"/>
        </w:rPr>
      </w:pPr>
    </w:p>
    <w:sectPr w:rsidR="00B87D43" w:rsidSect="00034616">
      <w:footerReference w:type="default" r:id="rId11"/>
      <w:pgSz w:w="12240" w:h="15840" w:orient="portrait"/>
      <w:pgMar w:top="1440" w:right="1800" w:bottom="1440" w:left="1800" w:header="720" w:footer="720" w:gutter="0"/>
      <w:cols w:space="720"/>
      <w:docGrid w:linePitch="360"/>
      <w:headerReference w:type="default" r:id="R1b08d294caef41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7AE8" w:rsidP="00B24851" w:rsidRDefault="009B7AE8" w14:paraId="73A09348" w14:textId="77777777">
      <w:pPr>
        <w:spacing w:after="0" w:line="240" w:lineRule="auto"/>
      </w:pPr>
      <w:r>
        <w:separator/>
      </w:r>
    </w:p>
  </w:endnote>
  <w:endnote w:type="continuationSeparator" w:id="0">
    <w:p w:rsidR="009B7AE8" w:rsidP="00B24851" w:rsidRDefault="009B7AE8" w14:paraId="7D49E8A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85408" w:rsidR="00B24851" w:rsidP="00B24851" w:rsidRDefault="00A85408" w14:paraId="5E186816" w14:textId="6C57132E">
    <w:pPr>
      <w:pStyle w:val="Footer"/>
      <w:jc w:val="right"/>
      <w:rPr>
        <w:sz w:val="18"/>
        <w:szCs w:val="18"/>
      </w:rPr>
    </w:pPr>
    <w:r w:rsidRPr="1AD2856C" w:rsidR="1AD2856C">
      <w:rPr>
        <w:sz w:val="18"/>
        <w:szCs w:val="18"/>
      </w:rPr>
      <w:t>Role</w:t>
    </w:r>
    <w:r w:rsidRPr="1AD2856C" w:rsidR="1AD2856C">
      <w:rPr>
        <w:sz w:val="18"/>
        <w:szCs w:val="18"/>
      </w:rPr>
      <w:t xml:space="preserve"> Description: </w:t>
    </w:r>
    <w:r w:rsidRPr="1AD2856C" w:rsidR="1AD2856C">
      <w:rPr>
        <w:sz w:val="18"/>
        <w:szCs w:val="18"/>
      </w:rPr>
      <w:t>Verger</w:t>
    </w:r>
    <w:r w:rsidRPr="1AD2856C" w:rsidR="1AD2856C">
      <w:rPr>
        <w:sz w:val="18"/>
        <w:szCs w:val="18"/>
      </w:rPr>
      <w:t>  [Month] [Year] Page &lt; # &gt; of &lt; # &gt;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7AE8" w:rsidP="00B24851" w:rsidRDefault="009B7AE8" w14:paraId="725CC484" w14:textId="77777777">
      <w:pPr>
        <w:spacing w:after="0" w:line="240" w:lineRule="auto"/>
      </w:pPr>
      <w:r>
        <w:separator/>
      </w:r>
    </w:p>
  </w:footnote>
  <w:footnote w:type="continuationSeparator" w:id="0">
    <w:p w:rsidR="009B7AE8" w:rsidP="00B24851" w:rsidRDefault="009B7AE8" w14:paraId="53BA445E"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1AD2856C" w:rsidTr="1AD2856C" w14:paraId="0AFE89AB">
      <w:trPr>
        <w:trHeight w:val="300"/>
      </w:trPr>
      <w:tc>
        <w:tcPr>
          <w:tcW w:w="2880" w:type="dxa"/>
          <w:tcMar/>
        </w:tcPr>
        <w:p w:rsidR="1AD2856C" w:rsidP="1AD2856C" w:rsidRDefault="1AD2856C" w14:paraId="1CC5B9F1" w14:textId="68530C9B">
          <w:pPr>
            <w:pStyle w:val="Header"/>
            <w:bidi w:val="0"/>
            <w:ind w:left="-115"/>
            <w:jc w:val="left"/>
          </w:pPr>
        </w:p>
      </w:tc>
      <w:tc>
        <w:tcPr>
          <w:tcW w:w="2880" w:type="dxa"/>
          <w:tcMar/>
        </w:tcPr>
        <w:p w:rsidR="1AD2856C" w:rsidP="1AD2856C" w:rsidRDefault="1AD2856C" w14:paraId="27269104" w14:textId="6B41DAD2">
          <w:pPr>
            <w:pStyle w:val="Header"/>
            <w:bidi w:val="0"/>
            <w:jc w:val="center"/>
          </w:pPr>
        </w:p>
      </w:tc>
      <w:tc>
        <w:tcPr>
          <w:tcW w:w="2880" w:type="dxa"/>
          <w:tcMar/>
        </w:tcPr>
        <w:p w:rsidR="1AD2856C" w:rsidP="1AD2856C" w:rsidRDefault="1AD2856C" w14:paraId="71688180" w14:textId="30524AA3">
          <w:pPr>
            <w:pStyle w:val="Header"/>
            <w:bidi w:val="0"/>
            <w:ind w:right="-115"/>
            <w:jc w:val="right"/>
          </w:pPr>
        </w:p>
      </w:tc>
    </w:tr>
  </w:tbl>
  <w:p w:rsidR="1AD2856C" w:rsidP="1AD2856C" w:rsidRDefault="1AD2856C" w14:paraId="7CB8D632" w14:textId="42622820">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C49ED6B"/>
    <w:multiLevelType w:val="hybridMultilevel"/>
    <w:tmpl w:val="6468768E"/>
    <w:lvl w:ilvl="0" w:tplc="B9662272">
      <w:start w:val="1"/>
      <w:numFmt w:val="decimal"/>
      <w:lvlText w:val="%1."/>
      <w:lvlJc w:val="left"/>
      <w:pPr>
        <w:ind w:left="360" w:hanging="360"/>
      </w:pPr>
    </w:lvl>
    <w:lvl w:ilvl="1" w:tplc="F7704180">
      <w:start w:val="1"/>
      <w:numFmt w:val="lowerLetter"/>
      <w:lvlText w:val="%2."/>
      <w:lvlJc w:val="left"/>
      <w:pPr>
        <w:ind w:left="1080" w:hanging="360"/>
      </w:pPr>
    </w:lvl>
    <w:lvl w:ilvl="2" w:tplc="3CE8F774">
      <w:start w:val="1"/>
      <w:numFmt w:val="lowerRoman"/>
      <w:lvlText w:val="%3."/>
      <w:lvlJc w:val="right"/>
      <w:pPr>
        <w:ind w:left="1800" w:hanging="180"/>
      </w:pPr>
    </w:lvl>
    <w:lvl w:ilvl="3" w:tplc="9E4E9EBA">
      <w:start w:val="1"/>
      <w:numFmt w:val="decimal"/>
      <w:lvlText w:val="%4."/>
      <w:lvlJc w:val="left"/>
      <w:pPr>
        <w:ind w:left="2520" w:hanging="360"/>
      </w:pPr>
    </w:lvl>
    <w:lvl w:ilvl="4" w:tplc="AD74D798">
      <w:start w:val="1"/>
      <w:numFmt w:val="lowerLetter"/>
      <w:lvlText w:val="%5."/>
      <w:lvlJc w:val="left"/>
      <w:pPr>
        <w:ind w:left="3240" w:hanging="360"/>
      </w:pPr>
    </w:lvl>
    <w:lvl w:ilvl="5" w:tplc="966064A6">
      <w:start w:val="1"/>
      <w:numFmt w:val="lowerRoman"/>
      <w:lvlText w:val="%6."/>
      <w:lvlJc w:val="right"/>
      <w:pPr>
        <w:ind w:left="3960" w:hanging="180"/>
      </w:pPr>
    </w:lvl>
    <w:lvl w:ilvl="6" w:tplc="BB78691A">
      <w:start w:val="1"/>
      <w:numFmt w:val="decimal"/>
      <w:lvlText w:val="%7."/>
      <w:lvlJc w:val="left"/>
      <w:pPr>
        <w:ind w:left="4680" w:hanging="360"/>
      </w:pPr>
    </w:lvl>
    <w:lvl w:ilvl="7" w:tplc="74D69EA0">
      <w:start w:val="1"/>
      <w:numFmt w:val="lowerLetter"/>
      <w:lvlText w:val="%8."/>
      <w:lvlJc w:val="left"/>
      <w:pPr>
        <w:ind w:left="5400" w:hanging="360"/>
      </w:pPr>
    </w:lvl>
    <w:lvl w:ilvl="8" w:tplc="D070CEC0">
      <w:start w:val="1"/>
      <w:numFmt w:val="lowerRoman"/>
      <w:lvlText w:val="%9."/>
      <w:lvlJc w:val="right"/>
      <w:pPr>
        <w:ind w:left="6120" w:hanging="180"/>
      </w:pPr>
    </w:lvl>
  </w:abstractNum>
  <w:abstractNum w:abstractNumId="10" w15:restartNumberingAfterBreak="0">
    <w:nsid w:val="105F712E"/>
    <w:multiLevelType w:val="hybridMultilevel"/>
    <w:tmpl w:val="D8BC4622"/>
    <w:lvl w:ilvl="0" w:tplc="E6920074">
      <w:start w:val="1"/>
      <w:numFmt w:val="bullet"/>
      <w:lvlText w:val=""/>
      <w:lvlJc w:val="left"/>
      <w:pPr>
        <w:ind w:left="720" w:hanging="360"/>
      </w:pPr>
      <w:rPr>
        <w:rFonts w:hint="default" w:ascii="Symbol" w:hAnsi="Symbol"/>
      </w:rPr>
    </w:lvl>
    <w:lvl w:ilvl="1" w:tplc="A8F662BC">
      <w:start w:val="1"/>
      <w:numFmt w:val="bullet"/>
      <w:lvlText w:val="o"/>
      <w:lvlJc w:val="left"/>
      <w:pPr>
        <w:ind w:left="1440" w:hanging="360"/>
      </w:pPr>
      <w:rPr>
        <w:rFonts w:hint="default" w:ascii="Courier New" w:hAnsi="Courier New"/>
      </w:rPr>
    </w:lvl>
    <w:lvl w:ilvl="2" w:tplc="663CAC10">
      <w:start w:val="1"/>
      <w:numFmt w:val="bullet"/>
      <w:lvlText w:val=""/>
      <w:lvlJc w:val="left"/>
      <w:pPr>
        <w:ind w:left="2160" w:hanging="360"/>
      </w:pPr>
      <w:rPr>
        <w:rFonts w:hint="default" w:ascii="Wingdings" w:hAnsi="Wingdings"/>
      </w:rPr>
    </w:lvl>
    <w:lvl w:ilvl="3" w:tplc="5E30CF40">
      <w:start w:val="1"/>
      <w:numFmt w:val="bullet"/>
      <w:lvlText w:val=""/>
      <w:lvlJc w:val="left"/>
      <w:pPr>
        <w:ind w:left="2880" w:hanging="360"/>
      </w:pPr>
      <w:rPr>
        <w:rFonts w:hint="default" w:ascii="Symbol" w:hAnsi="Symbol"/>
      </w:rPr>
    </w:lvl>
    <w:lvl w:ilvl="4" w:tplc="6498A87A">
      <w:start w:val="1"/>
      <w:numFmt w:val="bullet"/>
      <w:lvlText w:val="o"/>
      <w:lvlJc w:val="left"/>
      <w:pPr>
        <w:ind w:left="3600" w:hanging="360"/>
      </w:pPr>
      <w:rPr>
        <w:rFonts w:hint="default" w:ascii="Courier New" w:hAnsi="Courier New"/>
      </w:rPr>
    </w:lvl>
    <w:lvl w:ilvl="5" w:tplc="057CBCCE">
      <w:start w:val="1"/>
      <w:numFmt w:val="bullet"/>
      <w:lvlText w:val=""/>
      <w:lvlJc w:val="left"/>
      <w:pPr>
        <w:ind w:left="4320" w:hanging="360"/>
      </w:pPr>
      <w:rPr>
        <w:rFonts w:hint="default" w:ascii="Wingdings" w:hAnsi="Wingdings"/>
      </w:rPr>
    </w:lvl>
    <w:lvl w:ilvl="6" w:tplc="C3ECD272">
      <w:start w:val="1"/>
      <w:numFmt w:val="bullet"/>
      <w:lvlText w:val=""/>
      <w:lvlJc w:val="left"/>
      <w:pPr>
        <w:ind w:left="5040" w:hanging="360"/>
      </w:pPr>
      <w:rPr>
        <w:rFonts w:hint="default" w:ascii="Symbol" w:hAnsi="Symbol"/>
      </w:rPr>
    </w:lvl>
    <w:lvl w:ilvl="7" w:tplc="1CA2C96E">
      <w:start w:val="1"/>
      <w:numFmt w:val="bullet"/>
      <w:lvlText w:val="o"/>
      <w:lvlJc w:val="left"/>
      <w:pPr>
        <w:ind w:left="5760" w:hanging="360"/>
      </w:pPr>
      <w:rPr>
        <w:rFonts w:hint="default" w:ascii="Courier New" w:hAnsi="Courier New"/>
      </w:rPr>
    </w:lvl>
    <w:lvl w:ilvl="8" w:tplc="23DC2E1E">
      <w:start w:val="1"/>
      <w:numFmt w:val="bullet"/>
      <w:lvlText w:val=""/>
      <w:lvlJc w:val="left"/>
      <w:pPr>
        <w:ind w:left="6480" w:hanging="360"/>
      </w:pPr>
      <w:rPr>
        <w:rFonts w:hint="default" w:ascii="Wingdings" w:hAnsi="Wingdings"/>
      </w:rPr>
    </w:lvl>
  </w:abstractNum>
  <w:abstractNum w:abstractNumId="11" w15:restartNumberingAfterBreak="0">
    <w:nsid w:val="10AEC5A6"/>
    <w:multiLevelType w:val="hybridMultilevel"/>
    <w:tmpl w:val="3188ABBA"/>
    <w:lvl w:ilvl="0" w:tplc="83105D30">
      <w:start w:val="1"/>
      <w:numFmt w:val="bullet"/>
      <w:lvlText w:val=""/>
      <w:lvlJc w:val="left"/>
      <w:pPr>
        <w:ind w:left="720" w:hanging="360"/>
      </w:pPr>
      <w:rPr>
        <w:rFonts w:hint="default" w:ascii="Symbol" w:hAnsi="Symbol"/>
      </w:rPr>
    </w:lvl>
    <w:lvl w:ilvl="1" w:tplc="7F28ACAE">
      <w:start w:val="1"/>
      <w:numFmt w:val="bullet"/>
      <w:lvlText w:val="o"/>
      <w:lvlJc w:val="left"/>
      <w:pPr>
        <w:ind w:left="1440" w:hanging="360"/>
      </w:pPr>
      <w:rPr>
        <w:rFonts w:hint="default" w:ascii="Courier New" w:hAnsi="Courier New"/>
      </w:rPr>
    </w:lvl>
    <w:lvl w:ilvl="2" w:tplc="FF8413A0">
      <w:start w:val="1"/>
      <w:numFmt w:val="bullet"/>
      <w:lvlText w:val=""/>
      <w:lvlJc w:val="left"/>
      <w:pPr>
        <w:ind w:left="2160" w:hanging="360"/>
      </w:pPr>
      <w:rPr>
        <w:rFonts w:hint="default" w:ascii="Wingdings" w:hAnsi="Wingdings"/>
      </w:rPr>
    </w:lvl>
    <w:lvl w:ilvl="3" w:tplc="5A000F9C">
      <w:start w:val="1"/>
      <w:numFmt w:val="bullet"/>
      <w:lvlText w:val=""/>
      <w:lvlJc w:val="left"/>
      <w:pPr>
        <w:ind w:left="2880" w:hanging="360"/>
      </w:pPr>
      <w:rPr>
        <w:rFonts w:hint="default" w:ascii="Symbol" w:hAnsi="Symbol"/>
      </w:rPr>
    </w:lvl>
    <w:lvl w:ilvl="4" w:tplc="3B081330">
      <w:start w:val="1"/>
      <w:numFmt w:val="bullet"/>
      <w:lvlText w:val="o"/>
      <w:lvlJc w:val="left"/>
      <w:pPr>
        <w:ind w:left="3600" w:hanging="360"/>
      </w:pPr>
      <w:rPr>
        <w:rFonts w:hint="default" w:ascii="Courier New" w:hAnsi="Courier New"/>
      </w:rPr>
    </w:lvl>
    <w:lvl w:ilvl="5" w:tplc="7EF2B1E2">
      <w:start w:val="1"/>
      <w:numFmt w:val="bullet"/>
      <w:lvlText w:val=""/>
      <w:lvlJc w:val="left"/>
      <w:pPr>
        <w:ind w:left="4320" w:hanging="360"/>
      </w:pPr>
      <w:rPr>
        <w:rFonts w:hint="default" w:ascii="Wingdings" w:hAnsi="Wingdings"/>
      </w:rPr>
    </w:lvl>
    <w:lvl w:ilvl="6" w:tplc="C3BA441C">
      <w:start w:val="1"/>
      <w:numFmt w:val="bullet"/>
      <w:lvlText w:val=""/>
      <w:lvlJc w:val="left"/>
      <w:pPr>
        <w:ind w:left="5040" w:hanging="360"/>
      </w:pPr>
      <w:rPr>
        <w:rFonts w:hint="default" w:ascii="Symbol" w:hAnsi="Symbol"/>
      </w:rPr>
    </w:lvl>
    <w:lvl w:ilvl="7" w:tplc="3894E31A">
      <w:start w:val="1"/>
      <w:numFmt w:val="bullet"/>
      <w:lvlText w:val="o"/>
      <w:lvlJc w:val="left"/>
      <w:pPr>
        <w:ind w:left="5760" w:hanging="360"/>
      </w:pPr>
      <w:rPr>
        <w:rFonts w:hint="default" w:ascii="Courier New" w:hAnsi="Courier New"/>
      </w:rPr>
    </w:lvl>
    <w:lvl w:ilvl="8" w:tplc="01B8626E">
      <w:start w:val="1"/>
      <w:numFmt w:val="bullet"/>
      <w:lvlText w:val=""/>
      <w:lvlJc w:val="left"/>
      <w:pPr>
        <w:ind w:left="6480" w:hanging="360"/>
      </w:pPr>
      <w:rPr>
        <w:rFonts w:hint="default" w:ascii="Wingdings" w:hAnsi="Wingdings"/>
      </w:rPr>
    </w:lvl>
  </w:abstractNum>
  <w:abstractNum w:abstractNumId="12" w15:restartNumberingAfterBreak="0">
    <w:nsid w:val="14BD3F1D"/>
    <w:multiLevelType w:val="hybridMultilevel"/>
    <w:tmpl w:val="2A08BE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A10892C"/>
    <w:multiLevelType w:val="hybridMultilevel"/>
    <w:tmpl w:val="DDF467EC"/>
    <w:lvl w:ilvl="0" w:tplc="5ABC6016">
      <w:start w:val="1"/>
      <w:numFmt w:val="bullet"/>
      <w:lvlText w:val="·"/>
      <w:lvlJc w:val="left"/>
      <w:pPr>
        <w:ind w:left="720" w:hanging="360"/>
      </w:pPr>
      <w:rPr>
        <w:rFonts w:hint="default" w:ascii="Symbol" w:hAnsi="Symbol"/>
      </w:rPr>
    </w:lvl>
    <w:lvl w:ilvl="1" w:tplc="C414A9E2">
      <w:start w:val="1"/>
      <w:numFmt w:val="bullet"/>
      <w:lvlText w:val="o"/>
      <w:lvlJc w:val="left"/>
      <w:pPr>
        <w:ind w:left="1440" w:hanging="360"/>
      </w:pPr>
      <w:rPr>
        <w:rFonts w:hint="default" w:ascii="Courier New" w:hAnsi="Courier New"/>
      </w:rPr>
    </w:lvl>
    <w:lvl w:ilvl="2" w:tplc="B1126C3E">
      <w:start w:val="1"/>
      <w:numFmt w:val="bullet"/>
      <w:lvlText w:val=""/>
      <w:lvlJc w:val="left"/>
      <w:pPr>
        <w:ind w:left="2160" w:hanging="360"/>
      </w:pPr>
      <w:rPr>
        <w:rFonts w:hint="default" w:ascii="Wingdings" w:hAnsi="Wingdings"/>
      </w:rPr>
    </w:lvl>
    <w:lvl w:ilvl="3" w:tplc="E634E12A">
      <w:start w:val="1"/>
      <w:numFmt w:val="bullet"/>
      <w:lvlText w:val=""/>
      <w:lvlJc w:val="left"/>
      <w:pPr>
        <w:ind w:left="2880" w:hanging="360"/>
      </w:pPr>
      <w:rPr>
        <w:rFonts w:hint="default" w:ascii="Symbol" w:hAnsi="Symbol"/>
      </w:rPr>
    </w:lvl>
    <w:lvl w:ilvl="4" w:tplc="B2C0FA56">
      <w:start w:val="1"/>
      <w:numFmt w:val="bullet"/>
      <w:lvlText w:val="o"/>
      <w:lvlJc w:val="left"/>
      <w:pPr>
        <w:ind w:left="3600" w:hanging="360"/>
      </w:pPr>
      <w:rPr>
        <w:rFonts w:hint="default" w:ascii="Courier New" w:hAnsi="Courier New"/>
      </w:rPr>
    </w:lvl>
    <w:lvl w:ilvl="5" w:tplc="7810833A">
      <w:start w:val="1"/>
      <w:numFmt w:val="bullet"/>
      <w:lvlText w:val=""/>
      <w:lvlJc w:val="left"/>
      <w:pPr>
        <w:ind w:left="4320" w:hanging="360"/>
      </w:pPr>
      <w:rPr>
        <w:rFonts w:hint="default" w:ascii="Wingdings" w:hAnsi="Wingdings"/>
      </w:rPr>
    </w:lvl>
    <w:lvl w:ilvl="6" w:tplc="E3F0F276">
      <w:start w:val="1"/>
      <w:numFmt w:val="bullet"/>
      <w:lvlText w:val=""/>
      <w:lvlJc w:val="left"/>
      <w:pPr>
        <w:ind w:left="5040" w:hanging="360"/>
      </w:pPr>
      <w:rPr>
        <w:rFonts w:hint="default" w:ascii="Symbol" w:hAnsi="Symbol"/>
      </w:rPr>
    </w:lvl>
    <w:lvl w:ilvl="7" w:tplc="4EA47A5A">
      <w:start w:val="1"/>
      <w:numFmt w:val="bullet"/>
      <w:lvlText w:val="o"/>
      <w:lvlJc w:val="left"/>
      <w:pPr>
        <w:ind w:left="5760" w:hanging="360"/>
      </w:pPr>
      <w:rPr>
        <w:rFonts w:hint="default" w:ascii="Courier New" w:hAnsi="Courier New"/>
      </w:rPr>
    </w:lvl>
    <w:lvl w:ilvl="8" w:tplc="3370A564">
      <w:start w:val="1"/>
      <w:numFmt w:val="bullet"/>
      <w:lvlText w:val=""/>
      <w:lvlJc w:val="left"/>
      <w:pPr>
        <w:ind w:left="6480" w:hanging="360"/>
      </w:pPr>
      <w:rPr>
        <w:rFonts w:hint="default" w:ascii="Wingdings" w:hAnsi="Wingdings"/>
      </w:rPr>
    </w:lvl>
  </w:abstractNum>
  <w:abstractNum w:abstractNumId="14" w15:restartNumberingAfterBreak="0">
    <w:nsid w:val="2399574A"/>
    <w:multiLevelType w:val="hybridMultilevel"/>
    <w:tmpl w:val="1D84CF72"/>
    <w:lvl w:ilvl="0" w:tplc="CDD86450">
      <w:start w:val="1"/>
      <w:numFmt w:val="bullet"/>
      <w:lvlText w:val=""/>
      <w:lvlJc w:val="left"/>
      <w:pPr>
        <w:ind w:left="720" w:hanging="360"/>
      </w:pPr>
      <w:rPr>
        <w:rFonts w:hint="default" w:ascii="Symbol" w:hAnsi="Symbol"/>
      </w:rPr>
    </w:lvl>
    <w:lvl w:ilvl="1" w:tplc="A63CE69C">
      <w:start w:val="1"/>
      <w:numFmt w:val="bullet"/>
      <w:lvlText w:val="o"/>
      <w:lvlJc w:val="left"/>
      <w:pPr>
        <w:ind w:left="1440" w:hanging="360"/>
      </w:pPr>
      <w:rPr>
        <w:rFonts w:hint="default" w:ascii="Courier New" w:hAnsi="Courier New"/>
      </w:rPr>
    </w:lvl>
    <w:lvl w:ilvl="2" w:tplc="8990FBF4">
      <w:start w:val="1"/>
      <w:numFmt w:val="bullet"/>
      <w:lvlText w:val=""/>
      <w:lvlJc w:val="left"/>
      <w:pPr>
        <w:ind w:left="2160" w:hanging="360"/>
      </w:pPr>
      <w:rPr>
        <w:rFonts w:hint="default" w:ascii="Wingdings" w:hAnsi="Wingdings"/>
      </w:rPr>
    </w:lvl>
    <w:lvl w:ilvl="3" w:tplc="4A948EDA">
      <w:start w:val="1"/>
      <w:numFmt w:val="bullet"/>
      <w:lvlText w:val=""/>
      <w:lvlJc w:val="left"/>
      <w:pPr>
        <w:ind w:left="2880" w:hanging="360"/>
      </w:pPr>
      <w:rPr>
        <w:rFonts w:hint="default" w:ascii="Symbol" w:hAnsi="Symbol"/>
      </w:rPr>
    </w:lvl>
    <w:lvl w:ilvl="4" w:tplc="EB6417E8">
      <w:start w:val="1"/>
      <w:numFmt w:val="bullet"/>
      <w:lvlText w:val="o"/>
      <w:lvlJc w:val="left"/>
      <w:pPr>
        <w:ind w:left="3600" w:hanging="360"/>
      </w:pPr>
      <w:rPr>
        <w:rFonts w:hint="default" w:ascii="Courier New" w:hAnsi="Courier New"/>
      </w:rPr>
    </w:lvl>
    <w:lvl w:ilvl="5" w:tplc="9C225798">
      <w:start w:val="1"/>
      <w:numFmt w:val="bullet"/>
      <w:lvlText w:val=""/>
      <w:lvlJc w:val="left"/>
      <w:pPr>
        <w:ind w:left="4320" w:hanging="360"/>
      </w:pPr>
      <w:rPr>
        <w:rFonts w:hint="default" w:ascii="Wingdings" w:hAnsi="Wingdings"/>
      </w:rPr>
    </w:lvl>
    <w:lvl w:ilvl="6" w:tplc="F0D81F1E">
      <w:start w:val="1"/>
      <w:numFmt w:val="bullet"/>
      <w:lvlText w:val=""/>
      <w:lvlJc w:val="left"/>
      <w:pPr>
        <w:ind w:left="5040" w:hanging="360"/>
      </w:pPr>
      <w:rPr>
        <w:rFonts w:hint="default" w:ascii="Symbol" w:hAnsi="Symbol"/>
      </w:rPr>
    </w:lvl>
    <w:lvl w:ilvl="7" w:tplc="10C81D14">
      <w:start w:val="1"/>
      <w:numFmt w:val="bullet"/>
      <w:lvlText w:val="o"/>
      <w:lvlJc w:val="left"/>
      <w:pPr>
        <w:ind w:left="5760" w:hanging="360"/>
      </w:pPr>
      <w:rPr>
        <w:rFonts w:hint="default" w:ascii="Courier New" w:hAnsi="Courier New"/>
      </w:rPr>
    </w:lvl>
    <w:lvl w:ilvl="8" w:tplc="EA5EA740">
      <w:start w:val="1"/>
      <w:numFmt w:val="bullet"/>
      <w:lvlText w:val=""/>
      <w:lvlJc w:val="left"/>
      <w:pPr>
        <w:ind w:left="6480" w:hanging="360"/>
      </w:pPr>
      <w:rPr>
        <w:rFonts w:hint="default" w:ascii="Wingdings" w:hAnsi="Wingdings"/>
      </w:rPr>
    </w:lvl>
  </w:abstractNum>
  <w:abstractNum w:abstractNumId="15" w15:restartNumberingAfterBreak="0">
    <w:nsid w:val="276FDCEA"/>
    <w:multiLevelType w:val="hybridMultilevel"/>
    <w:tmpl w:val="2AA2028E"/>
    <w:lvl w:ilvl="0" w:tplc="69A077E6">
      <w:start w:val="1"/>
      <w:numFmt w:val="decimal"/>
      <w:lvlText w:val="%1."/>
      <w:lvlJc w:val="left"/>
      <w:pPr>
        <w:ind w:left="720" w:hanging="360"/>
      </w:pPr>
    </w:lvl>
    <w:lvl w:ilvl="1" w:tplc="2D60369C">
      <w:start w:val="1"/>
      <w:numFmt w:val="lowerLetter"/>
      <w:lvlText w:val="%2."/>
      <w:lvlJc w:val="left"/>
      <w:pPr>
        <w:ind w:left="1440" w:hanging="360"/>
      </w:pPr>
    </w:lvl>
    <w:lvl w:ilvl="2" w:tplc="79ECED96">
      <w:start w:val="1"/>
      <w:numFmt w:val="lowerRoman"/>
      <w:lvlText w:val="%3."/>
      <w:lvlJc w:val="right"/>
      <w:pPr>
        <w:ind w:left="2160" w:hanging="180"/>
      </w:pPr>
    </w:lvl>
    <w:lvl w:ilvl="3" w:tplc="54967B98">
      <w:start w:val="1"/>
      <w:numFmt w:val="decimal"/>
      <w:lvlText w:val="%4."/>
      <w:lvlJc w:val="left"/>
      <w:pPr>
        <w:ind w:left="2880" w:hanging="360"/>
      </w:pPr>
    </w:lvl>
    <w:lvl w:ilvl="4" w:tplc="EC3C7C40">
      <w:start w:val="1"/>
      <w:numFmt w:val="lowerLetter"/>
      <w:lvlText w:val="%5."/>
      <w:lvlJc w:val="left"/>
      <w:pPr>
        <w:ind w:left="3600" w:hanging="360"/>
      </w:pPr>
    </w:lvl>
    <w:lvl w:ilvl="5" w:tplc="3666316C">
      <w:start w:val="1"/>
      <w:numFmt w:val="lowerRoman"/>
      <w:lvlText w:val="%6."/>
      <w:lvlJc w:val="right"/>
      <w:pPr>
        <w:ind w:left="4320" w:hanging="180"/>
      </w:pPr>
    </w:lvl>
    <w:lvl w:ilvl="6" w:tplc="498E6152">
      <w:start w:val="1"/>
      <w:numFmt w:val="decimal"/>
      <w:lvlText w:val="%7."/>
      <w:lvlJc w:val="left"/>
      <w:pPr>
        <w:ind w:left="5040" w:hanging="360"/>
      </w:pPr>
    </w:lvl>
    <w:lvl w:ilvl="7" w:tplc="229C14B4">
      <w:start w:val="1"/>
      <w:numFmt w:val="lowerLetter"/>
      <w:lvlText w:val="%8."/>
      <w:lvlJc w:val="left"/>
      <w:pPr>
        <w:ind w:left="5760" w:hanging="360"/>
      </w:pPr>
    </w:lvl>
    <w:lvl w:ilvl="8" w:tplc="A12CC66C">
      <w:start w:val="1"/>
      <w:numFmt w:val="lowerRoman"/>
      <w:lvlText w:val="%9."/>
      <w:lvlJc w:val="right"/>
      <w:pPr>
        <w:ind w:left="6480" w:hanging="180"/>
      </w:pPr>
    </w:lvl>
  </w:abstractNum>
  <w:abstractNum w:abstractNumId="16" w15:restartNumberingAfterBreak="0">
    <w:nsid w:val="2A47C983"/>
    <w:multiLevelType w:val="hybridMultilevel"/>
    <w:tmpl w:val="D0E8E8EC"/>
    <w:lvl w:ilvl="0" w:tplc="344465FA">
      <w:start w:val="1"/>
      <w:numFmt w:val="decimal"/>
      <w:lvlText w:val="%1."/>
      <w:lvlJc w:val="left"/>
      <w:pPr>
        <w:ind w:left="720" w:hanging="360"/>
      </w:pPr>
    </w:lvl>
    <w:lvl w:ilvl="1" w:tplc="B13E2BBC">
      <w:start w:val="1"/>
      <w:numFmt w:val="lowerLetter"/>
      <w:lvlText w:val="%2."/>
      <w:lvlJc w:val="left"/>
      <w:pPr>
        <w:ind w:left="1440" w:hanging="360"/>
      </w:pPr>
    </w:lvl>
    <w:lvl w:ilvl="2" w:tplc="44F61472">
      <w:start w:val="1"/>
      <w:numFmt w:val="lowerRoman"/>
      <w:lvlText w:val="%3."/>
      <w:lvlJc w:val="right"/>
      <w:pPr>
        <w:ind w:left="2160" w:hanging="180"/>
      </w:pPr>
    </w:lvl>
    <w:lvl w:ilvl="3" w:tplc="AA446494">
      <w:start w:val="1"/>
      <w:numFmt w:val="decimal"/>
      <w:lvlText w:val="%4."/>
      <w:lvlJc w:val="left"/>
      <w:pPr>
        <w:ind w:left="2880" w:hanging="360"/>
      </w:pPr>
    </w:lvl>
    <w:lvl w:ilvl="4" w:tplc="0B1EF908">
      <w:start w:val="1"/>
      <w:numFmt w:val="lowerLetter"/>
      <w:lvlText w:val="%5."/>
      <w:lvlJc w:val="left"/>
      <w:pPr>
        <w:ind w:left="3600" w:hanging="360"/>
      </w:pPr>
    </w:lvl>
    <w:lvl w:ilvl="5" w:tplc="3C46D3BC">
      <w:start w:val="1"/>
      <w:numFmt w:val="lowerRoman"/>
      <w:lvlText w:val="%6."/>
      <w:lvlJc w:val="right"/>
      <w:pPr>
        <w:ind w:left="4320" w:hanging="180"/>
      </w:pPr>
    </w:lvl>
    <w:lvl w:ilvl="6" w:tplc="54F00870">
      <w:start w:val="1"/>
      <w:numFmt w:val="decimal"/>
      <w:lvlText w:val="%7."/>
      <w:lvlJc w:val="left"/>
      <w:pPr>
        <w:ind w:left="5040" w:hanging="360"/>
      </w:pPr>
    </w:lvl>
    <w:lvl w:ilvl="7" w:tplc="170467F0">
      <w:start w:val="1"/>
      <w:numFmt w:val="lowerLetter"/>
      <w:lvlText w:val="%8."/>
      <w:lvlJc w:val="left"/>
      <w:pPr>
        <w:ind w:left="5760" w:hanging="360"/>
      </w:pPr>
    </w:lvl>
    <w:lvl w:ilvl="8" w:tplc="E7E83FA4">
      <w:start w:val="1"/>
      <w:numFmt w:val="lowerRoman"/>
      <w:lvlText w:val="%9."/>
      <w:lvlJc w:val="right"/>
      <w:pPr>
        <w:ind w:left="6480" w:hanging="180"/>
      </w:pPr>
    </w:lvl>
  </w:abstractNum>
  <w:abstractNum w:abstractNumId="17" w15:restartNumberingAfterBreak="0">
    <w:nsid w:val="2B44B2D5"/>
    <w:multiLevelType w:val="hybridMultilevel"/>
    <w:tmpl w:val="18802A84"/>
    <w:lvl w:ilvl="0" w:tplc="721867F6">
      <w:start w:val="1"/>
      <w:numFmt w:val="decimal"/>
      <w:lvlText w:val="%1."/>
      <w:lvlJc w:val="left"/>
      <w:pPr>
        <w:ind w:left="720" w:hanging="360"/>
      </w:pPr>
    </w:lvl>
    <w:lvl w:ilvl="1" w:tplc="BC048A9A">
      <w:start w:val="1"/>
      <w:numFmt w:val="lowerLetter"/>
      <w:lvlText w:val="%2."/>
      <w:lvlJc w:val="left"/>
      <w:pPr>
        <w:ind w:left="1440" w:hanging="360"/>
      </w:pPr>
    </w:lvl>
    <w:lvl w:ilvl="2" w:tplc="A3903678">
      <w:start w:val="1"/>
      <w:numFmt w:val="lowerRoman"/>
      <w:lvlText w:val="%3."/>
      <w:lvlJc w:val="right"/>
      <w:pPr>
        <w:ind w:left="2160" w:hanging="180"/>
      </w:pPr>
    </w:lvl>
    <w:lvl w:ilvl="3" w:tplc="E29C16AA">
      <w:start w:val="1"/>
      <w:numFmt w:val="decimal"/>
      <w:lvlText w:val="%4."/>
      <w:lvlJc w:val="left"/>
      <w:pPr>
        <w:ind w:left="2880" w:hanging="360"/>
      </w:pPr>
    </w:lvl>
    <w:lvl w:ilvl="4" w:tplc="BC22E61E">
      <w:start w:val="1"/>
      <w:numFmt w:val="lowerLetter"/>
      <w:lvlText w:val="%5."/>
      <w:lvlJc w:val="left"/>
      <w:pPr>
        <w:ind w:left="3600" w:hanging="360"/>
      </w:pPr>
    </w:lvl>
    <w:lvl w:ilvl="5" w:tplc="B7641560">
      <w:start w:val="1"/>
      <w:numFmt w:val="lowerRoman"/>
      <w:lvlText w:val="%6."/>
      <w:lvlJc w:val="right"/>
      <w:pPr>
        <w:ind w:left="4320" w:hanging="180"/>
      </w:pPr>
    </w:lvl>
    <w:lvl w:ilvl="6" w:tplc="45380ABE">
      <w:start w:val="1"/>
      <w:numFmt w:val="decimal"/>
      <w:lvlText w:val="%7."/>
      <w:lvlJc w:val="left"/>
      <w:pPr>
        <w:ind w:left="5040" w:hanging="360"/>
      </w:pPr>
    </w:lvl>
    <w:lvl w:ilvl="7" w:tplc="81FAC90E">
      <w:start w:val="1"/>
      <w:numFmt w:val="lowerLetter"/>
      <w:lvlText w:val="%8."/>
      <w:lvlJc w:val="left"/>
      <w:pPr>
        <w:ind w:left="5760" w:hanging="360"/>
      </w:pPr>
    </w:lvl>
    <w:lvl w:ilvl="8" w:tplc="ADDA3352">
      <w:start w:val="1"/>
      <w:numFmt w:val="lowerRoman"/>
      <w:lvlText w:val="%9."/>
      <w:lvlJc w:val="right"/>
      <w:pPr>
        <w:ind w:left="6480" w:hanging="180"/>
      </w:pPr>
    </w:lvl>
  </w:abstractNum>
  <w:abstractNum w:abstractNumId="18" w15:restartNumberingAfterBreak="0">
    <w:nsid w:val="2F004872"/>
    <w:multiLevelType w:val="hybridMultilevel"/>
    <w:tmpl w:val="B590F322"/>
    <w:lvl w:ilvl="0" w:tplc="146E2B32">
      <w:start w:val="1"/>
      <w:numFmt w:val="bullet"/>
      <w:lvlText w:val=""/>
      <w:lvlJc w:val="left"/>
      <w:pPr>
        <w:ind w:left="720" w:hanging="360"/>
      </w:pPr>
      <w:rPr>
        <w:rFonts w:hint="default" w:ascii="Symbol" w:hAnsi="Symbol"/>
      </w:rPr>
    </w:lvl>
    <w:lvl w:ilvl="1" w:tplc="88407C72">
      <w:start w:val="1"/>
      <w:numFmt w:val="bullet"/>
      <w:lvlText w:val="o"/>
      <w:lvlJc w:val="left"/>
      <w:pPr>
        <w:ind w:left="1440" w:hanging="360"/>
      </w:pPr>
      <w:rPr>
        <w:rFonts w:hint="default" w:ascii="Courier New" w:hAnsi="Courier New"/>
      </w:rPr>
    </w:lvl>
    <w:lvl w:ilvl="2" w:tplc="9F7E35E2">
      <w:start w:val="1"/>
      <w:numFmt w:val="bullet"/>
      <w:lvlText w:val=""/>
      <w:lvlJc w:val="left"/>
      <w:pPr>
        <w:ind w:left="2160" w:hanging="360"/>
      </w:pPr>
      <w:rPr>
        <w:rFonts w:hint="default" w:ascii="Wingdings" w:hAnsi="Wingdings"/>
      </w:rPr>
    </w:lvl>
    <w:lvl w:ilvl="3" w:tplc="6FB8871A">
      <w:start w:val="1"/>
      <w:numFmt w:val="bullet"/>
      <w:lvlText w:val=""/>
      <w:lvlJc w:val="left"/>
      <w:pPr>
        <w:ind w:left="2880" w:hanging="360"/>
      </w:pPr>
      <w:rPr>
        <w:rFonts w:hint="default" w:ascii="Symbol" w:hAnsi="Symbol"/>
      </w:rPr>
    </w:lvl>
    <w:lvl w:ilvl="4" w:tplc="8A36B262">
      <w:start w:val="1"/>
      <w:numFmt w:val="bullet"/>
      <w:lvlText w:val="o"/>
      <w:lvlJc w:val="left"/>
      <w:pPr>
        <w:ind w:left="3600" w:hanging="360"/>
      </w:pPr>
      <w:rPr>
        <w:rFonts w:hint="default" w:ascii="Courier New" w:hAnsi="Courier New"/>
      </w:rPr>
    </w:lvl>
    <w:lvl w:ilvl="5" w:tplc="002A8E02">
      <w:start w:val="1"/>
      <w:numFmt w:val="bullet"/>
      <w:lvlText w:val=""/>
      <w:lvlJc w:val="left"/>
      <w:pPr>
        <w:ind w:left="4320" w:hanging="360"/>
      </w:pPr>
      <w:rPr>
        <w:rFonts w:hint="default" w:ascii="Wingdings" w:hAnsi="Wingdings"/>
      </w:rPr>
    </w:lvl>
    <w:lvl w:ilvl="6" w:tplc="78C6B8C8">
      <w:start w:val="1"/>
      <w:numFmt w:val="bullet"/>
      <w:lvlText w:val=""/>
      <w:lvlJc w:val="left"/>
      <w:pPr>
        <w:ind w:left="5040" w:hanging="360"/>
      </w:pPr>
      <w:rPr>
        <w:rFonts w:hint="default" w:ascii="Symbol" w:hAnsi="Symbol"/>
      </w:rPr>
    </w:lvl>
    <w:lvl w:ilvl="7" w:tplc="87B6E874">
      <w:start w:val="1"/>
      <w:numFmt w:val="bullet"/>
      <w:lvlText w:val="o"/>
      <w:lvlJc w:val="left"/>
      <w:pPr>
        <w:ind w:left="5760" w:hanging="360"/>
      </w:pPr>
      <w:rPr>
        <w:rFonts w:hint="default" w:ascii="Courier New" w:hAnsi="Courier New"/>
      </w:rPr>
    </w:lvl>
    <w:lvl w:ilvl="8" w:tplc="54FCB71A">
      <w:start w:val="1"/>
      <w:numFmt w:val="bullet"/>
      <w:lvlText w:val=""/>
      <w:lvlJc w:val="left"/>
      <w:pPr>
        <w:ind w:left="6480" w:hanging="360"/>
      </w:pPr>
      <w:rPr>
        <w:rFonts w:hint="default" w:ascii="Wingdings" w:hAnsi="Wingdings"/>
      </w:rPr>
    </w:lvl>
  </w:abstractNum>
  <w:abstractNum w:abstractNumId="19" w15:restartNumberingAfterBreak="0">
    <w:nsid w:val="2F6F5508"/>
    <w:multiLevelType w:val="hybridMultilevel"/>
    <w:tmpl w:val="DA466282"/>
    <w:lvl w:ilvl="0" w:tplc="929871D0">
      <w:start w:val="1"/>
      <w:numFmt w:val="bullet"/>
      <w:lvlText w:val=""/>
      <w:lvlJc w:val="left"/>
      <w:pPr>
        <w:ind w:left="720" w:hanging="360"/>
      </w:pPr>
      <w:rPr>
        <w:rFonts w:hint="default" w:ascii="Symbol" w:hAnsi="Symbol"/>
      </w:rPr>
    </w:lvl>
    <w:lvl w:ilvl="1" w:tplc="A3708328">
      <w:start w:val="1"/>
      <w:numFmt w:val="bullet"/>
      <w:lvlText w:val="o"/>
      <w:lvlJc w:val="left"/>
      <w:pPr>
        <w:ind w:left="1440" w:hanging="360"/>
      </w:pPr>
      <w:rPr>
        <w:rFonts w:hint="default" w:ascii="Courier New" w:hAnsi="Courier New"/>
      </w:rPr>
    </w:lvl>
    <w:lvl w:ilvl="2" w:tplc="F3D4B92C">
      <w:start w:val="1"/>
      <w:numFmt w:val="bullet"/>
      <w:lvlText w:val=""/>
      <w:lvlJc w:val="left"/>
      <w:pPr>
        <w:ind w:left="2160" w:hanging="360"/>
      </w:pPr>
      <w:rPr>
        <w:rFonts w:hint="default" w:ascii="Wingdings" w:hAnsi="Wingdings"/>
      </w:rPr>
    </w:lvl>
    <w:lvl w:ilvl="3" w:tplc="5E463900">
      <w:start w:val="1"/>
      <w:numFmt w:val="bullet"/>
      <w:lvlText w:val=""/>
      <w:lvlJc w:val="left"/>
      <w:pPr>
        <w:ind w:left="2880" w:hanging="360"/>
      </w:pPr>
      <w:rPr>
        <w:rFonts w:hint="default" w:ascii="Symbol" w:hAnsi="Symbol"/>
      </w:rPr>
    </w:lvl>
    <w:lvl w:ilvl="4" w:tplc="1CCE63FE">
      <w:start w:val="1"/>
      <w:numFmt w:val="bullet"/>
      <w:lvlText w:val="o"/>
      <w:lvlJc w:val="left"/>
      <w:pPr>
        <w:ind w:left="3600" w:hanging="360"/>
      </w:pPr>
      <w:rPr>
        <w:rFonts w:hint="default" w:ascii="Courier New" w:hAnsi="Courier New"/>
      </w:rPr>
    </w:lvl>
    <w:lvl w:ilvl="5" w:tplc="7A22F34E">
      <w:start w:val="1"/>
      <w:numFmt w:val="bullet"/>
      <w:lvlText w:val=""/>
      <w:lvlJc w:val="left"/>
      <w:pPr>
        <w:ind w:left="4320" w:hanging="360"/>
      </w:pPr>
      <w:rPr>
        <w:rFonts w:hint="default" w:ascii="Wingdings" w:hAnsi="Wingdings"/>
      </w:rPr>
    </w:lvl>
    <w:lvl w:ilvl="6" w:tplc="883876B0">
      <w:start w:val="1"/>
      <w:numFmt w:val="bullet"/>
      <w:lvlText w:val=""/>
      <w:lvlJc w:val="left"/>
      <w:pPr>
        <w:ind w:left="5040" w:hanging="360"/>
      </w:pPr>
      <w:rPr>
        <w:rFonts w:hint="default" w:ascii="Symbol" w:hAnsi="Symbol"/>
      </w:rPr>
    </w:lvl>
    <w:lvl w:ilvl="7" w:tplc="CEC27D88">
      <w:start w:val="1"/>
      <w:numFmt w:val="bullet"/>
      <w:lvlText w:val="o"/>
      <w:lvlJc w:val="left"/>
      <w:pPr>
        <w:ind w:left="5760" w:hanging="360"/>
      </w:pPr>
      <w:rPr>
        <w:rFonts w:hint="default" w:ascii="Courier New" w:hAnsi="Courier New"/>
      </w:rPr>
    </w:lvl>
    <w:lvl w:ilvl="8" w:tplc="2E189EEC">
      <w:start w:val="1"/>
      <w:numFmt w:val="bullet"/>
      <w:lvlText w:val=""/>
      <w:lvlJc w:val="left"/>
      <w:pPr>
        <w:ind w:left="6480" w:hanging="360"/>
      </w:pPr>
      <w:rPr>
        <w:rFonts w:hint="default" w:ascii="Wingdings" w:hAnsi="Wingdings"/>
      </w:rPr>
    </w:lvl>
  </w:abstractNum>
  <w:abstractNum w:abstractNumId="20" w15:restartNumberingAfterBreak="0">
    <w:nsid w:val="2FDB0ED6"/>
    <w:multiLevelType w:val="hybridMultilevel"/>
    <w:tmpl w:val="CBFACA3E"/>
    <w:lvl w:ilvl="0" w:tplc="70282D68">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1" w15:restartNumberingAfterBreak="0">
    <w:nsid w:val="3C8E611D"/>
    <w:multiLevelType w:val="multilevel"/>
    <w:tmpl w:val="A4DAA7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25B7979"/>
    <w:multiLevelType w:val="hybridMultilevel"/>
    <w:tmpl w:val="013A519A"/>
    <w:lvl w:ilvl="0" w:tplc="D3D886AE">
      <w:start w:val="1"/>
      <w:numFmt w:val="decimal"/>
      <w:lvlText w:val="%1."/>
      <w:lvlJc w:val="left"/>
      <w:pPr>
        <w:ind w:left="720" w:hanging="360"/>
      </w:pPr>
    </w:lvl>
    <w:lvl w:ilvl="1" w:tplc="23609A06">
      <w:start w:val="1"/>
      <w:numFmt w:val="lowerLetter"/>
      <w:lvlText w:val="%2."/>
      <w:lvlJc w:val="left"/>
      <w:pPr>
        <w:ind w:left="1440" w:hanging="360"/>
      </w:pPr>
    </w:lvl>
    <w:lvl w:ilvl="2" w:tplc="6AFEF212">
      <w:start w:val="1"/>
      <w:numFmt w:val="lowerRoman"/>
      <w:lvlText w:val="%3."/>
      <w:lvlJc w:val="right"/>
      <w:pPr>
        <w:ind w:left="2160" w:hanging="180"/>
      </w:pPr>
    </w:lvl>
    <w:lvl w:ilvl="3" w:tplc="656E8392">
      <w:start w:val="1"/>
      <w:numFmt w:val="decimal"/>
      <w:lvlText w:val="%4."/>
      <w:lvlJc w:val="left"/>
      <w:pPr>
        <w:ind w:left="2880" w:hanging="360"/>
      </w:pPr>
    </w:lvl>
    <w:lvl w:ilvl="4" w:tplc="D6D66BF0">
      <w:start w:val="1"/>
      <w:numFmt w:val="lowerLetter"/>
      <w:lvlText w:val="%5."/>
      <w:lvlJc w:val="left"/>
      <w:pPr>
        <w:ind w:left="3600" w:hanging="360"/>
      </w:pPr>
    </w:lvl>
    <w:lvl w:ilvl="5" w:tplc="446AE324">
      <w:start w:val="1"/>
      <w:numFmt w:val="lowerRoman"/>
      <w:lvlText w:val="%6."/>
      <w:lvlJc w:val="right"/>
      <w:pPr>
        <w:ind w:left="4320" w:hanging="180"/>
      </w:pPr>
    </w:lvl>
    <w:lvl w:ilvl="6" w:tplc="76564150">
      <w:start w:val="1"/>
      <w:numFmt w:val="decimal"/>
      <w:lvlText w:val="%7."/>
      <w:lvlJc w:val="left"/>
      <w:pPr>
        <w:ind w:left="5040" w:hanging="360"/>
      </w:pPr>
    </w:lvl>
    <w:lvl w:ilvl="7" w:tplc="2B6411A4">
      <w:start w:val="1"/>
      <w:numFmt w:val="lowerLetter"/>
      <w:lvlText w:val="%8."/>
      <w:lvlJc w:val="left"/>
      <w:pPr>
        <w:ind w:left="5760" w:hanging="360"/>
      </w:pPr>
    </w:lvl>
    <w:lvl w:ilvl="8" w:tplc="113A5252">
      <w:start w:val="1"/>
      <w:numFmt w:val="lowerRoman"/>
      <w:lvlText w:val="%9."/>
      <w:lvlJc w:val="right"/>
      <w:pPr>
        <w:ind w:left="6480" w:hanging="180"/>
      </w:pPr>
    </w:lvl>
  </w:abstractNum>
  <w:abstractNum w:abstractNumId="23" w15:restartNumberingAfterBreak="0">
    <w:nsid w:val="4557352B"/>
    <w:multiLevelType w:val="hybridMultilevel"/>
    <w:tmpl w:val="6D18D508"/>
    <w:lvl w:ilvl="0" w:tplc="25941BFC">
      <w:start w:val="1"/>
      <w:numFmt w:val="bullet"/>
      <w:lvlText w:val="·"/>
      <w:lvlJc w:val="left"/>
      <w:pPr>
        <w:ind w:left="720" w:hanging="360"/>
      </w:pPr>
      <w:rPr>
        <w:rFonts w:hint="default" w:ascii="Symbol" w:hAnsi="Symbol"/>
      </w:rPr>
    </w:lvl>
    <w:lvl w:ilvl="1" w:tplc="EEC4598C">
      <w:start w:val="1"/>
      <w:numFmt w:val="bullet"/>
      <w:lvlText w:val="o"/>
      <w:lvlJc w:val="left"/>
      <w:pPr>
        <w:ind w:left="1440" w:hanging="360"/>
      </w:pPr>
      <w:rPr>
        <w:rFonts w:hint="default" w:ascii="Courier New" w:hAnsi="Courier New"/>
      </w:rPr>
    </w:lvl>
    <w:lvl w:ilvl="2" w:tplc="ED428EDA">
      <w:start w:val="1"/>
      <w:numFmt w:val="bullet"/>
      <w:lvlText w:val=""/>
      <w:lvlJc w:val="left"/>
      <w:pPr>
        <w:ind w:left="2160" w:hanging="360"/>
      </w:pPr>
      <w:rPr>
        <w:rFonts w:hint="default" w:ascii="Wingdings" w:hAnsi="Wingdings"/>
      </w:rPr>
    </w:lvl>
    <w:lvl w:ilvl="3" w:tplc="AC189A12">
      <w:start w:val="1"/>
      <w:numFmt w:val="bullet"/>
      <w:lvlText w:val=""/>
      <w:lvlJc w:val="left"/>
      <w:pPr>
        <w:ind w:left="2880" w:hanging="360"/>
      </w:pPr>
      <w:rPr>
        <w:rFonts w:hint="default" w:ascii="Symbol" w:hAnsi="Symbol"/>
      </w:rPr>
    </w:lvl>
    <w:lvl w:ilvl="4" w:tplc="51D4B972">
      <w:start w:val="1"/>
      <w:numFmt w:val="bullet"/>
      <w:lvlText w:val="o"/>
      <w:lvlJc w:val="left"/>
      <w:pPr>
        <w:ind w:left="3600" w:hanging="360"/>
      </w:pPr>
      <w:rPr>
        <w:rFonts w:hint="default" w:ascii="Courier New" w:hAnsi="Courier New"/>
      </w:rPr>
    </w:lvl>
    <w:lvl w:ilvl="5" w:tplc="B9F44EF0">
      <w:start w:val="1"/>
      <w:numFmt w:val="bullet"/>
      <w:lvlText w:val=""/>
      <w:lvlJc w:val="left"/>
      <w:pPr>
        <w:ind w:left="4320" w:hanging="360"/>
      </w:pPr>
      <w:rPr>
        <w:rFonts w:hint="default" w:ascii="Wingdings" w:hAnsi="Wingdings"/>
      </w:rPr>
    </w:lvl>
    <w:lvl w:ilvl="6" w:tplc="BACE0FA4">
      <w:start w:val="1"/>
      <w:numFmt w:val="bullet"/>
      <w:lvlText w:val=""/>
      <w:lvlJc w:val="left"/>
      <w:pPr>
        <w:ind w:left="5040" w:hanging="360"/>
      </w:pPr>
      <w:rPr>
        <w:rFonts w:hint="default" w:ascii="Symbol" w:hAnsi="Symbol"/>
      </w:rPr>
    </w:lvl>
    <w:lvl w:ilvl="7" w:tplc="698A3E20">
      <w:start w:val="1"/>
      <w:numFmt w:val="bullet"/>
      <w:lvlText w:val="o"/>
      <w:lvlJc w:val="left"/>
      <w:pPr>
        <w:ind w:left="5760" w:hanging="360"/>
      </w:pPr>
      <w:rPr>
        <w:rFonts w:hint="default" w:ascii="Courier New" w:hAnsi="Courier New"/>
      </w:rPr>
    </w:lvl>
    <w:lvl w:ilvl="8" w:tplc="C1DEDFFC">
      <w:start w:val="1"/>
      <w:numFmt w:val="bullet"/>
      <w:lvlText w:val=""/>
      <w:lvlJc w:val="left"/>
      <w:pPr>
        <w:ind w:left="6480" w:hanging="360"/>
      </w:pPr>
      <w:rPr>
        <w:rFonts w:hint="default" w:ascii="Wingdings" w:hAnsi="Wingdings"/>
      </w:rPr>
    </w:lvl>
  </w:abstractNum>
  <w:abstractNum w:abstractNumId="24" w15:restartNumberingAfterBreak="0">
    <w:nsid w:val="494EEBFC"/>
    <w:multiLevelType w:val="hybridMultilevel"/>
    <w:tmpl w:val="705C17C4"/>
    <w:lvl w:ilvl="0" w:tplc="39E0A302">
      <w:start w:val="1"/>
      <w:numFmt w:val="decimal"/>
      <w:lvlText w:val="%1."/>
      <w:lvlJc w:val="left"/>
      <w:pPr>
        <w:ind w:left="720" w:hanging="360"/>
      </w:pPr>
    </w:lvl>
    <w:lvl w:ilvl="1" w:tplc="13D4F3B4">
      <w:start w:val="1"/>
      <w:numFmt w:val="lowerLetter"/>
      <w:lvlText w:val="%2."/>
      <w:lvlJc w:val="left"/>
      <w:pPr>
        <w:ind w:left="1440" w:hanging="360"/>
      </w:pPr>
    </w:lvl>
    <w:lvl w:ilvl="2" w:tplc="F33CF4F6">
      <w:start w:val="1"/>
      <w:numFmt w:val="lowerRoman"/>
      <w:lvlText w:val="%3."/>
      <w:lvlJc w:val="right"/>
      <w:pPr>
        <w:ind w:left="2160" w:hanging="180"/>
      </w:pPr>
    </w:lvl>
    <w:lvl w:ilvl="3" w:tplc="2C7CEFCC">
      <w:start w:val="1"/>
      <w:numFmt w:val="decimal"/>
      <w:lvlText w:val="%4."/>
      <w:lvlJc w:val="left"/>
      <w:pPr>
        <w:ind w:left="2880" w:hanging="360"/>
      </w:pPr>
    </w:lvl>
    <w:lvl w:ilvl="4" w:tplc="20C22280">
      <w:start w:val="1"/>
      <w:numFmt w:val="lowerLetter"/>
      <w:lvlText w:val="%5."/>
      <w:lvlJc w:val="left"/>
      <w:pPr>
        <w:ind w:left="3600" w:hanging="360"/>
      </w:pPr>
    </w:lvl>
    <w:lvl w:ilvl="5" w:tplc="D36C883E">
      <w:start w:val="1"/>
      <w:numFmt w:val="lowerRoman"/>
      <w:lvlText w:val="%6."/>
      <w:lvlJc w:val="right"/>
      <w:pPr>
        <w:ind w:left="4320" w:hanging="180"/>
      </w:pPr>
    </w:lvl>
    <w:lvl w:ilvl="6" w:tplc="1C403F9A">
      <w:start w:val="1"/>
      <w:numFmt w:val="decimal"/>
      <w:lvlText w:val="%7."/>
      <w:lvlJc w:val="left"/>
      <w:pPr>
        <w:ind w:left="5040" w:hanging="360"/>
      </w:pPr>
    </w:lvl>
    <w:lvl w:ilvl="7" w:tplc="7C1835B4">
      <w:start w:val="1"/>
      <w:numFmt w:val="lowerLetter"/>
      <w:lvlText w:val="%8."/>
      <w:lvlJc w:val="left"/>
      <w:pPr>
        <w:ind w:left="5760" w:hanging="360"/>
      </w:pPr>
    </w:lvl>
    <w:lvl w:ilvl="8" w:tplc="C2C81C74">
      <w:start w:val="1"/>
      <w:numFmt w:val="lowerRoman"/>
      <w:lvlText w:val="%9."/>
      <w:lvlJc w:val="right"/>
      <w:pPr>
        <w:ind w:left="6480" w:hanging="180"/>
      </w:pPr>
    </w:lvl>
  </w:abstractNum>
  <w:abstractNum w:abstractNumId="25" w15:restartNumberingAfterBreak="0">
    <w:nsid w:val="51B4669E"/>
    <w:multiLevelType w:val="hybridMultilevel"/>
    <w:tmpl w:val="A0D6AAD0"/>
    <w:lvl w:ilvl="0" w:tplc="721C1E52">
      <w:start w:val="1"/>
      <w:numFmt w:val="bullet"/>
      <w:lvlText w:val="·"/>
      <w:lvlJc w:val="left"/>
      <w:pPr>
        <w:ind w:left="720" w:hanging="360"/>
      </w:pPr>
      <w:rPr>
        <w:rFonts w:hint="default" w:ascii="Symbol" w:hAnsi="Symbol"/>
      </w:rPr>
    </w:lvl>
    <w:lvl w:ilvl="1" w:tplc="9A4CC2FA">
      <w:start w:val="1"/>
      <w:numFmt w:val="bullet"/>
      <w:lvlText w:val="o"/>
      <w:lvlJc w:val="left"/>
      <w:pPr>
        <w:ind w:left="1440" w:hanging="360"/>
      </w:pPr>
      <w:rPr>
        <w:rFonts w:hint="default" w:ascii="Courier New" w:hAnsi="Courier New"/>
      </w:rPr>
    </w:lvl>
    <w:lvl w:ilvl="2" w:tplc="A4F6F13C">
      <w:start w:val="1"/>
      <w:numFmt w:val="bullet"/>
      <w:lvlText w:val=""/>
      <w:lvlJc w:val="left"/>
      <w:pPr>
        <w:ind w:left="2160" w:hanging="360"/>
      </w:pPr>
      <w:rPr>
        <w:rFonts w:hint="default" w:ascii="Wingdings" w:hAnsi="Wingdings"/>
      </w:rPr>
    </w:lvl>
    <w:lvl w:ilvl="3" w:tplc="31BEBD72">
      <w:start w:val="1"/>
      <w:numFmt w:val="bullet"/>
      <w:lvlText w:val=""/>
      <w:lvlJc w:val="left"/>
      <w:pPr>
        <w:ind w:left="2880" w:hanging="360"/>
      </w:pPr>
      <w:rPr>
        <w:rFonts w:hint="default" w:ascii="Symbol" w:hAnsi="Symbol"/>
      </w:rPr>
    </w:lvl>
    <w:lvl w:ilvl="4" w:tplc="7096AF38">
      <w:start w:val="1"/>
      <w:numFmt w:val="bullet"/>
      <w:lvlText w:val="o"/>
      <w:lvlJc w:val="left"/>
      <w:pPr>
        <w:ind w:left="3600" w:hanging="360"/>
      </w:pPr>
      <w:rPr>
        <w:rFonts w:hint="default" w:ascii="Courier New" w:hAnsi="Courier New"/>
      </w:rPr>
    </w:lvl>
    <w:lvl w:ilvl="5" w:tplc="888AA434">
      <w:start w:val="1"/>
      <w:numFmt w:val="bullet"/>
      <w:lvlText w:val=""/>
      <w:lvlJc w:val="left"/>
      <w:pPr>
        <w:ind w:left="4320" w:hanging="360"/>
      </w:pPr>
      <w:rPr>
        <w:rFonts w:hint="default" w:ascii="Wingdings" w:hAnsi="Wingdings"/>
      </w:rPr>
    </w:lvl>
    <w:lvl w:ilvl="6" w:tplc="ED7A1728">
      <w:start w:val="1"/>
      <w:numFmt w:val="bullet"/>
      <w:lvlText w:val=""/>
      <w:lvlJc w:val="left"/>
      <w:pPr>
        <w:ind w:left="5040" w:hanging="360"/>
      </w:pPr>
      <w:rPr>
        <w:rFonts w:hint="default" w:ascii="Symbol" w:hAnsi="Symbol"/>
      </w:rPr>
    </w:lvl>
    <w:lvl w:ilvl="7" w:tplc="B554ECDE">
      <w:start w:val="1"/>
      <w:numFmt w:val="bullet"/>
      <w:lvlText w:val="o"/>
      <w:lvlJc w:val="left"/>
      <w:pPr>
        <w:ind w:left="5760" w:hanging="360"/>
      </w:pPr>
      <w:rPr>
        <w:rFonts w:hint="default" w:ascii="Courier New" w:hAnsi="Courier New"/>
      </w:rPr>
    </w:lvl>
    <w:lvl w:ilvl="8" w:tplc="AD180700">
      <w:start w:val="1"/>
      <w:numFmt w:val="bullet"/>
      <w:lvlText w:val=""/>
      <w:lvlJc w:val="left"/>
      <w:pPr>
        <w:ind w:left="6480" w:hanging="360"/>
      </w:pPr>
      <w:rPr>
        <w:rFonts w:hint="default" w:ascii="Wingdings" w:hAnsi="Wingdings"/>
      </w:rPr>
    </w:lvl>
  </w:abstractNum>
  <w:abstractNum w:abstractNumId="26" w15:restartNumberingAfterBreak="0">
    <w:nsid w:val="5AAC9534"/>
    <w:multiLevelType w:val="hybridMultilevel"/>
    <w:tmpl w:val="EE2EF60E"/>
    <w:lvl w:ilvl="0" w:tplc="4386F9CE">
      <w:start w:val="1"/>
      <w:numFmt w:val="bullet"/>
      <w:lvlText w:val=""/>
      <w:lvlJc w:val="left"/>
      <w:pPr>
        <w:ind w:left="720" w:hanging="360"/>
      </w:pPr>
      <w:rPr>
        <w:rFonts w:hint="default" w:ascii="Symbol" w:hAnsi="Symbol"/>
      </w:rPr>
    </w:lvl>
    <w:lvl w:ilvl="1" w:tplc="013CD52A">
      <w:start w:val="1"/>
      <w:numFmt w:val="bullet"/>
      <w:lvlText w:val="o"/>
      <w:lvlJc w:val="left"/>
      <w:pPr>
        <w:ind w:left="1440" w:hanging="360"/>
      </w:pPr>
      <w:rPr>
        <w:rFonts w:hint="default" w:ascii="Courier New" w:hAnsi="Courier New"/>
      </w:rPr>
    </w:lvl>
    <w:lvl w:ilvl="2" w:tplc="55B6985A">
      <w:start w:val="1"/>
      <w:numFmt w:val="bullet"/>
      <w:lvlText w:val=""/>
      <w:lvlJc w:val="left"/>
      <w:pPr>
        <w:ind w:left="2160" w:hanging="360"/>
      </w:pPr>
      <w:rPr>
        <w:rFonts w:hint="default" w:ascii="Wingdings" w:hAnsi="Wingdings"/>
      </w:rPr>
    </w:lvl>
    <w:lvl w:ilvl="3" w:tplc="419A1EC8">
      <w:start w:val="1"/>
      <w:numFmt w:val="bullet"/>
      <w:lvlText w:val=""/>
      <w:lvlJc w:val="left"/>
      <w:pPr>
        <w:ind w:left="2880" w:hanging="360"/>
      </w:pPr>
      <w:rPr>
        <w:rFonts w:hint="default" w:ascii="Symbol" w:hAnsi="Symbol"/>
      </w:rPr>
    </w:lvl>
    <w:lvl w:ilvl="4" w:tplc="673ABC30">
      <w:start w:val="1"/>
      <w:numFmt w:val="bullet"/>
      <w:lvlText w:val="o"/>
      <w:lvlJc w:val="left"/>
      <w:pPr>
        <w:ind w:left="3600" w:hanging="360"/>
      </w:pPr>
      <w:rPr>
        <w:rFonts w:hint="default" w:ascii="Courier New" w:hAnsi="Courier New"/>
      </w:rPr>
    </w:lvl>
    <w:lvl w:ilvl="5" w:tplc="2FECDB40">
      <w:start w:val="1"/>
      <w:numFmt w:val="bullet"/>
      <w:lvlText w:val=""/>
      <w:lvlJc w:val="left"/>
      <w:pPr>
        <w:ind w:left="4320" w:hanging="360"/>
      </w:pPr>
      <w:rPr>
        <w:rFonts w:hint="default" w:ascii="Wingdings" w:hAnsi="Wingdings"/>
      </w:rPr>
    </w:lvl>
    <w:lvl w:ilvl="6" w:tplc="D808544E">
      <w:start w:val="1"/>
      <w:numFmt w:val="bullet"/>
      <w:lvlText w:val=""/>
      <w:lvlJc w:val="left"/>
      <w:pPr>
        <w:ind w:left="5040" w:hanging="360"/>
      </w:pPr>
      <w:rPr>
        <w:rFonts w:hint="default" w:ascii="Symbol" w:hAnsi="Symbol"/>
      </w:rPr>
    </w:lvl>
    <w:lvl w:ilvl="7" w:tplc="CD361F1E">
      <w:start w:val="1"/>
      <w:numFmt w:val="bullet"/>
      <w:lvlText w:val="o"/>
      <w:lvlJc w:val="left"/>
      <w:pPr>
        <w:ind w:left="5760" w:hanging="360"/>
      </w:pPr>
      <w:rPr>
        <w:rFonts w:hint="default" w:ascii="Courier New" w:hAnsi="Courier New"/>
      </w:rPr>
    </w:lvl>
    <w:lvl w:ilvl="8" w:tplc="140A1DCC">
      <w:start w:val="1"/>
      <w:numFmt w:val="bullet"/>
      <w:lvlText w:val=""/>
      <w:lvlJc w:val="left"/>
      <w:pPr>
        <w:ind w:left="6480" w:hanging="360"/>
      </w:pPr>
      <w:rPr>
        <w:rFonts w:hint="default" w:ascii="Wingdings" w:hAnsi="Wingdings"/>
      </w:rPr>
    </w:lvl>
  </w:abstractNum>
  <w:abstractNum w:abstractNumId="27" w15:restartNumberingAfterBreak="0">
    <w:nsid w:val="6BBA03C0"/>
    <w:multiLevelType w:val="hybridMultilevel"/>
    <w:tmpl w:val="0DF6D1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17F00A6"/>
    <w:multiLevelType w:val="hybridMultilevel"/>
    <w:tmpl w:val="8996A11E"/>
    <w:lvl w:ilvl="0" w:tplc="6D049016">
      <w:start w:val="1"/>
      <w:numFmt w:val="bullet"/>
      <w:lvlText w:val=""/>
      <w:lvlJc w:val="left"/>
      <w:pPr>
        <w:ind w:left="720" w:hanging="360"/>
      </w:pPr>
      <w:rPr>
        <w:rFonts w:hint="default" w:ascii="Symbol" w:hAnsi="Symbol"/>
      </w:rPr>
    </w:lvl>
    <w:lvl w:ilvl="1" w:tplc="196E119C">
      <w:start w:val="1"/>
      <w:numFmt w:val="bullet"/>
      <w:lvlText w:val="o"/>
      <w:lvlJc w:val="left"/>
      <w:pPr>
        <w:ind w:left="1440" w:hanging="360"/>
      </w:pPr>
      <w:rPr>
        <w:rFonts w:hint="default" w:ascii="Courier New" w:hAnsi="Courier New"/>
      </w:rPr>
    </w:lvl>
    <w:lvl w:ilvl="2" w:tplc="104EEBAA">
      <w:start w:val="1"/>
      <w:numFmt w:val="bullet"/>
      <w:lvlText w:val=""/>
      <w:lvlJc w:val="left"/>
      <w:pPr>
        <w:ind w:left="2160" w:hanging="360"/>
      </w:pPr>
      <w:rPr>
        <w:rFonts w:hint="default" w:ascii="Wingdings" w:hAnsi="Wingdings"/>
      </w:rPr>
    </w:lvl>
    <w:lvl w:ilvl="3" w:tplc="7D5A6276">
      <w:start w:val="1"/>
      <w:numFmt w:val="bullet"/>
      <w:lvlText w:val=""/>
      <w:lvlJc w:val="left"/>
      <w:pPr>
        <w:ind w:left="2880" w:hanging="360"/>
      </w:pPr>
      <w:rPr>
        <w:rFonts w:hint="default" w:ascii="Symbol" w:hAnsi="Symbol"/>
      </w:rPr>
    </w:lvl>
    <w:lvl w:ilvl="4" w:tplc="C3C84DA8">
      <w:start w:val="1"/>
      <w:numFmt w:val="bullet"/>
      <w:lvlText w:val="o"/>
      <w:lvlJc w:val="left"/>
      <w:pPr>
        <w:ind w:left="3600" w:hanging="360"/>
      </w:pPr>
      <w:rPr>
        <w:rFonts w:hint="default" w:ascii="Courier New" w:hAnsi="Courier New"/>
      </w:rPr>
    </w:lvl>
    <w:lvl w:ilvl="5" w:tplc="869C70AE">
      <w:start w:val="1"/>
      <w:numFmt w:val="bullet"/>
      <w:lvlText w:val=""/>
      <w:lvlJc w:val="left"/>
      <w:pPr>
        <w:ind w:left="4320" w:hanging="360"/>
      </w:pPr>
      <w:rPr>
        <w:rFonts w:hint="default" w:ascii="Wingdings" w:hAnsi="Wingdings"/>
      </w:rPr>
    </w:lvl>
    <w:lvl w:ilvl="6" w:tplc="5A3E9950">
      <w:start w:val="1"/>
      <w:numFmt w:val="bullet"/>
      <w:lvlText w:val=""/>
      <w:lvlJc w:val="left"/>
      <w:pPr>
        <w:ind w:left="5040" w:hanging="360"/>
      </w:pPr>
      <w:rPr>
        <w:rFonts w:hint="default" w:ascii="Symbol" w:hAnsi="Symbol"/>
      </w:rPr>
    </w:lvl>
    <w:lvl w:ilvl="7" w:tplc="3B8A6918">
      <w:start w:val="1"/>
      <w:numFmt w:val="bullet"/>
      <w:lvlText w:val="o"/>
      <w:lvlJc w:val="left"/>
      <w:pPr>
        <w:ind w:left="5760" w:hanging="360"/>
      </w:pPr>
      <w:rPr>
        <w:rFonts w:hint="default" w:ascii="Courier New" w:hAnsi="Courier New"/>
      </w:rPr>
    </w:lvl>
    <w:lvl w:ilvl="8" w:tplc="405210FA">
      <w:start w:val="1"/>
      <w:numFmt w:val="bullet"/>
      <w:lvlText w:val=""/>
      <w:lvlJc w:val="left"/>
      <w:pPr>
        <w:ind w:left="6480" w:hanging="360"/>
      </w:pPr>
      <w:rPr>
        <w:rFonts w:hint="default" w:ascii="Wingdings" w:hAnsi="Wingdings"/>
      </w:rPr>
    </w:lvl>
  </w:abstractNum>
  <w:abstractNum w:abstractNumId="29" w15:restartNumberingAfterBreak="0">
    <w:nsid w:val="75B4402C"/>
    <w:multiLevelType w:val="hybridMultilevel"/>
    <w:tmpl w:val="37589A0A"/>
    <w:lvl w:ilvl="0" w:tplc="013E053E">
      <w:start w:val="1"/>
      <w:numFmt w:val="bullet"/>
      <w:lvlText w:val=""/>
      <w:lvlJc w:val="left"/>
      <w:pPr>
        <w:ind w:left="720" w:hanging="360"/>
      </w:pPr>
      <w:rPr>
        <w:rFonts w:hint="default" w:ascii="Symbol" w:hAnsi="Symbol"/>
      </w:rPr>
    </w:lvl>
    <w:lvl w:ilvl="1" w:tplc="9DD2043A">
      <w:start w:val="1"/>
      <w:numFmt w:val="bullet"/>
      <w:lvlText w:val="o"/>
      <w:lvlJc w:val="left"/>
      <w:pPr>
        <w:ind w:left="1440" w:hanging="360"/>
      </w:pPr>
      <w:rPr>
        <w:rFonts w:hint="default" w:ascii="Courier New" w:hAnsi="Courier New"/>
      </w:rPr>
    </w:lvl>
    <w:lvl w:ilvl="2" w:tplc="5EC6521C">
      <w:start w:val="1"/>
      <w:numFmt w:val="bullet"/>
      <w:lvlText w:val=""/>
      <w:lvlJc w:val="left"/>
      <w:pPr>
        <w:ind w:left="2160" w:hanging="360"/>
      </w:pPr>
      <w:rPr>
        <w:rFonts w:hint="default" w:ascii="Wingdings" w:hAnsi="Wingdings"/>
      </w:rPr>
    </w:lvl>
    <w:lvl w:ilvl="3" w:tplc="632E6F04">
      <w:start w:val="1"/>
      <w:numFmt w:val="bullet"/>
      <w:lvlText w:val=""/>
      <w:lvlJc w:val="left"/>
      <w:pPr>
        <w:ind w:left="2880" w:hanging="360"/>
      </w:pPr>
      <w:rPr>
        <w:rFonts w:hint="default" w:ascii="Symbol" w:hAnsi="Symbol"/>
      </w:rPr>
    </w:lvl>
    <w:lvl w:ilvl="4" w:tplc="4BA2040A">
      <w:start w:val="1"/>
      <w:numFmt w:val="bullet"/>
      <w:lvlText w:val="o"/>
      <w:lvlJc w:val="left"/>
      <w:pPr>
        <w:ind w:left="3600" w:hanging="360"/>
      </w:pPr>
      <w:rPr>
        <w:rFonts w:hint="default" w:ascii="Courier New" w:hAnsi="Courier New"/>
      </w:rPr>
    </w:lvl>
    <w:lvl w:ilvl="5" w:tplc="39AE2DE6">
      <w:start w:val="1"/>
      <w:numFmt w:val="bullet"/>
      <w:lvlText w:val=""/>
      <w:lvlJc w:val="left"/>
      <w:pPr>
        <w:ind w:left="4320" w:hanging="360"/>
      </w:pPr>
      <w:rPr>
        <w:rFonts w:hint="default" w:ascii="Wingdings" w:hAnsi="Wingdings"/>
      </w:rPr>
    </w:lvl>
    <w:lvl w:ilvl="6" w:tplc="56207974">
      <w:start w:val="1"/>
      <w:numFmt w:val="bullet"/>
      <w:lvlText w:val=""/>
      <w:lvlJc w:val="left"/>
      <w:pPr>
        <w:ind w:left="5040" w:hanging="360"/>
      </w:pPr>
      <w:rPr>
        <w:rFonts w:hint="default" w:ascii="Symbol" w:hAnsi="Symbol"/>
      </w:rPr>
    </w:lvl>
    <w:lvl w:ilvl="7" w:tplc="E2C40096">
      <w:start w:val="1"/>
      <w:numFmt w:val="bullet"/>
      <w:lvlText w:val="o"/>
      <w:lvlJc w:val="left"/>
      <w:pPr>
        <w:ind w:left="5760" w:hanging="360"/>
      </w:pPr>
      <w:rPr>
        <w:rFonts w:hint="default" w:ascii="Courier New" w:hAnsi="Courier New"/>
      </w:rPr>
    </w:lvl>
    <w:lvl w:ilvl="8" w:tplc="E56AC9B0">
      <w:start w:val="1"/>
      <w:numFmt w:val="bullet"/>
      <w:lvlText w:val=""/>
      <w:lvlJc w:val="left"/>
      <w:pPr>
        <w:ind w:left="6480" w:hanging="360"/>
      </w:pPr>
      <w:rPr>
        <w:rFonts w:hint="default" w:ascii="Wingdings" w:hAnsi="Wingdings"/>
      </w:rPr>
    </w:lvl>
  </w:abstractNum>
  <w:abstractNum w:abstractNumId="30" w15:restartNumberingAfterBreak="0">
    <w:nsid w:val="75C01890"/>
    <w:multiLevelType w:val="multilevel"/>
    <w:tmpl w:val="E33AD4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E2A6AAF"/>
    <w:multiLevelType w:val="hybridMultilevel"/>
    <w:tmpl w:val="F6EE9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F5F765F"/>
    <w:multiLevelType w:val="hybridMultilevel"/>
    <w:tmpl w:val="CB82D490"/>
    <w:lvl w:ilvl="0" w:tplc="70282D68">
      <w:start w:val="1"/>
      <w:numFmt w:val="bullet"/>
      <w:lvlText w:val="·"/>
      <w:lvlJc w:val="left"/>
      <w:pPr>
        <w:ind w:left="720" w:hanging="360"/>
      </w:pPr>
      <w:rPr>
        <w:rFonts w:hint="default" w:ascii="Symbol" w:hAnsi="Symbol"/>
      </w:rPr>
    </w:lvl>
    <w:lvl w:ilvl="1" w:tplc="75DE2D34">
      <w:start w:val="1"/>
      <w:numFmt w:val="bullet"/>
      <w:lvlText w:val="o"/>
      <w:lvlJc w:val="left"/>
      <w:pPr>
        <w:ind w:left="1440" w:hanging="360"/>
      </w:pPr>
      <w:rPr>
        <w:rFonts w:hint="default" w:ascii="Courier New" w:hAnsi="Courier New"/>
      </w:rPr>
    </w:lvl>
    <w:lvl w:ilvl="2" w:tplc="A37AE800">
      <w:start w:val="1"/>
      <w:numFmt w:val="bullet"/>
      <w:lvlText w:val=""/>
      <w:lvlJc w:val="left"/>
      <w:pPr>
        <w:ind w:left="2160" w:hanging="360"/>
      </w:pPr>
      <w:rPr>
        <w:rFonts w:hint="default" w:ascii="Wingdings" w:hAnsi="Wingdings"/>
      </w:rPr>
    </w:lvl>
    <w:lvl w:ilvl="3" w:tplc="FBC2F968">
      <w:start w:val="1"/>
      <w:numFmt w:val="bullet"/>
      <w:lvlText w:val=""/>
      <w:lvlJc w:val="left"/>
      <w:pPr>
        <w:ind w:left="2880" w:hanging="360"/>
      </w:pPr>
      <w:rPr>
        <w:rFonts w:hint="default" w:ascii="Symbol" w:hAnsi="Symbol"/>
      </w:rPr>
    </w:lvl>
    <w:lvl w:ilvl="4" w:tplc="ACFCC95A">
      <w:start w:val="1"/>
      <w:numFmt w:val="bullet"/>
      <w:lvlText w:val="o"/>
      <w:lvlJc w:val="left"/>
      <w:pPr>
        <w:ind w:left="3600" w:hanging="360"/>
      </w:pPr>
      <w:rPr>
        <w:rFonts w:hint="default" w:ascii="Courier New" w:hAnsi="Courier New"/>
      </w:rPr>
    </w:lvl>
    <w:lvl w:ilvl="5" w:tplc="0EB6D2F2">
      <w:start w:val="1"/>
      <w:numFmt w:val="bullet"/>
      <w:lvlText w:val=""/>
      <w:lvlJc w:val="left"/>
      <w:pPr>
        <w:ind w:left="4320" w:hanging="360"/>
      </w:pPr>
      <w:rPr>
        <w:rFonts w:hint="default" w:ascii="Wingdings" w:hAnsi="Wingdings"/>
      </w:rPr>
    </w:lvl>
    <w:lvl w:ilvl="6" w:tplc="3D868798">
      <w:start w:val="1"/>
      <w:numFmt w:val="bullet"/>
      <w:lvlText w:val=""/>
      <w:lvlJc w:val="left"/>
      <w:pPr>
        <w:ind w:left="5040" w:hanging="360"/>
      </w:pPr>
      <w:rPr>
        <w:rFonts w:hint="default" w:ascii="Symbol" w:hAnsi="Symbol"/>
      </w:rPr>
    </w:lvl>
    <w:lvl w:ilvl="7" w:tplc="39303A6A">
      <w:start w:val="1"/>
      <w:numFmt w:val="bullet"/>
      <w:lvlText w:val="o"/>
      <w:lvlJc w:val="left"/>
      <w:pPr>
        <w:ind w:left="5760" w:hanging="360"/>
      </w:pPr>
      <w:rPr>
        <w:rFonts w:hint="default" w:ascii="Courier New" w:hAnsi="Courier New"/>
      </w:rPr>
    </w:lvl>
    <w:lvl w:ilvl="8" w:tplc="4E4ABE26">
      <w:start w:val="1"/>
      <w:numFmt w:val="bullet"/>
      <w:lvlText w:val=""/>
      <w:lvlJc w:val="left"/>
      <w:pPr>
        <w:ind w:left="6480" w:hanging="360"/>
      </w:pPr>
      <w:rPr>
        <w:rFonts w:hint="default" w:ascii="Wingdings" w:hAnsi="Wingdings"/>
      </w:rPr>
    </w:lvl>
  </w:abstractNum>
  <w:num w:numId="1" w16cid:durableId="280889083">
    <w:abstractNumId w:val="11"/>
  </w:num>
  <w:num w:numId="2" w16cid:durableId="2132936174">
    <w:abstractNumId w:val="18"/>
  </w:num>
  <w:num w:numId="3" w16cid:durableId="840509785">
    <w:abstractNumId w:val="29"/>
  </w:num>
  <w:num w:numId="4" w16cid:durableId="694039668">
    <w:abstractNumId w:val="19"/>
  </w:num>
  <w:num w:numId="5" w16cid:durableId="1238399714">
    <w:abstractNumId w:val="28"/>
  </w:num>
  <w:num w:numId="6" w16cid:durableId="329337009">
    <w:abstractNumId w:val="32"/>
  </w:num>
  <w:num w:numId="7" w16cid:durableId="1678652291">
    <w:abstractNumId w:val="10"/>
  </w:num>
  <w:num w:numId="8" w16cid:durableId="1229610670">
    <w:abstractNumId w:val="26"/>
  </w:num>
  <w:num w:numId="9" w16cid:durableId="2070885378">
    <w:abstractNumId w:val="14"/>
  </w:num>
  <w:num w:numId="10" w16cid:durableId="704402915">
    <w:abstractNumId w:val="25"/>
  </w:num>
  <w:num w:numId="11" w16cid:durableId="1239513986">
    <w:abstractNumId w:val="23"/>
  </w:num>
  <w:num w:numId="12" w16cid:durableId="172568845">
    <w:abstractNumId w:val="13"/>
  </w:num>
  <w:num w:numId="13" w16cid:durableId="368840443">
    <w:abstractNumId w:val="15"/>
  </w:num>
  <w:num w:numId="14" w16cid:durableId="1686401069">
    <w:abstractNumId w:val="17"/>
  </w:num>
  <w:num w:numId="15" w16cid:durableId="1735350414">
    <w:abstractNumId w:val="22"/>
  </w:num>
  <w:num w:numId="16" w16cid:durableId="1032147672">
    <w:abstractNumId w:val="16"/>
  </w:num>
  <w:num w:numId="17" w16cid:durableId="765923970">
    <w:abstractNumId w:val="9"/>
  </w:num>
  <w:num w:numId="18" w16cid:durableId="1064567148">
    <w:abstractNumId w:val="24"/>
  </w:num>
  <w:num w:numId="19" w16cid:durableId="1045905787">
    <w:abstractNumId w:val="8"/>
  </w:num>
  <w:num w:numId="20" w16cid:durableId="244993669">
    <w:abstractNumId w:val="6"/>
  </w:num>
  <w:num w:numId="21" w16cid:durableId="864362957">
    <w:abstractNumId w:val="5"/>
  </w:num>
  <w:num w:numId="22" w16cid:durableId="1862161604">
    <w:abstractNumId w:val="4"/>
  </w:num>
  <w:num w:numId="23" w16cid:durableId="848713669">
    <w:abstractNumId w:val="7"/>
  </w:num>
  <w:num w:numId="24" w16cid:durableId="935283686">
    <w:abstractNumId w:val="3"/>
  </w:num>
  <w:num w:numId="25" w16cid:durableId="338389038">
    <w:abstractNumId w:val="2"/>
  </w:num>
  <w:num w:numId="26" w16cid:durableId="791482611">
    <w:abstractNumId w:val="1"/>
  </w:num>
  <w:num w:numId="27" w16cid:durableId="1993755333">
    <w:abstractNumId w:val="0"/>
  </w:num>
  <w:num w:numId="28" w16cid:durableId="1444156219">
    <w:abstractNumId w:val="31"/>
  </w:num>
  <w:num w:numId="29" w16cid:durableId="982660569">
    <w:abstractNumId w:val="12"/>
  </w:num>
  <w:num w:numId="30" w16cid:durableId="1557281110">
    <w:abstractNumId w:val="20"/>
  </w:num>
  <w:num w:numId="31" w16cid:durableId="1327978511">
    <w:abstractNumId w:val="21"/>
  </w:num>
  <w:num w:numId="32" w16cid:durableId="1221209546">
    <w:abstractNumId w:val="30"/>
  </w:num>
  <w:num w:numId="33" w16cid:durableId="114566368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18E6"/>
    <w:rsid w:val="0006063C"/>
    <w:rsid w:val="000A7BD9"/>
    <w:rsid w:val="000E3F11"/>
    <w:rsid w:val="000E3F4D"/>
    <w:rsid w:val="001007EA"/>
    <w:rsid w:val="0010303D"/>
    <w:rsid w:val="001345B2"/>
    <w:rsid w:val="00141F59"/>
    <w:rsid w:val="0015074B"/>
    <w:rsid w:val="00172018"/>
    <w:rsid w:val="0018392D"/>
    <w:rsid w:val="001B09CA"/>
    <w:rsid w:val="001F381C"/>
    <w:rsid w:val="00201161"/>
    <w:rsid w:val="00216890"/>
    <w:rsid w:val="00243424"/>
    <w:rsid w:val="0024789F"/>
    <w:rsid w:val="00252233"/>
    <w:rsid w:val="00266095"/>
    <w:rsid w:val="00266A2E"/>
    <w:rsid w:val="00272D56"/>
    <w:rsid w:val="0029639D"/>
    <w:rsid w:val="002E44E0"/>
    <w:rsid w:val="00322903"/>
    <w:rsid w:val="00326F90"/>
    <w:rsid w:val="00347DBD"/>
    <w:rsid w:val="00385268"/>
    <w:rsid w:val="003A2FE5"/>
    <w:rsid w:val="003A6BD7"/>
    <w:rsid w:val="003B09C3"/>
    <w:rsid w:val="003E2C96"/>
    <w:rsid w:val="00404917"/>
    <w:rsid w:val="0043215C"/>
    <w:rsid w:val="00432D55"/>
    <w:rsid w:val="00441496"/>
    <w:rsid w:val="0044205B"/>
    <w:rsid w:val="0044647F"/>
    <w:rsid w:val="00472ED0"/>
    <w:rsid w:val="00475E31"/>
    <w:rsid w:val="00482085"/>
    <w:rsid w:val="004A4B1B"/>
    <w:rsid w:val="0050197D"/>
    <w:rsid w:val="00510177"/>
    <w:rsid w:val="0052080A"/>
    <w:rsid w:val="00560160"/>
    <w:rsid w:val="00576957"/>
    <w:rsid w:val="00577C2A"/>
    <w:rsid w:val="00606700"/>
    <w:rsid w:val="00634A02"/>
    <w:rsid w:val="00646940"/>
    <w:rsid w:val="00647C41"/>
    <w:rsid w:val="00672FD8"/>
    <w:rsid w:val="00693271"/>
    <w:rsid w:val="00697B8A"/>
    <w:rsid w:val="006A2E8A"/>
    <w:rsid w:val="006E60C6"/>
    <w:rsid w:val="006E6346"/>
    <w:rsid w:val="006F2F81"/>
    <w:rsid w:val="00711F08"/>
    <w:rsid w:val="0074554F"/>
    <w:rsid w:val="00782E1F"/>
    <w:rsid w:val="007C05BB"/>
    <w:rsid w:val="007C6D52"/>
    <w:rsid w:val="007D4FCD"/>
    <w:rsid w:val="007F3473"/>
    <w:rsid w:val="00813896"/>
    <w:rsid w:val="008322A4"/>
    <w:rsid w:val="00836176"/>
    <w:rsid w:val="00846B11"/>
    <w:rsid w:val="008A720F"/>
    <w:rsid w:val="008B0F11"/>
    <w:rsid w:val="00933344"/>
    <w:rsid w:val="00946992"/>
    <w:rsid w:val="0095038D"/>
    <w:rsid w:val="00951718"/>
    <w:rsid w:val="0095579D"/>
    <w:rsid w:val="00956189"/>
    <w:rsid w:val="00957280"/>
    <w:rsid w:val="00960B00"/>
    <w:rsid w:val="009706D6"/>
    <w:rsid w:val="00976F39"/>
    <w:rsid w:val="009A2787"/>
    <w:rsid w:val="009A3521"/>
    <w:rsid w:val="009A4DDE"/>
    <w:rsid w:val="009A51C2"/>
    <w:rsid w:val="009B7AE8"/>
    <w:rsid w:val="009D613F"/>
    <w:rsid w:val="009D6F52"/>
    <w:rsid w:val="00A05589"/>
    <w:rsid w:val="00A1731C"/>
    <w:rsid w:val="00A63EC2"/>
    <w:rsid w:val="00A832DC"/>
    <w:rsid w:val="00A85408"/>
    <w:rsid w:val="00AA143D"/>
    <w:rsid w:val="00AA1ACF"/>
    <w:rsid w:val="00AA1D8D"/>
    <w:rsid w:val="00AC08F0"/>
    <w:rsid w:val="00B02351"/>
    <w:rsid w:val="00B06C3A"/>
    <w:rsid w:val="00B20DA7"/>
    <w:rsid w:val="00B24851"/>
    <w:rsid w:val="00B4422E"/>
    <w:rsid w:val="00B47730"/>
    <w:rsid w:val="00B66A77"/>
    <w:rsid w:val="00B87D43"/>
    <w:rsid w:val="00B92704"/>
    <w:rsid w:val="00B94BA6"/>
    <w:rsid w:val="00BD1466"/>
    <w:rsid w:val="00BD5055"/>
    <w:rsid w:val="00C10F62"/>
    <w:rsid w:val="00C14B42"/>
    <w:rsid w:val="00C4298F"/>
    <w:rsid w:val="00C74DDE"/>
    <w:rsid w:val="00CA4023"/>
    <w:rsid w:val="00CA7BAA"/>
    <w:rsid w:val="00CB0664"/>
    <w:rsid w:val="00CB06BB"/>
    <w:rsid w:val="00CE582B"/>
    <w:rsid w:val="00D0310B"/>
    <w:rsid w:val="00D17029"/>
    <w:rsid w:val="00DB64B6"/>
    <w:rsid w:val="00DD2735"/>
    <w:rsid w:val="00E54062"/>
    <w:rsid w:val="00E82BAD"/>
    <w:rsid w:val="00E83EC5"/>
    <w:rsid w:val="00EBA87F"/>
    <w:rsid w:val="00EF14E1"/>
    <w:rsid w:val="00F16572"/>
    <w:rsid w:val="00F358E0"/>
    <w:rsid w:val="00F42BA5"/>
    <w:rsid w:val="00FA0CCF"/>
    <w:rsid w:val="00FA4E4A"/>
    <w:rsid w:val="00FC693F"/>
    <w:rsid w:val="00FE352E"/>
    <w:rsid w:val="00FE4461"/>
    <w:rsid w:val="00FF4EB7"/>
    <w:rsid w:val="0153DBFC"/>
    <w:rsid w:val="029F5F8B"/>
    <w:rsid w:val="02C4E47E"/>
    <w:rsid w:val="03B4469A"/>
    <w:rsid w:val="04255A4E"/>
    <w:rsid w:val="04747142"/>
    <w:rsid w:val="04CDFA2E"/>
    <w:rsid w:val="05BDBF63"/>
    <w:rsid w:val="05F82897"/>
    <w:rsid w:val="076676E8"/>
    <w:rsid w:val="076B06E9"/>
    <w:rsid w:val="0780E86B"/>
    <w:rsid w:val="0AC90BF4"/>
    <w:rsid w:val="0B576E02"/>
    <w:rsid w:val="0D1F11BB"/>
    <w:rsid w:val="0E53C024"/>
    <w:rsid w:val="0ED1A028"/>
    <w:rsid w:val="0EF59B87"/>
    <w:rsid w:val="10A340A4"/>
    <w:rsid w:val="11953E16"/>
    <w:rsid w:val="1226B013"/>
    <w:rsid w:val="12663204"/>
    <w:rsid w:val="126A3D0D"/>
    <w:rsid w:val="127EC464"/>
    <w:rsid w:val="12B8A96E"/>
    <w:rsid w:val="12E283CF"/>
    <w:rsid w:val="13105110"/>
    <w:rsid w:val="134BA78B"/>
    <w:rsid w:val="142B0EB8"/>
    <w:rsid w:val="142D0541"/>
    <w:rsid w:val="148EE727"/>
    <w:rsid w:val="14FEEE8F"/>
    <w:rsid w:val="156273A6"/>
    <w:rsid w:val="18527D48"/>
    <w:rsid w:val="186D201A"/>
    <w:rsid w:val="19C5DC2D"/>
    <w:rsid w:val="1AA2412A"/>
    <w:rsid w:val="1AD2856C"/>
    <w:rsid w:val="1AD85E76"/>
    <w:rsid w:val="1AE5CA02"/>
    <w:rsid w:val="1B36A39B"/>
    <w:rsid w:val="1C62E8D3"/>
    <w:rsid w:val="1CE834FA"/>
    <w:rsid w:val="1DD0DEE3"/>
    <w:rsid w:val="1E45E30E"/>
    <w:rsid w:val="1E5E2E92"/>
    <w:rsid w:val="1E602C0F"/>
    <w:rsid w:val="1F05421E"/>
    <w:rsid w:val="1FA4326C"/>
    <w:rsid w:val="20D866AD"/>
    <w:rsid w:val="211455B0"/>
    <w:rsid w:val="213B05A8"/>
    <w:rsid w:val="21415754"/>
    <w:rsid w:val="220ED4DB"/>
    <w:rsid w:val="237C7A13"/>
    <w:rsid w:val="24FA2DA3"/>
    <w:rsid w:val="25A9587E"/>
    <w:rsid w:val="25D6DA52"/>
    <w:rsid w:val="261FEA3B"/>
    <w:rsid w:val="263B6647"/>
    <w:rsid w:val="267F8F2B"/>
    <w:rsid w:val="27DFC344"/>
    <w:rsid w:val="27E2545C"/>
    <w:rsid w:val="2810666A"/>
    <w:rsid w:val="29C5D2C2"/>
    <w:rsid w:val="2BBE4A81"/>
    <w:rsid w:val="2D0DFBC4"/>
    <w:rsid w:val="2D89318E"/>
    <w:rsid w:val="2D9C832B"/>
    <w:rsid w:val="2E979FA6"/>
    <w:rsid w:val="2EB5B205"/>
    <w:rsid w:val="2FBC0B39"/>
    <w:rsid w:val="30F5B9A2"/>
    <w:rsid w:val="3210CD59"/>
    <w:rsid w:val="32337687"/>
    <w:rsid w:val="33E0A337"/>
    <w:rsid w:val="34802F7A"/>
    <w:rsid w:val="34AFE220"/>
    <w:rsid w:val="34CEAE3D"/>
    <w:rsid w:val="35B3DAD5"/>
    <w:rsid w:val="361CE775"/>
    <w:rsid w:val="36C80FD0"/>
    <w:rsid w:val="36DE6A2C"/>
    <w:rsid w:val="3895CFD6"/>
    <w:rsid w:val="38CB67DE"/>
    <w:rsid w:val="398C99B5"/>
    <w:rsid w:val="39BC1FE1"/>
    <w:rsid w:val="3BD455C2"/>
    <w:rsid w:val="3C4729D5"/>
    <w:rsid w:val="3CB95D6F"/>
    <w:rsid w:val="3D0EE2AB"/>
    <w:rsid w:val="3E385B23"/>
    <w:rsid w:val="3F42D2A6"/>
    <w:rsid w:val="4115B8FA"/>
    <w:rsid w:val="43B824F8"/>
    <w:rsid w:val="43BF1F6B"/>
    <w:rsid w:val="43D13A5E"/>
    <w:rsid w:val="45D012B4"/>
    <w:rsid w:val="46942EA2"/>
    <w:rsid w:val="497B0C2F"/>
    <w:rsid w:val="49E955A4"/>
    <w:rsid w:val="4A19207B"/>
    <w:rsid w:val="4A2DA7B0"/>
    <w:rsid w:val="4A3383E9"/>
    <w:rsid w:val="4A8BBD87"/>
    <w:rsid w:val="4AA12879"/>
    <w:rsid w:val="4BE1EA7C"/>
    <w:rsid w:val="4C433401"/>
    <w:rsid w:val="4CB2AD56"/>
    <w:rsid w:val="4D60C9BA"/>
    <w:rsid w:val="4F04F260"/>
    <w:rsid w:val="50C66F2F"/>
    <w:rsid w:val="51AF1D13"/>
    <w:rsid w:val="51B07263"/>
    <w:rsid w:val="522C63AA"/>
    <w:rsid w:val="525665DB"/>
    <w:rsid w:val="534A41C7"/>
    <w:rsid w:val="548E47A6"/>
    <w:rsid w:val="5582419C"/>
    <w:rsid w:val="55D61604"/>
    <w:rsid w:val="56745958"/>
    <w:rsid w:val="5725FA7D"/>
    <w:rsid w:val="576A3097"/>
    <w:rsid w:val="57864579"/>
    <w:rsid w:val="57A9D441"/>
    <w:rsid w:val="57E22C9B"/>
    <w:rsid w:val="58ADA146"/>
    <w:rsid w:val="58BBFF25"/>
    <w:rsid w:val="5906620B"/>
    <w:rsid w:val="598DF730"/>
    <w:rsid w:val="59D79CD0"/>
    <w:rsid w:val="5AD54DB9"/>
    <w:rsid w:val="5B7A2CB1"/>
    <w:rsid w:val="5DC9D932"/>
    <w:rsid w:val="607F6DD4"/>
    <w:rsid w:val="60AA30BF"/>
    <w:rsid w:val="612143A7"/>
    <w:rsid w:val="62C3C77A"/>
    <w:rsid w:val="64575C5B"/>
    <w:rsid w:val="64B6677C"/>
    <w:rsid w:val="64E3D685"/>
    <w:rsid w:val="654DDE55"/>
    <w:rsid w:val="6600A7F3"/>
    <w:rsid w:val="66F30BE2"/>
    <w:rsid w:val="673375A8"/>
    <w:rsid w:val="6B0BE3B9"/>
    <w:rsid w:val="6F541BAC"/>
    <w:rsid w:val="6FF6CB8E"/>
    <w:rsid w:val="7057CAE6"/>
    <w:rsid w:val="718C7A9E"/>
    <w:rsid w:val="7295EB0C"/>
    <w:rsid w:val="72A71C3B"/>
    <w:rsid w:val="73FE4CE0"/>
    <w:rsid w:val="76CB0AE9"/>
    <w:rsid w:val="77D74F77"/>
    <w:rsid w:val="77ED4476"/>
    <w:rsid w:val="78124527"/>
    <w:rsid w:val="78392A10"/>
    <w:rsid w:val="7907CD71"/>
    <w:rsid w:val="798BC22B"/>
    <w:rsid w:val="7B6576A4"/>
    <w:rsid w:val="7BA3807D"/>
    <w:rsid w:val="7BA4AF86"/>
    <w:rsid w:val="7C222D70"/>
    <w:rsid w:val="7C5AF2F1"/>
    <w:rsid w:val="7D54D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6D8F31C-ABD0-49E3-AD0C-15D7AFEE1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20"/>
      </w:numPr>
      <w:contextualSpacing/>
    </w:pPr>
  </w:style>
  <w:style w:type="paragraph" w:styleId="ListBullet3">
    <w:name w:val="List Bullet 3"/>
    <w:basedOn w:val="Normal"/>
    <w:uiPriority w:val="99"/>
    <w:unhideWhenUsed/>
    <w:rsid w:val="00326F90"/>
    <w:pPr>
      <w:numPr>
        <w:numId w:val="21"/>
      </w:numPr>
      <w:contextualSpacing/>
    </w:pPr>
  </w:style>
  <w:style w:type="paragraph" w:styleId="ListNumber">
    <w:name w:val="List Number"/>
    <w:basedOn w:val="Normal"/>
    <w:uiPriority w:val="99"/>
    <w:unhideWhenUsed/>
    <w:rsid w:val="00326F90"/>
    <w:pPr>
      <w:numPr>
        <w:numId w:val="23"/>
      </w:numPr>
      <w:contextualSpacing/>
    </w:pPr>
  </w:style>
  <w:style w:type="paragraph" w:styleId="ListNumber2">
    <w:name w:val="List Number 2"/>
    <w:basedOn w:val="Normal"/>
    <w:uiPriority w:val="99"/>
    <w:unhideWhenUsed/>
    <w:rsid w:val="0029639D"/>
    <w:pPr>
      <w:numPr>
        <w:numId w:val="24"/>
      </w:numPr>
      <w:contextualSpacing/>
    </w:pPr>
  </w:style>
  <w:style w:type="paragraph" w:styleId="ListNumber3">
    <w:name w:val="List Number 3"/>
    <w:basedOn w:val="Normal"/>
    <w:uiPriority w:val="99"/>
    <w:unhideWhenUsed/>
    <w:rsid w:val="0029639D"/>
    <w:pPr>
      <w:numPr>
        <w:numId w:val="2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xml" Id="R1b08d294caef41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b3d5a946f4035be50894cb1d47d075d6">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56e999f3c76227c8478a172ddd0645e5"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F9D06B-DF0F-4105-AF46-4E864CEB73AF}">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801C5CB3-BE7A-4BC9-8338-0DE1732C2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A4448C-2F96-468D-A236-2EAE2648AF5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Melissa Coley</cp:lastModifiedBy>
  <cp:revision>27</cp:revision>
  <dcterms:created xsi:type="dcterms:W3CDTF">2026-07-07T13:08:00Z</dcterms:created>
  <dcterms:modified xsi:type="dcterms:W3CDTF">2026-07-23T12:19:44Z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