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6940" w:rsidR="00385268" w:rsidP="0AC90BF4" w:rsidRDefault="6600A7F3" w14:paraId="0BF06D20" w14:textId="37B945DB">
      <w:pPr>
        <w:spacing w:after="0"/>
        <w:rPr>
          <w:rFonts w:asciiTheme="majorHAnsi" w:hAnsiTheme="majorHAnsi" w:eastAsiaTheme="majorEastAsia" w:cstheme="majorBidi"/>
          <w:b/>
          <w:bCs/>
          <w:sz w:val="24"/>
          <w:szCs w:val="24"/>
        </w:rPr>
      </w:pPr>
      <w:r w:rsidRPr="00646940">
        <w:rPr>
          <w:rFonts w:asciiTheme="majorHAnsi" w:hAnsiTheme="majorHAnsi" w:eastAsiaTheme="majorEastAsia" w:cstheme="majorBidi"/>
          <w:b/>
          <w:bCs/>
          <w:sz w:val="36"/>
          <w:szCs w:val="36"/>
        </w:rPr>
        <w:t xml:space="preserve">Role Description: </w:t>
      </w:r>
      <w:r w:rsidR="00EC6AA1">
        <w:rPr>
          <w:rFonts w:asciiTheme="majorHAnsi" w:hAnsiTheme="majorHAnsi" w:eastAsiaTheme="majorEastAsia" w:cstheme="majorBidi"/>
          <w:b/>
          <w:bCs/>
          <w:sz w:val="36"/>
          <w:szCs w:val="36"/>
        </w:rPr>
        <w:t>Open the Book Volunteer</w:t>
      </w:r>
    </w:p>
    <w:tbl>
      <w:tblPr>
        <w:tblStyle w:val="TableGrid"/>
        <w:tblW w:w="0" w:type="auto"/>
        <w:tblLook w:val="04A0" w:firstRow="1" w:lastRow="0" w:firstColumn="1" w:lastColumn="0" w:noHBand="0" w:noVBand="1"/>
      </w:tblPr>
      <w:tblGrid>
        <w:gridCol w:w="2501"/>
        <w:gridCol w:w="6093"/>
      </w:tblGrid>
      <w:tr w:rsidR="0AC90BF4" w:rsidTr="00243424"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243424"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243424"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243424" w14:paraId="26C79AFB" w14:textId="13FC0796">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340CA287">
            <w:pPr>
              <w:spacing w:before="40" w:after="40"/>
              <w:rPr>
                <w:rFonts w:asciiTheme="majorHAnsi" w:hAnsiTheme="majorHAnsi" w:eastAsiaTheme="majorEastAsia" w:cstheme="majorBidi"/>
                <w:color w:val="000000" w:themeColor="text1"/>
              </w:rPr>
            </w:pPr>
          </w:p>
        </w:tc>
      </w:tr>
      <w:tr w:rsidR="00243424" w:rsidTr="00243424" w14:paraId="344F9F0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243424" w:rsidP="0AC90BF4" w:rsidRDefault="00432D55" w14:paraId="774F0E26" w14:textId="5E5C59C0">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43424" w:rsidP="0AC90BF4" w:rsidRDefault="00243424" w14:paraId="2EDECC47" w14:textId="77777777">
            <w:pPr>
              <w:spacing w:before="40" w:after="40"/>
              <w:rPr>
                <w:rFonts w:asciiTheme="majorHAnsi" w:hAnsiTheme="majorHAnsi" w:eastAsiaTheme="majorEastAsia" w:cstheme="majorBidi"/>
                <w:color w:val="000000" w:themeColor="text1"/>
              </w:rPr>
            </w:pPr>
          </w:p>
        </w:tc>
      </w:tr>
      <w:tr w:rsidR="0AC90BF4" w:rsidTr="00243424"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00243424"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243424"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432D55" w14:paraId="02523AFF" w14:textId="32B9E52B">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243424"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432D55" w:rsidTr="00243424" w14:paraId="127EBEEC"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432D55" w:rsidP="0AC90BF4" w:rsidRDefault="00432D55" w14:paraId="74EBF61E" w14:textId="27B38910">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432D55" w:rsidP="0AC90BF4" w:rsidRDefault="00C14B42" w14:paraId="1F886348"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Foundations/Leadership/Senior Leadership</w:t>
            </w:r>
          </w:p>
          <w:p w:rsidR="00C14B42" w:rsidP="0AC90BF4" w:rsidRDefault="00C14B42" w14:paraId="1B4DCB58" w14:textId="0CFBD225">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646940"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646940">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646940" w:rsidR="00385268" w:rsidP="0AC90BF4" w:rsidRDefault="57864579" w14:paraId="110B2B36" w14:textId="77777777">
      <w:pPr>
        <w:pStyle w:val="Heading2"/>
        <w:keepNext w:val="0"/>
        <w:keepLines w:val="0"/>
        <w:spacing w:before="0" w:line="250" w:lineRule="auto"/>
        <w:rPr>
          <w:color w:val="auto"/>
          <w:sz w:val="24"/>
          <w:szCs w:val="24"/>
        </w:rPr>
      </w:pPr>
      <w:r w:rsidRPr="00646940">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2167F7" w:rsidR="004044B3" w:rsidP="002167F7" w:rsidRDefault="57864579" w14:paraId="269DC47E" w14:textId="0D7FEBF3">
      <w:pPr>
        <w:pStyle w:val="Heading2"/>
        <w:keepNext w:val="0"/>
        <w:keepLines w:val="0"/>
        <w:spacing w:before="0" w:line="250" w:lineRule="auto"/>
        <w:rPr>
          <w:color w:val="auto"/>
          <w:sz w:val="24"/>
          <w:szCs w:val="24"/>
        </w:rPr>
      </w:pPr>
      <w:r w:rsidRPr="00646940">
        <w:rPr>
          <w:color w:val="auto"/>
          <w:sz w:val="28"/>
          <w:szCs w:val="28"/>
        </w:rPr>
        <w:t>Key Responsibilities</w:t>
      </w:r>
    </w:p>
    <w:p w:rsidR="004D5462" w:rsidP="006C4D99" w:rsidRDefault="004D5462" w14:paraId="36B9F5E1" w14:textId="00023E02">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Contact local </w:t>
      </w:r>
      <w:r w:rsidR="00F84005">
        <w:rPr>
          <w:rFonts w:asciiTheme="majorHAnsi" w:hAnsiTheme="majorHAnsi" w:eastAsiaTheme="majorEastAsia" w:cstheme="majorBidi"/>
          <w:color w:val="000000" w:themeColor="text1"/>
          <w:sz w:val="24"/>
          <w:szCs w:val="24"/>
        </w:rPr>
        <w:t xml:space="preserve">primary </w:t>
      </w:r>
      <w:r>
        <w:rPr>
          <w:rFonts w:asciiTheme="majorHAnsi" w:hAnsiTheme="majorHAnsi" w:eastAsiaTheme="majorEastAsia" w:cstheme="majorBidi"/>
          <w:color w:val="000000" w:themeColor="text1"/>
          <w:sz w:val="24"/>
          <w:szCs w:val="24"/>
        </w:rPr>
        <w:t xml:space="preserve">schools to </w:t>
      </w:r>
      <w:r w:rsidR="00F84005">
        <w:rPr>
          <w:rFonts w:asciiTheme="majorHAnsi" w:hAnsiTheme="majorHAnsi" w:eastAsiaTheme="majorEastAsia" w:cstheme="majorBidi"/>
          <w:color w:val="000000" w:themeColor="text1"/>
          <w:sz w:val="24"/>
          <w:szCs w:val="24"/>
        </w:rPr>
        <w:t>see if they would like OtB assemblies</w:t>
      </w:r>
    </w:p>
    <w:p w:rsidR="001F381C" w:rsidP="006C4D99" w:rsidRDefault="00806A96" w14:paraId="719BD248" w14:textId="7AB2C199">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Work as part of a team to </w:t>
      </w:r>
      <w:r w:rsidR="008F7514">
        <w:rPr>
          <w:rFonts w:asciiTheme="majorHAnsi" w:hAnsiTheme="majorHAnsi" w:eastAsiaTheme="majorEastAsia" w:cstheme="majorBidi"/>
          <w:color w:val="000000" w:themeColor="text1"/>
          <w:sz w:val="24"/>
          <w:szCs w:val="24"/>
        </w:rPr>
        <w:t>recreate bible stories at school assemblies</w:t>
      </w:r>
    </w:p>
    <w:p w:rsidR="002167F7" w:rsidP="006C4D99" w:rsidRDefault="002167F7" w14:paraId="24F02D47" w14:textId="077BBD8B">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Help to prepare </w:t>
      </w:r>
      <w:r w:rsidR="00C263F6">
        <w:rPr>
          <w:rFonts w:asciiTheme="majorHAnsi" w:hAnsiTheme="majorHAnsi" w:eastAsiaTheme="majorEastAsia" w:cstheme="majorBidi"/>
          <w:color w:val="000000" w:themeColor="text1"/>
          <w:sz w:val="24"/>
          <w:szCs w:val="24"/>
        </w:rPr>
        <w:t>10-15 minute scripted bible stories</w:t>
      </w:r>
    </w:p>
    <w:p w:rsidR="00C263F6" w:rsidP="006C4D99" w:rsidRDefault="008073C4" w14:paraId="2DF253F1" w14:textId="55136280">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Meet [every Tuesday] for rehearsals</w:t>
      </w:r>
    </w:p>
    <w:p w:rsidRPr="00C12145" w:rsidR="00C12145" w:rsidP="00C12145" w:rsidRDefault="002B19D6" w14:paraId="1F0AED57" w14:textId="711177BD">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Assist with the planning and making of props and costumes</w:t>
      </w:r>
      <w:r w:rsidR="00F84005">
        <w:rPr>
          <w:rFonts w:asciiTheme="majorHAnsi" w:hAnsiTheme="majorHAnsi" w:eastAsiaTheme="majorEastAsia" w:cstheme="majorBidi"/>
          <w:color w:val="000000" w:themeColor="text1"/>
          <w:sz w:val="24"/>
          <w:szCs w:val="24"/>
        </w:rPr>
        <w:t>.</w:t>
      </w:r>
    </w:p>
    <w:p w:rsidR="006C4D99" w:rsidP="0AC90BF4" w:rsidRDefault="006C4D99" w14:paraId="35988579" w14:textId="77777777">
      <w:pPr>
        <w:spacing w:after="0" w:line="250" w:lineRule="auto"/>
        <w:rPr>
          <w:rFonts w:asciiTheme="majorHAnsi" w:hAnsiTheme="majorHAnsi" w:eastAsiaTheme="majorEastAsia" w:cstheme="majorBidi"/>
          <w:color w:val="000000" w:themeColor="text1"/>
          <w:sz w:val="24"/>
          <w:szCs w:val="24"/>
        </w:rPr>
      </w:pPr>
    </w:p>
    <w:p w:rsidR="006C4D99" w:rsidP="0AC90BF4" w:rsidRDefault="006C4D99" w14:paraId="77528EC8"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353C79BB">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w:t>
      </w:r>
      <w:r w:rsidRPr="0AC90BF4">
        <w:rPr>
          <w:rFonts w:asciiTheme="majorHAnsi" w:hAnsiTheme="majorHAnsi" w:eastAsiaTheme="majorEastAsia" w:cstheme="majorBidi"/>
          <w:sz w:val="24"/>
          <w:szCs w:val="24"/>
        </w:rPr>
        <w:lastRenderedPageBreak/>
        <w:t xml:space="preserve">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52080A" w:rsidR="00385268" w:rsidP="0AC90BF4" w:rsidRDefault="57864579" w14:paraId="2ECF66B3" w14:textId="77777777">
      <w:pPr>
        <w:pStyle w:val="Heading2"/>
        <w:keepNext w:val="0"/>
        <w:keepLines w:val="0"/>
        <w:spacing w:before="0" w:line="250" w:lineRule="auto"/>
        <w:rPr>
          <w:color w:val="auto"/>
          <w:sz w:val="28"/>
          <w:szCs w:val="28"/>
        </w:rPr>
      </w:pPr>
      <w:r w:rsidRPr="0052080A">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52080A" w:rsidP="0AC90BF4" w:rsidRDefault="0052080A" w14:paraId="17A38785" w14:textId="77777777">
      <w:pPr>
        <w:spacing w:after="0" w:line="250" w:lineRule="auto"/>
        <w:rPr>
          <w:rFonts w:asciiTheme="majorHAnsi" w:hAnsiTheme="majorHAnsi" w:eastAsiaTheme="majorEastAsia" w:cstheme="majorBidi"/>
          <w:sz w:val="24"/>
          <w:szCs w:val="24"/>
        </w:rPr>
      </w:pPr>
    </w:p>
    <w:p w:rsidR="0052080A" w:rsidP="0AC90BF4" w:rsidRDefault="0052080A" w14:paraId="521E0C5B" w14:textId="77777777">
      <w:pPr>
        <w:spacing w:after="0" w:line="250" w:lineRule="auto"/>
        <w:rPr>
          <w:rFonts w:asciiTheme="majorHAnsi" w:hAnsiTheme="majorHAnsi" w:eastAsiaTheme="majorEastAsia" w:cstheme="majorBidi"/>
          <w:sz w:val="24"/>
          <w:szCs w:val="24"/>
        </w:rPr>
      </w:pPr>
    </w:p>
    <w:p w:rsidR="0052080A" w:rsidP="0AC90BF4" w:rsidRDefault="0052080A" w14:paraId="7F78B7E9" w14:textId="77777777">
      <w:pPr>
        <w:spacing w:after="0" w:line="250" w:lineRule="auto"/>
        <w:rPr>
          <w:rFonts w:asciiTheme="majorHAnsi" w:hAnsiTheme="majorHAnsi" w:eastAsiaTheme="majorEastAsia" w:cstheme="majorBidi"/>
          <w:sz w:val="24"/>
          <w:szCs w:val="24"/>
        </w:rPr>
      </w:pPr>
    </w:p>
    <w:p w:rsidR="0052080A" w:rsidP="0AC90BF4" w:rsidRDefault="0052080A" w14:paraId="57A9B6C4" w14:textId="77777777">
      <w:pPr>
        <w:spacing w:after="0" w:line="250" w:lineRule="auto"/>
        <w:rPr>
          <w:rFonts w:asciiTheme="majorHAnsi" w:hAnsiTheme="majorHAnsi" w:eastAsiaTheme="majorEastAsia" w:cstheme="majorBidi"/>
          <w:sz w:val="24"/>
          <w:szCs w:val="24"/>
        </w:rPr>
      </w:pPr>
    </w:p>
    <w:p w:rsidR="0052080A" w:rsidP="0AC90BF4" w:rsidRDefault="0052080A" w14:paraId="28A6E517" w14:textId="77777777">
      <w:pPr>
        <w:spacing w:after="0" w:line="250" w:lineRule="auto"/>
        <w:rPr>
          <w:rFonts w:asciiTheme="majorHAnsi" w:hAnsiTheme="majorHAnsi" w:eastAsiaTheme="majorEastAsia" w:cstheme="majorBidi"/>
          <w:sz w:val="24"/>
          <w:szCs w:val="24"/>
        </w:rPr>
      </w:pPr>
    </w:p>
    <w:p w:rsidR="0052080A" w:rsidP="0AC90BF4" w:rsidRDefault="0052080A" w14:paraId="56B66C1B" w14:textId="77777777">
      <w:pPr>
        <w:spacing w:after="0" w:line="250" w:lineRule="auto"/>
        <w:rPr>
          <w:rFonts w:asciiTheme="majorHAnsi" w:hAnsiTheme="majorHAnsi" w:eastAsiaTheme="majorEastAsia" w:cstheme="majorBidi"/>
          <w:sz w:val="24"/>
          <w:szCs w:val="24"/>
        </w:rPr>
      </w:pPr>
    </w:p>
    <w:p w:rsidR="0052080A" w:rsidP="0AC90BF4" w:rsidRDefault="0052080A" w14:paraId="49350F5D" w14:textId="77777777">
      <w:pPr>
        <w:spacing w:after="0" w:line="250" w:lineRule="auto"/>
        <w:rPr>
          <w:rFonts w:asciiTheme="majorHAnsi" w:hAnsiTheme="majorHAnsi" w:eastAsiaTheme="majorEastAsia" w:cstheme="majorBidi"/>
          <w:sz w:val="24"/>
          <w:szCs w:val="24"/>
        </w:rPr>
      </w:pPr>
    </w:p>
    <w:p w:rsidR="0052080A" w:rsidP="0AC90BF4" w:rsidRDefault="0052080A" w14:paraId="473AA33C" w14:textId="77777777">
      <w:pPr>
        <w:spacing w:after="0" w:line="250" w:lineRule="auto"/>
        <w:rPr>
          <w:rFonts w:asciiTheme="majorHAnsi" w:hAnsiTheme="majorHAnsi" w:eastAsiaTheme="majorEastAsia" w:cstheme="majorBidi"/>
          <w:sz w:val="24"/>
          <w:szCs w:val="24"/>
        </w:rPr>
      </w:pPr>
    </w:p>
    <w:p w:rsidR="0052080A" w:rsidP="0AC90BF4" w:rsidRDefault="0052080A" w14:paraId="03D83AF8" w14:textId="77777777">
      <w:pPr>
        <w:spacing w:after="0" w:line="250" w:lineRule="auto"/>
        <w:rPr>
          <w:rFonts w:asciiTheme="majorHAnsi" w:hAnsiTheme="majorHAnsi" w:eastAsiaTheme="majorEastAsia" w:cstheme="majorBidi"/>
          <w:sz w:val="24"/>
          <w:szCs w:val="24"/>
        </w:rPr>
      </w:pPr>
    </w:p>
    <w:p w:rsidR="0052080A" w:rsidP="0AC90BF4" w:rsidRDefault="0052080A" w14:paraId="50DC2341" w14:textId="77777777">
      <w:pPr>
        <w:spacing w:after="0" w:line="250" w:lineRule="auto"/>
        <w:rPr>
          <w:rFonts w:asciiTheme="majorHAnsi" w:hAnsiTheme="majorHAnsi" w:eastAsiaTheme="majorEastAsia" w:cstheme="majorBidi"/>
          <w:sz w:val="24"/>
          <w:szCs w:val="24"/>
        </w:rPr>
      </w:pPr>
    </w:p>
    <w:p w:rsidR="0052080A" w:rsidP="0AC90BF4" w:rsidRDefault="0052080A" w14:paraId="6C1DED4D" w14:textId="77777777">
      <w:pPr>
        <w:spacing w:after="0" w:line="250" w:lineRule="auto"/>
        <w:rPr>
          <w:rFonts w:asciiTheme="majorHAnsi" w:hAnsiTheme="majorHAnsi" w:eastAsiaTheme="majorEastAsia" w:cstheme="majorBidi"/>
          <w:sz w:val="24"/>
          <w:szCs w:val="24"/>
        </w:rPr>
      </w:pPr>
    </w:p>
    <w:p w:rsidR="0052080A" w:rsidP="0AC90BF4" w:rsidRDefault="0052080A" w14:paraId="654DEE8A" w14:textId="77777777">
      <w:pPr>
        <w:spacing w:after="0" w:line="250" w:lineRule="auto"/>
        <w:rPr>
          <w:rFonts w:asciiTheme="majorHAnsi" w:hAnsiTheme="majorHAnsi" w:eastAsiaTheme="majorEastAsia" w:cstheme="majorBidi"/>
          <w:sz w:val="24"/>
          <w:szCs w:val="24"/>
        </w:rPr>
      </w:pPr>
    </w:p>
    <w:p w:rsidR="00BE170D" w:rsidP="0AC90BF4" w:rsidRDefault="00BE170D" w14:paraId="090DEB63" w14:textId="77777777">
      <w:pPr>
        <w:spacing w:after="0" w:line="250" w:lineRule="auto"/>
        <w:rPr>
          <w:rFonts w:asciiTheme="majorHAnsi" w:hAnsiTheme="majorHAnsi" w:eastAsiaTheme="majorEastAsia" w:cstheme="majorBidi"/>
          <w:sz w:val="24"/>
          <w:szCs w:val="24"/>
        </w:rPr>
      </w:pPr>
    </w:p>
    <w:p w:rsidR="00BE170D" w:rsidP="0AC90BF4" w:rsidRDefault="00BE170D" w14:paraId="41F807B0" w14:textId="77777777">
      <w:pPr>
        <w:spacing w:after="0" w:line="250" w:lineRule="auto"/>
        <w:rPr>
          <w:rFonts w:asciiTheme="majorHAnsi" w:hAnsiTheme="majorHAnsi" w:eastAsiaTheme="majorEastAsia" w:cstheme="majorBidi"/>
          <w:sz w:val="24"/>
          <w:szCs w:val="24"/>
        </w:rPr>
      </w:pPr>
    </w:p>
    <w:p w:rsidR="00BE170D" w:rsidP="0AC90BF4" w:rsidRDefault="00BE170D" w14:paraId="6D8C4F2B" w14:textId="77777777">
      <w:pPr>
        <w:spacing w:after="0" w:line="250" w:lineRule="auto"/>
        <w:rPr>
          <w:rFonts w:asciiTheme="majorHAnsi" w:hAnsiTheme="majorHAnsi" w:eastAsiaTheme="majorEastAsia" w:cstheme="majorBidi"/>
          <w:sz w:val="24"/>
          <w:szCs w:val="24"/>
        </w:rPr>
      </w:pPr>
    </w:p>
    <w:p w:rsidR="00BE170D" w:rsidP="0AC90BF4" w:rsidRDefault="00BE170D" w14:paraId="5CADD959" w14:textId="77777777">
      <w:pPr>
        <w:spacing w:after="0" w:line="250" w:lineRule="auto"/>
        <w:rPr>
          <w:rFonts w:asciiTheme="majorHAnsi" w:hAnsiTheme="majorHAnsi" w:eastAsiaTheme="majorEastAsia" w:cstheme="majorBidi"/>
          <w:sz w:val="24"/>
          <w:szCs w:val="24"/>
        </w:rPr>
      </w:pPr>
    </w:p>
    <w:p w:rsidR="00BE170D" w:rsidP="0AC90BF4" w:rsidRDefault="00BE170D" w14:paraId="5EB574C3" w14:textId="77777777">
      <w:pPr>
        <w:spacing w:after="0" w:line="250" w:lineRule="auto"/>
        <w:rPr>
          <w:rFonts w:asciiTheme="majorHAnsi" w:hAnsiTheme="majorHAnsi" w:eastAsiaTheme="majorEastAsia" w:cstheme="majorBidi"/>
          <w:sz w:val="24"/>
          <w:szCs w:val="24"/>
        </w:rPr>
      </w:pPr>
    </w:p>
    <w:p w:rsidR="00BE170D" w:rsidP="0AC90BF4" w:rsidRDefault="00BE170D" w14:paraId="1A2B80DF" w14:textId="77777777">
      <w:pPr>
        <w:spacing w:after="0" w:line="250" w:lineRule="auto"/>
        <w:rPr>
          <w:rFonts w:asciiTheme="majorHAnsi" w:hAnsiTheme="majorHAnsi" w:eastAsiaTheme="majorEastAsia" w:cstheme="majorBidi"/>
          <w:sz w:val="24"/>
          <w:szCs w:val="24"/>
        </w:rPr>
      </w:pPr>
    </w:p>
    <w:p w:rsidR="00BE170D" w:rsidP="0AC90BF4" w:rsidRDefault="00BE170D" w14:paraId="013A8233" w14:textId="77777777">
      <w:pPr>
        <w:spacing w:after="0" w:line="250" w:lineRule="auto"/>
        <w:rPr>
          <w:rFonts w:asciiTheme="majorHAnsi" w:hAnsiTheme="majorHAnsi" w:eastAsiaTheme="majorEastAsia" w:cstheme="majorBidi"/>
          <w:sz w:val="24"/>
          <w:szCs w:val="24"/>
        </w:rPr>
      </w:pPr>
    </w:p>
    <w:p w:rsidR="00BE170D" w:rsidP="0AC90BF4" w:rsidRDefault="00BE170D" w14:paraId="1F9E68B1" w14:textId="77777777">
      <w:pPr>
        <w:spacing w:after="0" w:line="250" w:lineRule="auto"/>
        <w:rPr>
          <w:rFonts w:asciiTheme="majorHAnsi" w:hAnsiTheme="majorHAnsi" w:eastAsiaTheme="majorEastAsia" w:cstheme="majorBidi"/>
          <w:sz w:val="24"/>
          <w:szCs w:val="24"/>
        </w:rPr>
      </w:pPr>
    </w:p>
    <w:p w:rsidR="00BE170D" w:rsidP="0AC90BF4" w:rsidRDefault="00BE170D" w14:paraId="2A5E1194" w14:textId="77777777">
      <w:pPr>
        <w:spacing w:after="0" w:line="250" w:lineRule="auto"/>
        <w:rPr>
          <w:rFonts w:asciiTheme="majorHAnsi" w:hAnsiTheme="majorHAnsi" w:eastAsiaTheme="majorEastAsia" w:cstheme="majorBidi"/>
          <w:sz w:val="24"/>
          <w:szCs w:val="24"/>
        </w:rPr>
      </w:pPr>
    </w:p>
    <w:p w:rsidR="00BE170D" w:rsidP="0AC90BF4" w:rsidRDefault="00BE170D" w14:paraId="0ABE049F" w14:textId="77777777">
      <w:pPr>
        <w:spacing w:after="0" w:line="250" w:lineRule="auto"/>
        <w:rPr>
          <w:rFonts w:asciiTheme="majorHAnsi" w:hAnsiTheme="majorHAnsi" w:eastAsiaTheme="majorEastAsia" w:cstheme="majorBidi"/>
          <w:sz w:val="24"/>
          <w:szCs w:val="24"/>
        </w:rPr>
      </w:pPr>
    </w:p>
    <w:p w:rsidR="00BE170D" w:rsidP="0AC90BF4" w:rsidRDefault="00BE170D" w14:paraId="15E0B7FA" w14:textId="77777777">
      <w:pPr>
        <w:spacing w:after="0" w:line="250" w:lineRule="auto"/>
        <w:rPr>
          <w:rFonts w:asciiTheme="majorHAnsi" w:hAnsiTheme="majorHAnsi" w:eastAsiaTheme="majorEastAsia" w:cstheme="majorBidi"/>
          <w:sz w:val="24"/>
          <w:szCs w:val="24"/>
        </w:rPr>
      </w:pPr>
    </w:p>
    <w:p w:rsidR="00BE170D" w:rsidP="0AC90BF4" w:rsidRDefault="00BE170D" w14:paraId="0B716DC9" w14:textId="77777777">
      <w:pPr>
        <w:spacing w:after="0" w:line="250" w:lineRule="auto"/>
        <w:rPr>
          <w:rFonts w:asciiTheme="majorHAnsi" w:hAnsiTheme="majorHAnsi" w:eastAsiaTheme="majorEastAsia" w:cstheme="majorBidi"/>
          <w:sz w:val="24"/>
          <w:szCs w:val="24"/>
        </w:rPr>
      </w:pPr>
    </w:p>
    <w:p w:rsidR="00BE170D" w:rsidP="0AC90BF4" w:rsidRDefault="00BE170D" w14:paraId="62A3AA53" w14:textId="77777777">
      <w:pPr>
        <w:spacing w:after="0" w:line="250" w:lineRule="auto"/>
        <w:rPr>
          <w:rFonts w:asciiTheme="majorHAnsi" w:hAnsiTheme="majorHAnsi" w:eastAsiaTheme="majorEastAsia" w:cstheme="majorBidi"/>
          <w:sz w:val="24"/>
          <w:szCs w:val="24"/>
        </w:rPr>
      </w:pPr>
    </w:p>
    <w:p w:rsidR="00BE170D" w:rsidP="0AC90BF4" w:rsidRDefault="00BE170D" w14:paraId="50FBA3CA" w14:textId="77777777">
      <w:pPr>
        <w:spacing w:after="0" w:line="250" w:lineRule="auto"/>
        <w:rPr>
          <w:rFonts w:asciiTheme="majorHAnsi" w:hAnsiTheme="majorHAnsi" w:eastAsiaTheme="majorEastAsia" w:cstheme="majorBidi"/>
          <w:sz w:val="24"/>
          <w:szCs w:val="24"/>
        </w:rPr>
      </w:pPr>
    </w:p>
    <w:p w:rsidR="00BE170D" w:rsidP="0AC90BF4" w:rsidRDefault="00BE170D" w14:paraId="5C490319" w14:textId="77777777">
      <w:pPr>
        <w:spacing w:after="0" w:line="250" w:lineRule="auto"/>
        <w:rPr>
          <w:rFonts w:asciiTheme="majorHAnsi" w:hAnsiTheme="majorHAnsi" w:eastAsiaTheme="majorEastAsia" w:cstheme="majorBidi"/>
          <w:sz w:val="24"/>
          <w:szCs w:val="24"/>
        </w:rPr>
      </w:pPr>
    </w:p>
    <w:p w:rsidR="0052080A" w:rsidP="0AC90BF4" w:rsidRDefault="0052080A" w14:paraId="180A8BB5" w14:textId="77777777">
      <w:pPr>
        <w:spacing w:after="0" w:line="250" w:lineRule="auto"/>
        <w:rPr>
          <w:rFonts w:asciiTheme="majorHAnsi" w:hAnsiTheme="majorHAnsi" w:eastAsiaTheme="majorEastAsia" w:cstheme="majorBidi"/>
          <w:sz w:val="24"/>
          <w:szCs w:val="24"/>
        </w:rPr>
      </w:pPr>
    </w:p>
    <w:p w:rsidR="0052080A" w:rsidP="0AC90BF4" w:rsidRDefault="0052080A" w14:paraId="3F1EBA9B" w14:textId="77777777">
      <w:pPr>
        <w:spacing w:after="0" w:line="250" w:lineRule="auto"/>
        <w:rPr>
          <w:rFonts w:asciiTheme="majorHAnsi" w:hAnsiTheme="majorHAnsi" w:eastAsiaTheme="majorEastAsia" w:cstheme="majorBidi"/>
          <w:sz w:val="24"/>
          <w:szCs w:val="24"/>
        </w:rPr>
      </w:pPr>
    </w:p>
    <w:p w:rsidR="0052080A" w:rsidP="0AC90BF4" w:rsidRDefault="0052080A" w14:paraId="57D9C2FE" w14:textId="77777777">
      <w:pPr>
        <w:spacing w:after="0" w:line="250" w:lineRule="auto"/>
        <w:rPr>
          <w:rFonts w:asciiTheme="majorHAnsi" w:hAnsiTheme="majorHAnsi" w:eastAsiaTheme="majorEastAsia" w:cstheme="majorBidi"/>
          <w:sz w:val="24"/>
          <w:szCs w:val="24"/>
        </w:rPr>
      </w:pPr>
    </w:p>
    <w:p w:rsidR="0052080A" w:rsidP="0AC90BF4" w:rsidRDefault="0052080A" w14:paraId="0740410E" w14:textId="77777777">
      <w:pPr>
        <w:spacing w:after="0" w:line="250" w:lineRule="auto"/>
        <w:rPr>
          <w:rFonts w:asciiTheme="majorHAnsi" w:hAnsiTheme="majorHAnsi" w:eastAsiaTheme="majorEastAsia" w:cstheme="majorBidi"/>
          <w:sz w:val="24"/>
          <w:szCs w:val="24"/>
        </w:rPr>
      </w:pPr>
    </w:p>
    <w:p w:rsidR="0052080A" w:rsidP="0AC90BF4" w:rsidRDefault="0052080A" w14:paraId="443FF3B5" w14:textId="77777777">
      <w:pPr>
        <w:spacing w:after="0" w:line="250" w:lineRule="auto"/>
        <w:rPr>
          <w:rFonts w:asciiTheme="majorHAnsi" w:hAnsiTheme="majorHAnsi" w:eastAsiaTheme="majorEastAsia" w:cstheme="majorBidi"/>
          <w:sz w:val="24"/>
          <w:szCs w:val="24"/>
        </w:rPr>
      </w:pPr>
    </w:p>
    <w:p w:rsidR="0052080A" w:rsidP="0AC90BF4" w:rsidRDefault="0052080A" w14:paraId="7F3C2FE8" w14:textId="77777777">
      <w:pPr>
        <w:spacing w:after="0" w:line="250" w:lineRule="auto"/>
        <w:rPr>
          <w:rFonts w:asciiTheme="majorHAnsi" w:hAnsiTheme="majorHAnsi" w:eastAsiaTheme="majorEastAsia" w:cstheme="majorBidi"/>
          <w:sz w:val="24"/>
          <w:szCs w:val="24"/>
        </w:rPr>
      </w:pPr>
    </w:p>
    <w:p w:rsidR="0052080A" w:rsidP="0AC90BF4" w:rsidRDefault="0052080A" w14:paraId="79267A8C" w14:textId="77777777">
      <w:pPr>
        <w:spacing w:after="0" w:line="250" w:lineRule="auto"/>
        <w:rPr>
          <w:rFonts w:asciiTheme="majorHAnsi" w:hAnsiTheme="majorHAnsi" w:eastAsiaTheme="majorEastAsia" w:cstheme="majorBidi"/>
          <w:sz w:val="24"/>
          <w:szCs w:val="24"/>
        </w:rPr>
      </w:pPr>
    </w:p>
    <w:p w:rsidR="0052080A" w:rsidP="0AC90BF4" w:rsidRDefault="0052080A" w14:paraId="0FD4466C" w14:textId="77777777">
      <w:pPr>
        <w:spacing w:after="0" w:line="250" w:lineRule="auto"/>
        <w:rPr>
          <w:rFonts w:asciiTheme="majorHAnsi" w:hAnsiTheme="majorHAnsi" w:eastAsiaTheme="majorEastAsia" w:cstheme="majorBidi"/>
          <w:sz w:val="24"/>
          <w:szCs w:val="24"/>
        </w:rPr>
      </w:pPr>
    </w:p>
    <w:p w:rsidR="0052080A" w:rsidP="0AC90BF4" w:rsidRDefault="0052080A" w14:paraId="1CC4D0B7" w14:textId="77777777">
      <w:pPr>
        <w:spacing w:after="0" w:line="250" w:lineRule="auto"/>
        <w:rPr>
          <w:rFonts w:asciiTheme="majorHAnsi" w:hAnsiTheme="majorHAnsi" w:eastAsiaTheme="majorEastAsia" w:cstheme="majorBidi"/>
          <w:sz w:val="24"/>
          <w:szCs w:val="24"/>
        </w:rPr>
      </w:pPr>
    </w:p>
    <w:p w:rsidR="0052080A" w:rsidP="0AC90BF4" w:rsidRDefault="0052080A" w14:paraId="03C3612B" w14:textId="77777777">
      <w:pPr>
        <w:spacing w:after="0" w:line="250" w:lineRule="auto"/>
        <w:rPr>
          <w:rFonts w:asciiTheme="majorHAnsi" w:hAnsiTheme="majorHAnsi" w:eastAsiaTheme="majorEastAsia" w:cstheme="majorBidi"/>
          <w:sz w:val="24"/>
          <w:szCs w:val="24"/>
        </w:rPr>
      </w:pPr>
    </w:p>
    <w:p w:rsidRPr="009A2787" w:rsidR="009A2787" w:rsidP="009A2787" w:rsidRDefault="009A2787" w14:paraId="3D3EA5A8" w14:textId="7221DCC5">
      <w:pPr>
        <w:spacing w:after="0" w:line="250" w:lineRule="auto"/>
        <w:rPr>
          <w:rFonts w:asciiTheme="majorHAnsi" w:hAnsiTheme="majorHAnsi" w:eastAsiaTheme="majorEastAsia" w:cstheme="majorBidi"/>
          <w:b/>
          <w:bCs/>
          <w:sz w:val="36"/>
          <w:szCs w:val="36"/>
          <w:lang w:val="en-GB"/>
        </w:rPr>
      </w:pPr>
      <w:r w:rsidRPr="009A2787">
        <w:rPr>
          <w:rFonts w:asciiTheme="majorHAnsi" w:hAnsiTheme="majorHAnsi" w:eastAsiaTheme="majorEastAsia" w:cstheme="majorBidi"/>
          <w:b/>
          <w:bCs/>
          <w:sz w:val="36"/>
          <w:szCs w:val="36"/>
        </w:rPr>
        <w:t>Person Specification:</w:t>
      </w:r>
      <w:r w:rsidR="00BE170D">
        <w:rPr>
          <w:rFonts w:asciiTheme="majorHAnsi" w:hAnsiTheme="majorHAnsi" w:eastAsiaTheme="majorEastAsia" w:cstheme="majorBidi"/>
          <w:b/>
          <w:bCs/>
          <w:sz w:val="36"/>
          <w:szCs w:val="36"/>
        </w:rPr>
        <w:t xml:space="preserve"> Open the Book Volunteer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9A2787" w:rsidR="009A2787" w14:paraId="5D3F17F3"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27660296"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0F7E0531"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Essential</w:t>
            </w:r>
            <w:r w:rsidRPr="009A278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7099F453"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Desirable</w:t>
            </w:r>
            <w:r w:rsidRPr="009A2787">
              <w:rPr>
                <w:rFonts w:asciiTheme="majorHAnsi" w:hAnsiTheme="majorHAnsi" w:eastAsiaTheme="majorEastAsia" w:cstheme="majorBidi"/>
                <w:sz w:val="24"/>
                <w:szCs w:val="24"/>
                <w:lang w:val="en-GB"/>
              </w:rPr>
              <w:t>      </w:t>
            </w:r>
          </w:p>
        </w:tc>
      </w:tr>
      <w:tr w:rsidRPr="009A2787" w:rsidR="009A2787" w14:paraId="24593BE8"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5886B299"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Qualifications</w:t>
            </w:r>
            <w:r w:rsidRPr="009A278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9A2787" w:rsidR="009A2787" w:rsidP="009A2787" w:rsidRDefault="009A2787" w14:paraId="427E71F2" w14:textId="77777777">
            <w:pPr>
              <w:numPr>
                <w:ilvl w:val="0"/>
                <w:numId w:val="31"/>
              </w:num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9A2787" w:rsidR="009A2787" w:rsidP="009A2787" w:rsidRDefault="009A2787" w14:paraId="07E62D01" w14:textId="77777777">
            <w:pPr>
              <w:numPr>
                <w:ilvl w:val="0"/>
                <w:numId w:val="32"/>
              </w:num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r>
      <w:tr w:rsidRPr="009A2787" w:rsidR="009A2787" w14:paraId="36D8189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9A2787" w:rsidR="009A2787" w:rsidP="009A2787" w:rsidRDefault="009A2787" w14:paraId="38CAC26C" w14:textId="227FB5CA">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943EB4" w14:paraId="222591D6"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Previous experience of working as part of a team</w:t>
            </w:r>
          </w:p>
          <w:p w:rsidR="00D504BD" w:rsidP="009A2787" w:rsidRDefault="00771557" w14:paraId="09188234"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interpersonal skills</w:t>
            </w:r>
          </w:p>
          <w:p w:rsidRPr="009A2787" w:rsidR="00771557" w:rsidP="009A2787" w:rsidRDefault="00771557" w14:paraId="55917A4E" w14:textId="74B8B07A">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An interest in acting</w:t>
            </w:r>
            <w:r w:rsidR="00AF5B37">
              <w:rPr>
                <w:rFonts w:asciiTheme="majorHAnsi" w:hAnsiTheme="majorHAnsi" w:eastAsiaTheme="majorEastAsia" w:cstheme="majorBidi"/>
                <w:sz w:val="24"/>
                <w:szCs w:val="24"/>
                <w:lang w:val="en-GB"/>
              </w:rPr>
              <w:t xml:space="preserve"> or previous acting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490DF0B5" w14:textId="77777777">
            <w:pPr>
              <w:numPr>
                <w:ilvl w:val="0"/>
                <w:numId w:val="32"/>
              </w:numPr>
              <w:spacing w:after="0" w:line="250" w:lineRule="auto"/>
              <w:rPr>
                <w:rFonts w:asciiTheme="majorHAnsi" w:hAnsiTheme="majorHAnsi" w:eastAsiaTheme="majorEastAsia" w:cstheme="majorBidi"/>
                <w:sz w:val="24"/>
                <w:szCs w:val="24"/>
                <w:lang w:val="en-GB"/>
              </w:rPr>
            </w:pPr>
          </w:p>
        </w:tc>
      </w:tr>
      <w:tr w:rsidRPr="009A2787" w:rsidR="009A2787" w14:paraId="290F8231"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9A2787" w:rsidP="009A2787" w:rsidRDefault="009A2787" w14:paraId="29693673" w14:textId="2E40ED35">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445A8FCD" w14:textId="77777777">
            <w:pPr>
              <w:numPr>
                <w:ilvl w:val="0"/>
                <w:numId w:val="31"/>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614B83E3" w14:textId="77777777">
            <w:pPr>
              <w:numPr>
                <w:ilvl w:val="0"/>
                <w:numId w:val="32"/>
              </w:numPr>
              <w:spacing w:after="0" w:line="250" w:lineRule="auto"/>
              <w:rPr>
                <w:rFonts w:asciiTheme="majorHAnsi" w:hAnsiTheme="majorHAnsi" w:eastAsiaTheme="majorEastAsia" w:cstheme="majorBidi"/>
                <w:sz w:val="24"/>
                <w:szCs w:val="24"/>
                <w:lang w:val="en-GB"/>
              </w:rPr>
            </w:pPr>
          </w:p>
        </w:tc>
      </w:tr>
      <w:tr w:rsidRPr="009A2787" w:rsidR="009A2787" w14:paraId="542F293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9A2787" w:rsidP="009A2787" w:rsidRDefault="009A2787" w14:paraId="05409F01" w14:textId="50E6958A">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D504BD" w14:paraId="746E6ECF"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Enjoy public story telling</w:t>
            </w:r>
          </w:p>
          <w:p w:rsidR="008D540F" w:rsidP="009A2787" w:rsidRDefault="008D540F" w14:paraId="7F5356C3"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Have a light-hearted, creative approach and not worried to make a fool of yourself in front of children</w:t>
            </w:r>
          </w:p>
          <w:p w:rsidRPr="009A2787" w:rsidR="008D540F" w:rsidP="009A2787" w:rsidRDefault="006F2691" w14:paraId="1B2096FF" w14:textId="74813AA8">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Flexible</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55491B" w14:paraId="546895FC" w14:textId="77777777">
            <w:pPr>
              <w:numPr>
                <w:ilvl w:val="0"/>
                <w:numId w:val="32"/>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9A2787" w:rsidR="0055491B" w:rsidP="009A2787" w:rsidRDefault="0055491B" w14:paraId="4C4D7FDD" w14:textId="181924B2">
            <w:pPr>
              <w:numPr>
                <w:ilvl w:val="0"/>
                <w:numId w:val="32"/>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52080A" w:rsidP="0AC90BF4" w:rsidRDefault="0052080A" w14:paraId="5A564CF3" w14:textId="77777777">
      <w:pPr>
        <w:spacing w:after="0" w:line="250" w:lineRule="auto"/>
        <w:rPr>
          <w:rFonts w:asciiTheme="majorHAnsi" w:hAnsiTheme="majorHAnsi" w:eastAsiaTheme="majorEastAsia" w:cstheme="majorBidi"/>
          <w:sz w:val="24"/>
          <w:szCs w:val="24"/>
        </w:rPr>
      </w:pPr>
    </w:p>
    <w:p w:rsidR="0052080A" w:rsidP="0AC90BF4" w:rsidRDefault="0052080A" w14:paraId="289E3A84" w14:textId="77777777">
      <w:pPr>
        <w:spacing w:after="0" w:line="250" w:lineRule="auto"/>
        <w:rPr>
          <w:rFonts w:asciiTheme="majorHAnsi" w:hAnsiTheme="majorHAnsi" w:eastAsiaTheme="majorEastAsia" w:cstheme="majorBidi"/>
          <w:sz w:val="24"/>
          <w:szCs w:val="24"/>
        </w:rPr>
      </w:pPr>
    </w:p>
    <w:p w:rsidR="0052080A" w:rsidP="0AC90BF4" w:rsidRDefault="0052080A" w14:paraId="43B800F1" w14:textId="77777777">
      <w:pPr>
        <w:spacing w:after="0" w:line="250" w:lineRule="auto"/>
        <w:rPr>
          <w:rFonts w:asciiTheme="majorHAnsi" w:hAnsiTheme="majorHAnsi" w:eastAsiaTheme="majorEastAsia" w:cstheme="majorBidi"/>
          <w:sz w:val="24"/>
          <w:szCs w:val="24"/>
        </w:rPr>
      </w:pPr>
    </w:p>
    <w:p w:rsidR="0052080A" w:rsidP="0AC90BF4" w:rsidRDefault="0052080A" w14:paraId="4588B7AC" w14:textId="77777777">
      <w:pPr>
        <w:spacing w:after="0" w:line="250" w:lineRule="auto"/>
        <w:rPr>
          <w:rFonts w:asciiTheme="majorHAnsi" w:hAnsiTheme="majorHAnsi" w:eastAsiaTheme="majorEastAsia" w:cstheme="majorBidi"/>
          <w:sz w:val="24"/>
          <w:szCs w:val="24"/>
        </w:rPr>
      </w:pPr>
    </w:p>
    <w:p w:rsidR="0052080A" w:rsidP="0AC90BF4" w:rsidRDefault="0052080A" w14:paraId="41FE2BB9" w14:textId="77777777">
      <w:pPr>
        <w:spacing w:after="0" w:line="250" w:lineRule="auto"/>
        <w:rPr>
          <w:rFonts w:asciiTheme="majorHAnsi" w:hAnsiTheme="majorHAnsi" w:eastAsiaTheme="majorEastAsia" w:cstheme="majorBidi"/>
          <w:sz w:val="24"/>
          <w:szCs w:val="24"/>
        </w:rPr>
      </w:pP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sectPr w:rsidR="00B87D43" w:rsidSect="00034616">
      <w:footerReference w:type="default" r:id="rId11"/>
      <w:pgSz w:w="12240" w:h="15840" w:orient="portrait"/>
      <w:pgMar w:top="1440" w:right="1800" w:bottom="1440" w:left="1800" w:header="720" w:footer="720" w:gutter="0"/>
      <w:cols w:space="720"/>
      <w:docGrid w:linePitch="360"/>
      <w:headerReference w:type="default" r:id="Ra2aaeb5d57584fb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3639" w:rsidP="00B24851" w:rsidRDefault="00873639" w14:paraId="6410B592" w14:textId="77777777">
      <w:pPr>
        <w:spacing w:after="0" w:line="240" w:lineRule="auto"/>
      </w:pPr>
      <w:r>
        <w:separator/>
      </w:r>
    </w:p>
  </w:endnote>
  <w:endnote w:type="continuationSeparator" w:id="0">
    <w:p w:rsidR="00873639" w:rsidP="00B24851" w:rsidRDefault="00873639" w14:paraId="156B5BC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5408" w:rsidR="00B24851" w:rsidP="00B24851" w:rsidRDefault="00A85408" w14:paraId="5E186816" w14:textId="447724DB">
    <w:pPr>
      <w:pStyle w:val="Footer"/>
      <w:jc w:val="right"/>
      <w:rPr>
        <w:sz w:val="18"/>
        <w:szCs w:val="18"/>
      </w:rPr>
    </w:pPr>
    <w:r w:rsidRPr="7A3BCADC" w:rsidR="7A3BCADC">
      <w:rPr>
        <w:sz w:val="18"/>
        <w:szCs w:val="18"/>
      </w:rPr>
      <w:t>Role</w:t>
    </w:r>
    <w:r w:rsidRPr="7A3BCADC" w:rsidR="7A3BCADC">
      <w:rPr>
        <w:sz w:val="18"/>
        <w:szCs w:val="18"/>
      </w:rPr>
      <w:t xml:space="preserve"> Description: Crèche Helper l [Month] [Year] Page &lt; # &gt; of &lt; # &gt;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3639" w:rsidP="00B24851" w:rsidRDefault="00873639" w14:paraId="57847C64" w14:textId="77777777">
      <w:pPr>
        <w:spacing w:after="0" w:line="240" w:lineRule="auto"/>
      </w:pPr>
      <w:r>
        <w:separator/>
      </w:r>
    </w:p>
  </w:footnote>
  <w:footnote w:type="continuationSeparator" w:id="0">
    <w:p w:rsidR="00873639" w:rsidP="00B24851" w:rsidRDefault="00873639" w14:paraId="22B0245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7A3BCADC" w:rsidTr="7A3BCADC" w14:paraId="713E7FC9">
      <w:trPr>
        <w:trHeight w:val="300"/>
      </w:trPr>
      <w:tc>
        <w:tcPr>
          <w:tcW w:w="2880" w:type="dxa"/>
          <w:tcMar/>
        </w:tcPr>
        <w:p w:rsidR="7A3BCADC" w:rsidP="7A3BCADC" w:rsidRDefault="7A3BCADC" w14:paraId="5B443563" w14:textId="3DB37898">
          <w:pPr>
            <w:pStyle w:val="Header"/>
            <w:bidi w:val="0"/>
            <w:ind w:left="-115"/>
            <w:jc w:val="left"/>
          </w:pPr>
        </w:p>
      </w:tc>
      <w:tc>
        <w:tcPr>
          <w:tcW w:w="2880" w:type="dxa"/>
          <w:tcMar/>
        </w:tcPr>
        <w:p w:rsidR="7A3BCADC" w:rsidP="7A3BCADC" w:rsidRDefault="7A3BCADC" w14:paraId="27D22C6F" w14:textId="7D7C2907">
          <w:pPr>
            <w:pStyle w:val="Header"/>
            <w:bidi w:val="0"/>
            <w:jc w:val="center"/>
          </w:pPr>
        </w:p>
      </w:tc>
      <w:tc>
        <w:tcPr>
          <w:tcW w:w="2880" w:type="dxa"/>
          <w:tcMar/>
        </w:tcPr>
        <w:p w:rsidR="7A3BCADC" w:rsidP="7A3BCADC" w:rsidRDefault="7A3BCADC" w14:paraId="24257E2F" w14:textId="3E878760">
          <w:pPr>
            <w:pStyle w:val="Header"/>
            <w:bidi w:val="0"/>
            <w:ind w:right="-115"/>
            <w:jc w:val="right"/>
          </w:pPr>
        </w:p>
      </w:tc>
    </w:tr>
  </w:tbl>
  <w:p w:rsidR="7A3BCADC" w:rsidP="7A3BCADC" w:rsidRDefault="7A3BCADC" w14:paraId="731E783F" w14:textId="2E0C4C8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37CCE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C362E75"/>
    <w:multiLevelType w:val="hybridMultilevel"/>
    <w:tmpl w:val="143C89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C8E611D"/>
    <w:multiLevelType w:val="multilevel"/>
    <w:tmpl w:val="A4DAA7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4"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5"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6"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7"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8"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29"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0" w15:restartNumberingAfterBreak="0">
    <w:nsid w:val="75C01890"/>
    <w:multiLevelType w:val="multilevel"/>
    <w:tmpl w:val="E33AD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29"/>
  </w:num>
  <w:num w:numId="4" w16cid:durableId="694039668">
    <w:abstractNumId w:val="19"/>
  </w:num>
  <w:num w:numId="5" w16cid:durableId="1238399714">
    <w:abstractNumId w:val="28"/>
  </w:num>
  <w:num w:numId="6" w16cid:durableId="329337009">
    <w:abstractNumId w:val="32"/>
  </w:num>
  <w:num w:numId="7" w16cid:durableId="1678652291">
    <w:abstractNumId w:val="10"/>
  </w:num>
  <w:num w:numId="8" w16cid:durableId="1229610670">
    <w:abstractNumId w:val="27"/>
  </w:num>
  <w:num w:numId="9" w16cid:durableId="2070885378">
    <w:abstractNumId w:val="14"/>
  </w:num>
  <w:num w:numId="10" w16cid:durableId="704402915">
    <w:abstractNumId w:val="26"/>
  </w:num>
  <w:num w:numId="11" w16cid:durableId="1239513986">
    <w:abstractNumId w:val="24"/>
  </w:num>
  <w:num w:numId="12" w16cid:durableId="172568845">
    <w:abstractNumId w:val="13"/>
  </w:num>
  <w:num w:numId="13" w16cid:durableId="368840443">
    <w:abstractNumId w:val="15"/>
  </w:num>
  <w:num w:numId="14" w16cid:durableId="1686401069">
    <w:abstractNumId w:val="17"/>
  </w:num>
  <w:num w:numId="15" w16cid:durableId="1735350414">
    <w:abstractNumId w:val="23"/>
  </w:num>
  <w:num w:numId="16" w16cid:durableId="1032147672">
    <w:abstractNumId w:val="16"/>
  </w:num>
  <w:num w:numId="17" w16cid:durableId="765923970">
    <w:abstractNumId w:val="9"/>
  </w:num>
  <w:num w:numId="18" w16cid:durableId="1064567148">
    <w:abstractNumId w:val="25"/>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1"/>
  </w:num>
  <w:num w:numId="29" w16cid:durableId="982660569">
    <w:abstractNumId w:val="12"/>
  </w:num>
  <w:num w:numId="30" w16cid:durableId="1557281110">
    <w:abstractNumId w:val="20"/>
  </w:num>
  <w:num w:numId="31" w16cid:durableId="1327978511">
    <w:abstractNumId w:val="22"/>
  </w:num>
  <w:num w:numId="32" w16cid:durableId="1221209546">
    <w:abstractNumId w:val="30"/>
  </w:num>
  <w:num w:numId="33" w16cid:durableId="18311427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BD9"/>
    <w:rsid w:val="000E3F11"/>
    <w:rsid w:val="000E3F4D"/>
    <w:rsid w:val="001007EA"/>
    <w:rsid w:val="0010303D"/>
    <w:rsid w:val="001345B2"/>
    <w:rsid w:val="00141F59"/>
    <w:rsid w:val="0015074B"/>
    <w:rsid w:val="00172018"/>
    <w:rsid w:val="0018392D"/>
    <w:rsid w:val="001B09CA"/>
    <w:rsid w:val="001F381C"/>
    <w:rsid w:val="00201161"/>
    <w:rsid w:val="002167F7"/>
    <w:rsid w:val="00216890"/>
    <w:rsid w:val="00243424"/>
    <w:rsid w:val="0024789F"/>
    <w:rsid w:val="00252233"/>
    <w:rsid w:val="00266095"/>
    <w:rsid w:val="00266A2E"/>
    <w:rsid w:val="00272D56"/>
    <w:rsid w:val="0029639D"/>
    <w:rsid w:val="002B19D6"/>
    <w:rsid w:val="002E44E0"/>
    <w:rsid w:val="00322903"/>
    <w:rsid w:val="00326F90"/>
    <w:rsid w:val="00347DBD"/>
    <w:rsid w:val="00385268"/>
    <w:rsid w:val="003A2FE5"/>
    <w:rsid w:val="003A6BD7"/>
    <w:rsid w:val="003B09C3"/>
    <w:rsid w:val="003C11B3"/>
    <w:rsid w:val="003E2C96"/>
    <w:rsid w:val="004044B3"/>
    <w:rsid w:val="00404917"/>
    <w:rsid w:val="00432D55"/>
    <w:rsid w:val="0044205B"/>
    <w:rsid w:val="0044647F"/>
    <w:rsid w:val="00472ED0"/>
    <w:rsid w:val="00482085"/>
    <w:rsid w:val="004A4B1B"/>
    <w:rsid w:val="004D5462"/>
    <w:rsid w:val="0050197D"/>
    <w:rsid w:val="0052080A"/>
    <w:rsid w:val="0055491B"/>
    <w:rsid w:val="00577C2A"/>
    <w:rsid w:val="00606700"/>
    <w:rsid w:val="00634A02"/>
    <w:rsid w:val="00646940"/>
    <w:rsid w:val="00647C41"/>
    <w:rsid w:val="00672FD8"/>
    <w:rsid w:val="00693271"/>
    <w:rsid w:val="00697B8A"/>
    <w:rsid w:val="006A2E8A"/>
    <w:rsid w:val="006C4D99"/>
    <w:rsid w:val="006F2691"/>
    <w:rsid w:val="006F2F81"/>
    <w:rsid w:val="00711F08"/>
    <w:rsid w:val="0074554F"/>
    <w:rsid w:val="007652E8"/>
    <w:rsid w:val="00771557"/>
    <w:rsid w:val="00782E1F"/>
    <w:rsid w:val="007C05BB"/>
    <w:rsid w:val="007C6D52"/>
    <w:rsid w:val="007D4FCD"/>
    <w:rsid w:val="007F3473"/>
    <w:rsid w:val="00806A96"/>
    <w:rsid w:val="008073C4"/>
    <w:rsid w:val="00813896"/>
    <w:rsid w:val="008322A4"/>
    <w:rsid w:val="00836176"/>
    <w:rsid w:val="00846B11"/>
    <w:rsid w:val="00873639"/>
    <w:rsid w:val="008A720F"/>
    <w:rsid w:val="008B0F11"/>
    <w:rsid w:val="008D540F"/>
    <w:rsid w:val="008F7514"/>
    <w:rsid w:val="00933344"/>
    <w:rsid w:val="00943EB4"/>
    <w:rsid w:val="00946992"/>
    <w:rsid w:val="0095038D"/>
    <w:rsid w:val="00951718"/>
    <w:rsid w:val="00956189"/>
    <w:rsid w:val="00957280"/>
    <w:rsid w:val="009706D6"/>
    <w:rsid w:val="00976F39"/>
    <w:rsid w:val="009A2787"/>
    <w:rsid w:val="009A3521"/>
    <w:rsid w:val="009A4DDE"/>
    <w:rsid w:val="009D6F52"/>
    <w:rsid w:val="00A05589"/>
    <w:rsid w:val="00A1731C"/>
    <w:rsid w:val="00A24675"/>
    <w:rsid w:val="00A63EC2"/>
    <w:rsid w:val="00A85408"/>
    <w:rsid w:val="00A90A58"/>
    <w:rsid w:val="00AA143D"/>
    <w:rsid w:val="00AA1ACF"/>
    <w:rsid w:val="00AA1D8D"/>
    <w:rsid w:val="00AC08F0"/>
    <w:rsid w:val="00AF5B37"/>
    <w:rsid w:val="00B02351"/>
    <w:rsid w:val="00B20DA7"/>
    <w:rsid w:val="00B24851"/>
    <w:rsid w:val="00B47730"/>
    <w:rsid w:val="00B66A77"/>
    <w:rsid w:val="00B87D43"/>
    <w:rsid w:val="00B92704"/>
    <w:rsid w:val="00B94BA6"/>
    <w:rsid w:val="00BD1466"/>
    <w:rsid w:val="00BD5055"/>
    <w:rsid w:val="00BE170D"/>
    <w:rsid w:val="00C12145"/>
    <w:rsid w:val="00C14B42"/>
    <w:rsid w:val="00C263F6"/>
    <w:rsid w:val="00C4298F"/>
    <w:rsid w:val="00CB0664"/>
    <w:rsid w:val="00CE582B"/>
    <w:rsid w:val="00D0310B"/>
    <w:rsid w:val="00D17029"/>
    <w:rsid w:val="00D504BD"/>
    <w:rsid w:val="00DB64B6"/>
    <w:rsid w:val="00DD2735"/>
    <w:rsid w:val="00E54062"/>
    <w:rsid w:val="00E83EC5"/>
    <w:rsid w:val="00EBA87F"/>
    <w:rsid w:val="00EC6AA1"/>
    <w:rsid w:val="00F16572"/>
    <w:rsid w:val="00F358E0"/>
    <w:rsid w:val="00F42BA5"/>
    <w:rsid w:val="00F84005"/>
    <w:rsid w:val="00FA0CCF"/>
    <w:rsid w:val="00FA4E4A"/>
    <w:rsid w:val="00FC693F"/>
    <w:rsid w:val="00FE352E"/>
    <w:rsid w:val="00FE4461"/>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A3BCADC"/>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a2aaeb5d57584fb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A4448C-2F96-468D-A236-2EAE2648AF5C}">
  <ds:schemaRefs>
    <ds:schemaRef ds:uri="http://schemas.microsoft.com/sharepoint/v3/contenttype/forms"/>
  </ds:schemaRefs>
</ds:datastoreItem>
</file>

<file path=customXml/itemProps2.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25</cp:revision>
  <dcterms:created xsi:type="dcterms:W3CDTF">2026-07-07T13:41:00Z</dcterms:created>
  <dcterms:modified xsi:type="dcterms:W3CDTF">2026-07-23T12:23:01Z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