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05589" w:rsidR="00385268" w:rsidP="0AC90BF4" w:rsidRDefault="6600A7F3" w14:paraId="0BF06D20" w14:textId="541CA8AA">
      <w:pPr>
        <w:spacing w:after="0"/>
        <w:rPr>
          <w:rFonts w:asciiTheme="majorHAnsi" w:hAnsiTheme="majorHAnsi" w:eastAsiaTheme="majorEastAsia" w:cstheme="majorBidi"/>
          <w:b/>
          <w:bCs/>
          <w:color w:val="002060"/>
          <w:sz w:val="24"/>
          <w:szCs w:val="24"/>
        </w:rPr>
      </w:pPr>
      <w:r w:rsidRPr="0AC90BF4">
        <w:rPr>
          <w:rFonts w:asciiTheme="majorHAnsi" w:hAnsiTheme="majorHAnsi" w:eastAsiaTheme="majorEastAsia" w:cstheme="majorBidi"/>
          <w:b/>
          <w:bCs/>
          <w:color w:val="002060"/>
          <w:sz w:val="36"/>
          <w:szCs w:val="36"/>
        </w:rPr>
        <w:t xml:space="preserve">Role Description: </w:t>
      </w:r>
      <w:r w:rsidR="00056B39">
        <w:rPr>
          <w:rFonts w:asciiTheme="majorHAnsi" w:hAnsiTheme="majorHAnsi" w:eastAsiaTheme="majorEastAsia" w:cstheme="majorBidi"/>
          <w:b/>
          <w:bCs/>
          <w:color w:val="002060"/>
          <w:sz w:val="36"/>
          <w:szCs w:val="36"/>
        </w:rPr>
        <w:t xml:space="preserve">Messy Church Leader </w:t>
      </w:r>
    </w:p>
    <w:tbl>
      <w:tblPr>
        <w:tblStyle w:val="TableGrid"/>
        <w:tblW w:w="0" w:type="auto"/>
        <w:tblLook w:val="04A0" w:firstRow="1" w:lastRow="0" w:firstColumn="1" w:lastColumn="0" w:noHBand="0" w:noVBand="1"/>
      </w:tblPr>
      <w:tblGrid>
        <w:gridCol w:w="2501"/>
        <w:gridCol w:w="6093"/>
      </w:tblGrid>
      <w:tr w:rsidR="0AC90BF4" w:rsidTr="520C5137"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520C5137"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AC90BF4" w:rsidTr="520C5137" w14:paraId="6F5CCBCB" w14:textId="77777777">
        <w:trPr>
          <w:trHeight w:val="225"/>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C433401" w:rsidP="0AC90BF4" w:rsidRDefault="00380443" w14:paraId="26C79AFB" w14:textId="2A3623ED">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45D012B4" w:rsidP="0AC90BF4" w:rsidRDefault="45D012B4" w14:paraId="0A3F7E70" w14:textId="7CB6E3B5">
            <w:pPr>
              <w:spacing w:before="40" w:after="40"/>
              <w:rPr>
                <w:rFonts w:asciiTheme="majorHAnsi" w:hAnsiTheme="majorHAnsi" w:eastAsiaTheme="majorEastAsia" w:cstheme="majorBidi"/>
                <w:color w:val="000000" w:themeColor="text1"/>
              </w:rPr>
            </w:pPr>
          </w:p>
        </w:tc>
      </w:tr>
      <w:tr w:rsidR="004F31D2" w:rsidTr="520C5137" w14:paraId="0CD5FDF1"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4F31D2" w:rsidP="0AC90BF4" w:rsidRDefault="00346746" w14:paraId="7E038F99" w14:textId="7695CA35">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4F31D2" w:rsidP="0AC90BF4" w:rsidRDefault="004F31D2" w14:paraId="69A8D3E6" w14:textId="75524484">
            <w:pPr>
              <w:spacing w:before="40" w:after="40"/>
            </w:pPr>
            <w:r w:rsidRPr="520C5137" w:rsidR="39742B10">
              <w:rPr>
                <w:rFonts w:ascii="Calibri" w:hAnsi="Calibri" w:eastAsia="ＭＳ ゴシック" w:cs="" w:asciiTheme="majorAscii" w:hAnsiTheme="majorAscii" w:eastAsiaTheme="majorEastAsia" w:cstheme="majorBidi"/>
                <w:color w:val="000000" w:themeColor="text1" w:themeTint="FF" w:themeShade="FF"/>
              </w:rPr>
              <w:t>Messy Church Helpers</w:t>
            </w:r>
          </w:p>
        </w:tc>
      </w:tr>
      <w:tr w:rsidR="0AC90BF4" w:rsidTr="520C5137"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46942EA2" w14:paraId="7758F5AB" w14:textId="79D74624">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 xml:space="preserve">Role </w:t>
            </w:r>
            <w:r w:rsidRPr="0AC90BF4" w:rsidR="0AC90BF4">
              <w:rPr>
                <w:rFonts w:asciiTheme="majorHAnsi" w:hAnsiTheme="majorHAnsi" w:eastAsiaTheme="majorEastAsia" w:cstheme="majorBidi"/>
                <w:b/>
                <w:bCs/>
                <w:color w:val="000000" w:themeColor="text1"/>
              </w:rPr>
              <w:t>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27DFC344" w14:paraId="63092569" w14:textId="63C3F300">
            <w:pPr>
              <w:spacing w:before="40" w:after="40"/>
              <w:rPr>
                <w:rFonts w:asciiTheme="majorHAnsi" w:hAnsiTheme="majorHAnsi" w:eastAsiaTheme="majorEastAsia" w:cstheme="majorBidi"/>
                <w:color w:val="000000" w:themeColor="text1"/>
              </w:rPr>
            </w:pPr>
          </w:p>
        </w:tc>
      </w:tr>
      <w:tr w:rsidR="0AC90BF4" w:rsidTr="520C5137"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520C5137"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576AFB" w14:paraId="02523AFF" w14:textId="0C0C8312">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w:t>
            </w:r>
            <w:r w:rsidRPr="0AC90BF4" w:rsidR="4115B8FA">
              <w:rPr>
                <w:rFonts w:asciiTheme="majorHAnsi" w:hAnsiTheme="majorHAnsi" w:eastAsiaTheme="majorEastAsia" w:cstheme="majorBidi"/>
                <w:b/>
                <w:bCs/>
                <w:color w:val="000000" w:themeColor="text1"/>
              </w:rPr>
              <w:t xml:space="preserve">ontact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520C5137"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D42069" w:rsidTr="520C5137" w14:paraId="4DA0D7B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D42069" w:rsidP="0AC90BF4" w:rsidRDefault="009647BE" w14:paraId="56104154" w14:textId="75DC9E05">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Safeguarding 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D42069" w:rsidP="0AC90BF4" w:rsidRDefault="009647BE" w14:paraId="10F7977D" w14:textId="77777777">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Basic </w:t>
            </w:r>
            <w:r w:rsidR="00364819">
              <w:rPr>
                <w:rFonts w:asciiTheme="majorHAnsi" w:hAnsiTheme="majorHAnsi" w:eastAsiaTheme="majorEastAsia" w:cstheme="majorBidi"/>
                <w:color w:val="000000" w:themeColor="text1"/>
              </w:rPr>
              <w:t>&amp; Foundations/Leadership/Senior Leadership</w:t>
            </w:r>
          </w:p>
          <w:p w:rsidR="006B512E" w:rsidP="0AC90BF4" w:rsidRDefault="006B512E" w14:paraId="48A71A18" w14:textId="3E8A418E">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Safer Recruitment</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084D2C"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084D2C">
        <w:rPr>
          <w:rFonts w:asciiTheme="majorHAnsi" w:hAnsiTheme="majorHAnsi" w:eastAsiaTheme="majorEastAsia" w:cstheme="majorBidi"/>
          <w:b/>
          <w:bCs/>
          <w:sz w:val="28"/>
          <w:szCs w:val="28"/>
        </w:rPr>
        <w:t>Background</w:t>
      </w:r>
    </w:p>
    <w:p w:rsidR="19C5DC2D" w:rsidP="0AC90BF4" w:rsidRDefault="00201161" w14:paraId="2827B074" w14:textId="6C0D3331">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084D2C" w:rsidR="00385268" w:rsidP="0AC90BF4" w:rsidRDefault="57864579" w14:paraId="110B2B36" w14:textId="77777777">
      <w:pPr>
        <w:pStyle w:val="Heading2"/>
        <w:keepNext w:val="0"/>
        <w:keepLines w:val="0"/>
        <w:spacing w:before="0" w:line="250" w:lineRule="auto"/>
        <w:rPr>
          <w:color w:val="auto"/>
          <w:sz w:val="24"/>
          <w:szCs w:val="24"/>
        </w:rPr>
      </w:pPr>
      <w:r w:rsidRPr="00084D2C">
        <w:rPr>
          <w:color w:val="auto"/>
          <w:sz w:val="28"/>
          <w:szCs w:val="28"/>
        </w:rPr>
        <w:t>Purpose of the Role</w:t>
      </w:r>
    </w:p>
    <w:p w:rsidRPr="00B61FD9" w:rsidR="0AC90BF4" w:rsidP="00B61FD9" w:rsidRDefault="00266095" w14:paraId="3F7A9A5E" w14:textId="0D5C9658">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Pr="00647C41" w:rsidR="00647C41" w:rsidP="00647C41" w:rsidRDefault="00647C41" w14:paraId="64355611" w14:textId="77777777">
      <w:pPr>
        <w:spacing w:after="0" w:line="250" w:lineRule="auto"/>
        <w:ind w:right="425"/>
        <w:rPr>
          <w:rFonts w:ascii="Calibri" w:hAnsi="Calibri" w:eastAsia="Calibri" w:cs="Calibri"/>
          <w:color w:val="000000" w:themeColor="text1"/>
          <w:sz w:val="24"/>
          <w:szCs w:val="24"/>
        </w:rPr>
      </w:pPr>
    </w:p>
    <w:p w:rsidRPr="00B61FD9" w:rsidR="00385268" w:rsidP="0AC90BF4" w:rsidRDefault="57864579" w14:paraId="6E48AD26" w14:textId="77777777">
      <w:pPr>
        <w:pStyle w:val="Heading2"/>
        <w:keepNext w:val="0"/>
        <w:keepLines w:val="0"/>
        <w:spacing w:before="0" w:line="250" w:lineRule="auto"/>
        <w:rPr>
          <w:color w:val="auto"/>
          <w:sz w:val="24"/>
          <w:szCs w:val="24"/>
        </w:rPr>
      </w:pPr>
      <w:r w:rsidRPr="00B61FD9">
        <w:rPr>
          <w:color w:val="auto"/>
          <w:sz w:val="28"/>
          <w:szCs w:val="28"/>
        </w:rPr>
        <w:t>Key Responsibilities</w:t>
      </w:r>
    </w:p>
    <w:p w:rsidR="00934843" w:rsidP="00553F95" w:rsidRDefault="00934843" w14:paraId="04CEF802" w14:textId="32E15352">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Plan</w:t>
      </w:r>
      <w:r w:rsidR="00A513F1">
        <w:rPr>
          <w:rFonts w:asciiTheme="majorHAnsi" w:hAnsiTheme="majorHAnsi" w:eastAsiaTheme="majorEastAsia" w:cstheme="majorBidi"/>
          <w:color w:val="000000" w:themeColor="text1"/>
          <w:sz w:val="24"/>
          <w:szCs w:val="24"/>
        </w:rPr>
        <w:t xml:space="preserve"> and lead </w:t>
      </w:r>
      <w:r w:rsidR="00A34D55">
        <w:rPr>
          <w:rFonts w:asciiTheme="majorHAnsi" w:hAnsiTheme="majorHAnsi" w:eastAsiaTheme="majorEastAsia" w:cstheme="majorBidi"/>
          <w:color w:val="000000" w:themeColor="text1"/>
          <w:sz w:val="24"/>
          <w:szCs w:val="24"/>
        </w:rPr>
        <w:t>the sessions</w:t>
      </w:r>
    </w:p>
    <w:p w:rsidR="00A34D55" w:rsidP="00553F95" w:rsidRDefault="00A34D55" w14:paraId="014B5AA5" w14:textId="38E7B441">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Help source and prepare the materials and equipment</w:t>
      </w:r>
    </w:p>
    <w:p w:rsidR="002D1F2A" w:rsidP="002D1F2A" w:rsidRDefault="002D1F2A" w14:paraId="559A627E" w14:textId="687ADDF6">
      <w:pPr>
        <w:pStyle w:val="NormalWeb"/>
        <w:numPr>
          <w:ilvl w:val="0"/>
          <w:numId w:val="32"/>
        </w:numPr>
        <w:rPr>
          <w:rFonts w:asciiTheme="majorHAnsi" w:hAnsiTheme="majorHAnsi" w:cstheme="majorHAnsi"/>
          <w:color w:val="000000"/>
        </w:rPr>
      </w:pPr>
      <w:r w:rsidRPr="002D1F2A">
        <w:rPr>
          <w:rFonts w:asciiTheme="majorHAnsi" w:hAnsiTheme="majorHAnsi" w:cstheme="majorHAnsi"/>
          <w:color w:val="000000"/>
        </w:rPr>
        <w:t>Praying for Messy Church independently and when possible at the prayer meeting</w:t>
      </w:r>
      <w:r>
        <w:rPr>
          <w:rFonts w:asciiTheme="majorHAnsi" w:hAnsiTheme="majorHAnsi" w:cstheme="majorHAnsi"/>
          <w:color w:val="000000"/>
        </w:rPr>
        <w:t xml:space="preserve"> </w:t>
      </w:r>
      <w:r w:rsidRPr="002D1F2A">
        <w:rPr>
          <w:rFonts w:asciiTheme="majorHAnsi" w:hAnsiTheme="majorHAnsi" w:cstheme="majorHAnsi"/>
          <w:color w:val="000000"/>
        </w:rPr>
        <w:t>beforehand</w:t>
      </w:r>
    </w:p>
    <w:p w:rsidRPr="00553F95" w:rsidR="007E5054" w:rsidP="007E5054" w:rsidRDefault="007E5054" w14:paraId="4FC10AF0"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Set up craft materials </w:t>
      </w:r>
    </w:p>
    <w:p w:rsidRPr="007E5054" w:rsidR="007E5054" w:rsidP="007E5054" w:rsidRDefault="007E5054" w14:paraId="165180A6" w14:textId="2B0DCE99">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Set up food and drink </w:t>
      </w:r>
    </w:p>
    <w:p w:rsidR="002D1F2A" w:rsidP="00553F95" w:rsidRDefault="00A2373D" w14:paraId="7302EC99" w14:textId="5EF637F9">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Leading your activity</w:t>
      </w:r>
      <w:r w:rsidR="007E5054">
        <w:rPr>
          <w:rFonts w:asciiTheme="majorHAnsi" w:hAnsiTheme="majorHAnsi" w:eastAsiaTheme="majorEastAsia" w:cstheme="majorBidi"/>
          <w:color w:val="000000" w:themeColor="text1"/>
          <w:sz w:val="24"/>
          <w:szCs w:val="24"/>
        </w:rPr>
        <w:t>, sharing the story and helping families enjoy their time at your table</w:t>
      </w:r>
    </w:p>
    <w:p w:rsidRPr="00553F95" w:rsidR="003204F0" w:rsidP="00553F95" w:rsidRDefault="003204F0" w14:paraId="29B34E4F" w14:textId="27A921AC">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Eat with the families and chat with them</w:t>
      </w:r>
    </w:p>
    <w:p w:rsidRPr="00553F95" w:rsidR="00434512" w:rsidP="00553F95" w:rsidRDefault="00434512" w14:paraId="57D0D04B"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Create space for children to talk, both formally and informally </w:t>
      </w:r>
    </w:p>
    <w:p w:rsidRPr="00553F95" w:rsidR="00382962" w:rsidP="00553F95" w:rsidRDefault="00434512" w14:paraId="7505A793"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Be aware of any health and safety matters that may affect the group and take appropriate action </w:t>
      </w:r>
    </w:p>
    <w:p w:rsidR="00382962" w:rsidP="00553F95" w:rsidRDefault="00434512" w14:paraId="409027A9"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Help clear away at the end of the session </w:t>
      </w:r>
    </w:p>
    <w:p w:rsidRPr="00553F95" w:rsidR="00CF4EEA" w:rsidP="00553F95" w:rsidRDefault="00CF4EEA" w14:paraId="21A6FFF5" w14:textId="656AC4E2">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lastRenderedPageBreak/>
        <w:t>Reflect on how the session went and email in any th</w:t>
      </w:r>
      <w:r w:rsidR="001B759B">
        <w:rPr>
          <w:rFonts w:asciiTheme="majorHAnsi" w:hAnsiTheme="majorHAnsi" w:eastAsiaTheme="majorEastAsia" w:cstheme="majorBidi"/>
          <w:color w:val="000000" w:themeColor="text1"/>
          <w:sz w:val="24"/>
          <w:szCs w:val="24"/>
        </w:rPr>
        <w:t>oughts / stories / changes / suggestions</w:t>
      </w:r>
    </w:p>
    <w:p w:rsidR="00382962" w:rsidP="00553F95" w:rsidRDefault="00FA36FD" w14:paraId="4B287AA2" w14:textId="5DD2C688">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proofErr w:type="spellStart"/>
      <w:r>
        <w:rPr>
          <w:rFonts w:asciiTheme="majorHAnsi" w:hAnsiTheme="majorHAnsi" w:eastAsiaTheme="majorEastAsia" w:cstheme="majorBidi"/>
          <w:color w:val="000000" w:themeColor="text1"/>
          <w:sz w:val="24"/>
          <w:szCs w:val="24"/>
        </w:rPr>
        <w:t>Organise</w:t>
      </w:r>
      <w:proofErr w:type="spellEnd"/>
      <w:r>
        <w:rPr>
          <w:rFonts w:asciiTheme="majorHAnsi" w:hAnsiTheme="majorHAnsi" w:eastAsiaTheme="majorEastAsia" w:cstheme="majorBidi"/>
          <w:color w:val="000000" w:themeColor="text1"/>
          <w:sz w:val="24"/>
          <w:szCs w:val="24"/>
        </w:rPr>
        <w:t xml:space="preserve"> </w:t>
      </w:r>
      <w:r w:rsidRPr="00553F95" w:rsidR="00434512">
        <w:rPr>
          <w:rFonts w:asciiTheme="majorHAnsi" w:hAnsiTheme="majorHAnsi" w:eastAsiaTheme="majorEastAsia" w:cstheme="majorBidi"/>
          <w:color w:val="000000" w:themeColor="text1"/>
          <w:sz w:val="24"/>
          <w:szCs w:val="24"/>
        </w:rPr>
        <w:t>monthly team meetings</w:t>
      </w:r>
      <w:r w:rsidR="00A513F1">
        <w:rPr>
          <w:rFonts w:asciiTheme="majorHAnsi" w:hAnsiTheme="majorHAnsi" w:eastAsiaTheme="majorEastAsia" w:cstheme="majorBidi"/>
          <w:color w:val="000000" w:themeColor="text1"/>
          <w:sz w:val="24"/>
          <w:szCs w:val="24"/>
        </w:rPr>
        <w:t>.</w:t>
      </w:r>
    </w:p>
    <w:p w:rsidR="002D7521" w:rsidP="0AC90BF4" w:rsidRDefault="002D7521" w14:paraId="3F5EF04B"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0E66248D">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accurate representation of your role. You may, on occasions, be required to undertake additional or other duties as may reasonably be expected within the scope and grading of the role and according to the needs of the organisation. </w:t>
      </w:r>
    </w:p>
    <w:p w:rsidR="00B94BA6" w:rsidP="0AC90BF4" w:rsidRDefault="00B94BA6" w14:paraId="1D80BE79" w14:textId="4486D7A2">
      <w:pPr>
        <w:spacing w:after="0" w:line="250" w:lineRule="auto"/>
        <w:rPr>
          <w:rFonts w:asciiTheme="majorHAnsi" w:hAnsiTheme="majorHAnsi" w:eastAsiaTheme="majorEastAsia" w:cstheme="majorBidi"/>
          <w:sz w:val="24"/>
          <w:szCs w:val="24"/>
        </w:rPr>
      </w:pPr>
    </w:p>
    <w:p w:rsidRPr="00F90FFE" w:rsidR="00385268" w:rsidP="0AC90BF4" w:rsidRDefault="57864579" w14:paraId="2ECF66B3" w14:textId="77777777">
      <w:pPr>
        <w:pStyle w:val="Heading2"/>
        <w:keepNext w:val="0"/>
        <w:keepLines w:val="0"/>
        <w:spacing w:before="0" w:line="250" w:lineRule="auto"/>
        <w:rPr>
          <w:color w:val="auto"/>
          <w:sz w:val="28"/>
          <w:szCs w:val="28"/>
        </w:rPr>
      </w:pPr>
      <w:r w:rsidRPr="00F90FFE">
        <w:rPr>
          <w:color w:val="auto"/>
          <w:sz w:val="28"/>
          <w:szCs w:val="28"/>
        </w:rPr>
        <w:t>Support and Expenses</w:t>
      </w:r>
    </w:p>
    <w:p w:rsidR="00957280" w:rsidP="0AC90BF4" w:rsidRDefault="00AC08F0" w14:paraId="5B27F33D" w14:textId="733AA88B">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[Reimbursement of reasonable expenses in line with [Parish name] policy</w:t>
      </w:r>
      <w:r w:rsidR="00322903">
        <w:rPr>
          <w:rFonts w:asciiTheme="majorHAnsi" w:hAnsiTheme="majorHAnsi" w:eastAsiaTheme="majorEastAsia" w:cstheme="majorBidi"/>
          <w:sz w:val="24"/>
          <w:szCs w:val="24"/>
        </w:rPr>
        <w:t>, agreed in advance with the volunteer manager.]</w:t>
      </w:r>
    </w:p>
    <w:p w:rsidR="00B87D43" w:rsidP="0AC90BF4" w:rsidRDefault="00B87D43" w14:paraId="756EC942" w14:textId="77777777">
      <w:pPr>
        <w:spacing w:after="0" w:line="250" w:lineRule="auto"/>
        <w:rPr>
          <w:rFonts w:asciiTheme="majorHAnsi" w:hAnsiTheme="majorHAnsi" w:eastAsiaTheme="majorEastAsia" w:cstheme="majorBidi"/>
          <w:sz w:val="24"/>
          <w:szCs w:val="24"/>
        </w:rPr>
      </w:pPr>
    </w:p>
    <w:p w:rsidR="00F90FFE" w:rsidP="0AC90BF4" w:rsidRDefault="00F90FFE" w14:paraId="529439BC" w14:textId="77777777">
      <w:pPr>
        <w:spacing w:after="0" w:line="250" w:lineRule="auto"/>
        <w:rPr>
          <w:rFonts w:asciiTheme="majorHAnsi" w:hAnsiTheme="majorHAnsi" w:eastAsiaTheme="majorEastAsia" w:cstheme="majorBidi"/>
          <w:sz w:val="24"/>
          <w:szCs w:val="24"/>
        </w:rPr>
      </w:pPr>
    </w:p>
    <w:p w:rsidR="00F90FFE" w:rsidP="0AC90BF4" w:rsidRDefault="00F90FFE" w14:paraId="5EB43875" w14:textId="77777777">
      <w:pPr>
        <w:spacing w:after="0" w:line="250" w:lineRule="auto"/>
        <w:rPr>
          <w:rFonts w:asciiTheme="majorHAnsi" w:hAnsiTheme="majorHAnsi" w:eastAsiaTheme="majorEastAsia" w:cstheme="majorBidi"/>
          <w:sz w:val="24"/>
          <w:szCs w:val="24"/>
        </w:rPr>
      </w:pPr>
    </w:p>
    <w:p w:rsidR="00F90FFE" w:rsidP="0AC90BF4" w:rsidRDefault="00F90FFE" w14:paraId="2C4A8851" w14:textId="77777777">
      <w:pPr>
        <w:spacing w:after="0" w:line="250" w:lineRule="auto"/>
        <w:rPr>
          <w:rFonts w:asciiTheme="majorHAnsi" w:hAnsiTheme="majorHAnsi" w:eastAsiaTheme="majorEastAsia" w:cstheme="majorBidi"/>
          <w:sz w:val="24"/>
          <w:szCs w:val="24"/>
        </w:rPr>
      </w:pPr>
    </w:p>
    <w:p w:rsidR="00F90FFE" w:rsidP="0AC90BF4" w:rsidRDefault="00F90FFE" w14:paraId="6DA8933E" w14:textId="77777777">
      <w:pPr>
        <w:spacing w:after="0" w:line="250" w:lineRule="auto"/>
        <w:rPr>
          <w:rFonts w:asciiTheme="majorHAnsi" w:hAnsiTheme="majorHAnsi" w:eastAsiaTheme="majorEastAsia" w:cstheme="majorBidi"/>
          <w:sz w:val="24"/>
          <w:szCs w:val="24"/>
        </w:rPr>
      </w:pPr>
    </w:p>
    <w:p w:rsidR="00F90FFE" w:rsidP="0AC90BF4" w:rsidRDefault="00F90FFE" w14:paraId="7B70A647" w14:textId="77777777">
      <w:pPr>
        <w:spacing w:after="0" w:line="250" w:lineRule="auto"/>
        <w:rPr>
          <w:rFonts w:asciiTheme="majorHAnsi" w:hAnsiTheme="majorHAnsi" w:eastAsiaTheme="majorEastAsia" w:cstheme="majorBidi"/>
          <w:sz w:val="24"/>
          <w:szCs w:val="24"/>
        </w:rPr>
      </w:pPr>
    </w:p>
    <w:p w:rsidR="00F90FFE" w:rsidP="0AC90BF4" w:rsidRDefault="00F90FFE" w14:paraId="64719B97" w14:textId="77777777">
      <w:pPr>
        <w:spacing w:after="0" w:line="250" w:lineRule="auto"/>
        <w:rPr>
          <w:rFonts w:asciiTheme="majorHAnsi" w:hAnsiTheme="majorHAnsi" w:eastAsiaTheme="majorEastAsia" w:cstheme="majorBidi"/>
          <w:sz w:val="24"/>
          <w:szCs w:val="24"/>
        </w:rPr>
      </w:pPr>
    </w:p>
    <w:p w:rsidR="00F90FFE" w:rsidP="0AC90BF4" w:rsidRDefault="00F90FFE" w14:paraId="1EA88DBE" w14:textId="77777777">
      <w:pPr>
        <w:spacing w:after="0" w:line="250" w:lineRule="auto"/>
        <w:rPr>
          <w:rFonts w:asciiTheme="majorHAnsi" w:hAnsiTheme="majorHAnsi" w:eastAsiaTheme="majorEastAsia" w:cstheme="majorBidi"/>
          <w:sz w:val="24"/>
          <w:szCs w:val="24"/>
        </w:rPr>
      </w:pPr>
    </w:p>
    <w:p w:rsidR="00F90FFE" w:rsidP="0AC90BF4" w:rsidRDefault="00F90FFE" w14:paraId="4B576DCF" w14:textId="77777777">
      <w:pPr>
        <w:spacing w:after="0" w:line="250" w:lineRule="auto"/>
        <w:rPr>
          <w:rFonts w:asciiTheme="majorHAnsi" w:hAnsiTheme="majorHAnsi" w:eastAsiaTheme="majorEastAsia" w:cstheme="majorBidi"/>
          <w:sz w:val="24"/>
          <w:szCs w:val="24"/>
        </w:rPr>
      </w:pPr>
    </w:p>
    <w:p w:rsidR="00F90FFE" w:rsidP="0AC90BF4" w:rsidRDefault="00F90FFE" w14:paraId="04555C60" w14:textId="77777777">
      <w:pPr>
        <w:spacing w:after="0" w:line="250" w:lineRule="auto"/>
        <w:rPr>
          <w:rFonts w:asciiTheme="majorHAnsi" w:hAnsiTheme="majorHAnsi" w:eastAsiaTheme="majorEastAsia" w:cstheme="majorBidi"/>
          <w:sz w:val="24"/>
          <w:szCs w:val="24"/>
        </w:rPr>
      </w:pPr>
    </w:p>
    <w:p w:rsidR="00A513F1" w:rsidP="0AC90BF4" w:rsidRDefault="00A513F1" w14:paraId="67D50DB1" w14:textId="77777777">
      <w:pPr>
        <w:spacing w:after="0" w:line="250" w:lineRule="auto"/>
        <w:rPr>
          <w:rFonts w:asciiTheme="majorHAnsi" w:hAnsiTheme="majorHAnsi" w:eastAsiaTheme="majorEastAsia" w:cstheme="majorBidi"/>
          <w:sz w:val="24"/>
          <w:szCs w:val="24"/>
        </w:rPr>
      </w:pPr>
    </w:p>
    <w:p w:rsidR="00A513F1" w:rsidP="0AC90BF4" w:rsidRDefault="00A513F1" w14:paraId="576BAA20" w14:textId="77777777">
      <w:pPr>
        <w:spacing w:after="0" w:line="250" w:lineRule="auto"/>
        <w:rPr>
          <w:rFonts w:asciiTheme="majorHAnsi" w:hAnsiTheme="majorHAnsi" w:eastAsiaTheme="majorEastAsia" w:cstheme="majorBidi"/>
          <w:sz w:val="24"/>
          <w:szCs w:val="24"/>
        </w:rPr>
      </w:pPr>
    </w:p>
    <w:p w:rsidR="00A513F1" w:rsidP="0AC90BF4" w:rsidRDefault="00A513F1" w14:paraId="056C0DC5" w14:textId="77777777">
      <w:pPr>
        <w:spacing w:after="0" w:line="250" w:lineRule="auto"/>
        <w:rPr>
          <w:rFonts w:asciiTheme="majorHAnsi" w:hAnsiTheme="majorHAnsi" w:eastAsiaTheme="majorEastAsia" w:cstheme="majorBidi"/>
          <w:sz w:val="24"/>
          <w:szCs w:val="24"/>
        </w:rPr>
      </w:pPr>
    </w:p>
    <w:p w:rsidR="00A513F1" w:rsidP="0AC90BF4" w:rsidRDefault="00A513F1" w14:paraId="75B53F69" w14:textId="77777777">
      <w:pPr>
        <w:spacing w:after="0" w:line="250" w:lineRule="auto"/>
        <w:rPr>
          <w:rFonts w:asciiTheme="majorHAnsi" w:hAnsiTheme="majorHAnsi" w:eastAsiaTheme="majorEastAsia" w:cstheme="majorBidi"/>
          <w:sz w:val="24"/>
          <w:szCs w:val="24"/>
        </w:rPr>
      </w:pPr>
    </w:p>
    <w:p w:rsidR="00F90FFE" w:rsidP="0AC90BF4" w:rsidRDefault="00F90FFE" w14:paraId="0A9677D1" w14:textId="77777777">
      <w:pPr>
        <w:spacing w:after="0" w:line="250" w:lineRule="auto"/>
        <w:rPr>
          <w:rFonts w:asciiTheme="majorHAnsi" w:hAnsiTheme="majorHAnsi" w:eastAsiaTheme="majorEastAsia" w:cstheme="majorBidi"/>
          <w:sz w:val="24"/>
          <w:szCs w:val="24"/>
        </w:rPr>
      </w:pPr>
    </w:p>
    <w:p w:rsidR="00F90FFE" w:rsidP="0AC90BF4" w:rsidRDefault="00F90FFE" w14:paraId="33353150" w14:textId="77777777">
      <w:pPr>
        <w:spacing w:after="0" w:line="250" w:lineRule="auto"/>
        <w:rPr>
          <w:rFonts w:asciiTheme="majorHAnsi" w:hAnsiTheme="majorHAnsi" w:eastAsiaTheme="majorEastAsia" w:cstheme="majorBidi"/>
          <w:sz w:val="24"/>
          <w:szCs w:val="24"/>
        </w:rPr>
      </w:pPr>
    </w:p>
    <w:p w:rsidR="00F90FFE" w:rsidP="0AC90BF4" w:rsidRDefault="00F90FFE" w14:paraId="2B3D2E5A" w14:textId="77777777">
      <w:pPr>
        <w:spacing w:after="0" w:line="250" w:lineRule="auto"/>
        <w:rPr>
          <w:rFonts w:asciiTheme="majorHAnsi" w:hAnsiTheme="majorHAnsi" w:eastAsiaTheme="majorEastAsia" w:cstheme="majorBidi"/>
          <w:sz w:val="24"/>
          <w:szCs w:val="24"/>
        </w:rPr>
      </w:pPr>
    </w:p>
    <w:p w:rsidR="00F90FFE" w:rsidP="0AC90BF4" w:rsidRDefault="00F90FFE" w14:paraId="49341AF2" w14:textId="77777777">
      <w:pPr>
        <w:spacing w:after="0" w:line="250" w:lineRule="auto"/>
        <w:rPr>
          <w:rFonts w:asciiTheme="majorHAnsi" w:hAnsiTheme="majorHAnsi" w:eastAsiaTheme="majorEastAsia" w:cstheme="majorBidi"/>
          <w:sz w:val="24"/>
          <w:szCs w:val="24"/>
        </w:rPr>
      </w:pPr>
    </w:p>
    <w:p w:rsidR="00F90FFE" w:rsidP="0AC90BF4" w:rsidRDefault="00F90FFE" w14:paraId="1E38A77A" w14:textId="77777777">
      <w:pPr>
        <w:spacing w:after="0" w:line="250" w:lineRule="auto"/>
        <w:rPr>
          <w:rFonts w:asciiTheme="majorHAnsi" w:hAnsiTheme="majorHAnsi" w:eastAsiaTheme="majorEastAsia" w:cstheme="majorBidi"/>
          <w:sz w:val="24"/>
          <w:szCs w:val="24"/>
        </w:rPr>
      </w:pPr>
    </w:p>
    <w:p w:rsidR="00F90FFE" w:rsidP="0AC90BF4" w:rsidRDefault="00F90FFE" w14:paraId="36F020B6" w14:textId="77777777">
      <w:pPr>
        <w:spacing w:after="0" w:line="250" w:lineRule="auto"/>
        <w:rPr>
          <w:rFonts w:asciiTheme="majorHAnsi" w:hAnsiTheme="majorHAnsi" w:eastAsiaTheme="majorEastAsia" w:cstheme="majorBidi"/>
          <w:sz w:val="24"/>
          <w:szCs w:val="24"/>
        </w:rPr>
      </w:pPr>
    </w:p>
    <w:p w:rsidR="00F90FFE" w:rsidP="0AC90BF4" w:rsidRDefault="00F90FFE" w14:paraId="3673F818" w14:textId="77777777">
      <w:pPr>
        <w:spacing w:after="0" w:line="250" w:lineRule="auto"/>
        <w:rPr>
          <w:rFonts w:asciiTheme="majorHAnsi" w:hAnsiTheme="majorHAnsi" w:eastAsiaTheme="majorEastAsia" w:cstheme="majorBidi"/>
          <w:sz w:val="24"/>
          <w:szCs w:val="24"/>
        </w:rPr>
      </w:pPr>
    </w:p>
    <w:p w:rsidRPr="00F90FFE" w:rsidR="00F90FFE" w:rsidP="00F90FFE" w:rsidRDefault="00F90FFE" w14:paraId="38873809" w14:textId="64A5D294">
      <w:pPr>
        <w:pStyle w:val="Heading2"/>
        <w:spacing w:line="250" w:lineRule="auto"/>
        <w:rPr>
          <w:color w:val="auto"/>
          <w:sz w:val="36"/>
          <w:szCs w:val="36"/>
          <w:lang w:val="en-GB"/>
        </w:rPr>
      </w:pPr>
      <w:r w:rsidRPr="00F90FFE">
        <w:rPr>
          <w:color w:val="auto"/>
          <w:sz w:val="36"/>
          <w:szCs w:val="36"/>
        </w:rPr>
        <w:lastRenderedPageBreak/>
        <w:t>Person Specification: </w:t>
      </w:r>
      <w:r w:rsidR="00FB1ED8">
        <w:rPr>
          <w:color w:val="auto"/>
          <w:sz w:val="36"/>
          <w:szCs w:val="36"/>
        </w:rPr>
        <w:t>Messy Church Leader</w:t>
      </w:r>
    </w:p>
    <w:tbl>
      <w:tblPr>
        <w:tblW w:w="85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F90FFE" w:rsidR="00F90FFE" w:rsidTr="00FB1ED8" w14:paraId="4D71B330"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F90FFE" w:rsidR="00F90FFE" w:rsidP="00F90FFE" w:rsidRDefault="00F90FFE" w14:paraId="448B08EC" w14:textId="77777777">
            <w:pPr>
              <w:spacing w:after="0" w:line="250" w:lineRule="auto"/>
              <w:rPr>
                <w:rFonts w:asciiTheme="majorHAnsi" w:hAnsiTheme="majorHAnsi" w:eastAsiaTheme="majorEastAsia" w:cstheme="majorBidi"/>
                <w:sz w:val="24"/>
                <w:szCs w:val="24"/>
                <w:lang w:val="en-GB"/>
              </w:rPr>
            </w:pPr>
            <w:r w:rsidRPr="00F90FFE">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F90FFE" w:rsidR="00F90FFE" w:rsidP="00F90FFE" w:rsidRDefault="00F90FFE" w14:paraId="24E22E09" w14:textId="77777777">
            <w:pPr>
              <w:spacing w:after="0" w:line="250" w:lineRule="auto"/>
              <w:rPr>
                <w:rFonts w:asciiTheme="majorHAnsi" w:hAnsiTheme="majorHAnsi" w:eastAsiaTheme="majorEastAsia" w:cstheme="majorBidi"/>
                <w:sz w:val="24"/>
                <w:szCs w:val="24"/>
                <w:lang w:val="en-GB"/>
              </w:rPr>
            </w:pPr>
            <w:r w:rsidRPr="00F90FFE">
              <w:rPr>
                <w:rFonts w:asciiTheme="majorHAnsi" w:hAnsiTheme="majorHAnsi" w:eastAsiaTheme="majorEastAsia" w:cstheme="majorBidi"/>
                <w:b/>
                <w:bCs/>
                <w:sz w:val="24"/>
                <w:szCs w:val="24"/>
                <w:lang w:val="en-GB"/>
              </w:rPr>
              <w:t>Essential</w:t>
            </w:r>
            <w:r w:rsidRPr="00F90FFE">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F90FFE" w:rsidR="00F90FFE" w:rsidP="00F90FFE" w:rsidRDefault="00F90FFE" w14:paraId="140CE31E" w14:textId="77777777">
            <w:pPr>
              <w:spacing w:after="0" w:line="250" w:lineRule="auto"/>
              <w:rPr>
                <w:rFonts w:asciiTheme="majorHAnsi" w:hAnsiTheme="majorHAnsi" w:eastAsiaTheme="majorEastAsia" w:cstheme="majorBidi"/>
                <w:sz w:val="24"/>
                <w:szCs w:val="24"/>
                <w:lang w:val="en-GB"/>
              </w:rPr>
            </w:pPr>
            <w:r w:rsidRPr="00F90FFE">
              <w:rPr>
                <w:rFonts w:asciiTheme="majorHAnsi" w:hAnsiTheme="majorHAnsi" w:eastAsiaTheme="majorEastAsia" w:cstheme="majorBidi"/>
                <w:b/>
                <w:bCs/>
                <w:sz w:val="24"/>
                <w:szCs w:val="24"/>
                <w:lang w:val="en-GB"/>
              </w:rPr>
              <w:t>Desirable</w:t>
            </w:r>
            <w:r w:rsidRPr="00F90FFE">
              <w:rPr>
                <w:rFonts w:asciiTheme="majorHAnsi" w:hAnsiTheme="majorHAnsi" w:eastAsiaTheme="majorEastAsia" w:cstheme="majorBidi"/>
                <w:sz w:val="24"/>
                <w:szCs w:val="24"/>
                <w:lang w:val="en-GB"/>
              </w:rPr>
              <w:t>     </w:t>
            </w:r>
          </w:p>
        </w:tc>
      </w:tr>
      <w:tr w:rsidRPr="00F90FFE" w:rsidR="00F90FFE" w:rsidTr="00FB1ED8" w14:paraId="55936B69"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F90FFE" w:rsidR="00F90FFE" w:rsidP="00F90FFE" w:rsidRDefault="00F90FFE" w14:paraId="1DF4289C" w14:textId="77777777">
            <w:pPr>
              <w:spacing w:after="0" w:line="250" w:lineRule="auto"/>
              <w:rPr>
                <w:rFonts w:asciiTheme="majorHAnsi" w:hAnsiTheme="majorHAnsi" w:eastAsiaTheme="majorEastAsia" w:cstheme="majorBidi"/>
                <w:sz w:val="24"/>
                <w:szCs w:val="24"/>
                <w:lang w:val="en-GB"/>
              </w:rPr>
            </w:pPr>
            <w:r w:rsidRPr="00F90FFE">
              <w:rPr>
                <w:rFonts w:asciiTheme="majorHAnsi" w:hAnsiTheme="majorHAnsi" w:eastAsiaTheme="majorEastAsia" w:cstheme="majorBidi"/>
                <w:b/>
                <w:bCs/>
                <w:sz w:val="24"/>
                <w:szCs w:val="24"/>
                <w:lang w:val="en-GB"/>
              </w:rPr>
              <w:t>Qualifications</w:t>
            </w:r>
            <w:r w:rsidRPr="00F90FFE">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F90FFE" w:rsidR="00F90FFE" w:rsidP="00F90FFE" w:rsidRDefault="00F90FFE" w14:paraId="3AC698ED" w14:textId="77777777">
            <w:pPr>
              <w:numPr>
                <w:ilvl w:val="0"/>
                <w:numId w:val="37"/>
              </w:numPr>
              <w:spacing w:after="0" w:line="250" w:lineRule="auto"/>
              <w:rPr>
                <w:rFonts w:asciiTheme="majorHAnsi" w:hAnsiTheme="majorHAnsi" w:eastAsiaTheme="majorEastAsia" w:cstheme="majorBidi"/>
                <w:sz w:val="24"/>
                <w:szCs w:val="24"/>
                <w:lang w:val="en-GB"/>
              </w:rPr>
            </w:pPr>
            <w:r w:rsidRPr="00F90FFE">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F90FFE" w:rsidR="00F90FFE" w:rsidP="00F90FFE" w:rsidRDefault="00F90FFE" w14:paraId="6FE59509" w14:textId="77777777">
            <w:pPr>
              <w:numPr>
                <w:ilvl w:val="0"/>
                <w:numId w:val="38"/>
              </w:numPr>
              <w:spacing w:after="0" w:line="250" w:lineRule="auto"/>
              <w:rPr>
                <w:rFonts w:asciiTheme="majorHAnsi" w:hAnsiTheme="majorHAnsi" w:eastAsiaTheme="majorEastAsia" w:cstheme="majorBidi"/>
                <w:sz w:val="24"/>
                <w:szCs w:val="24"/>
                <w:lang w:val="en-GB"/>
              </w:rPr>
            </w:pPr>
            <w:r w:rsidRPr="00F90FFE">
              <w:rPr>
                <w:rFonts w:asciiTheme="majorHAnsi" w:hAnsiTheme="majorHAnsi" w:eastAsiaTheme="majorEastAsia" w:cstheme="majorBidi"/>
                <w:sz w:val="24"/>
                <w:szCs w:val="24"/>
                <w:lang w:val="en-GB"/>
              </w:rPr>
              <w:t>     </w:t>
            </w:r>
          </w:p>
        </w:tc>
      </w:tr>
      <w:tr w:rsidRPr="00F90FFE" w:rsidR="00F90FFE" w:rsidTr="00FB1ED8" w14:paraId="7C1B81DB"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F90FFE" w:rsidR="00F90FFE" w:rsidP="00F90FFE" w:rsidRDefault="00F90FFE" w14:paraId="573AF11D" w14:textId="1F0EA7F8">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Experience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F90FFE" w:rsidR="00F90FFE" w:rsidP="00F90FFE" w:rsidRDefault="00F90FFE" w14:paraId="0B40C1B3" w14:textId="77777777">
            <w:pPr>
              <w:numPr>
                <w:ilvl w:val="0"/>
                <w:numId w:val="37"/>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F90FFE" w:rsidR="00F90FFE" w:rsidP="00F90FFE" w:rsidRDefault="00F90FFE" w14:paraId="4E53B38A" w14:textId="77777777">
            <w:pPr>
              <w:numPr>
                <w:ilvl w:val="0"/>
                <w:numId w:val="38"/>
              </w:numPr>
              <w:spacing w:after="0" w:line="250" w:lineRule="auto"/>
              <w:rPr>
                <w:rFonts w:asciiTheme="majorHAnsi" w:hAnsiTheme="majorHAnsi" w:eastAsiaTheme="majorEastAsia" w:cstheme="majorBidi"/>
                <w:sz w:val="24"/>
                <w:szCs w:val="24"/>
                <w:lang w:val="en-GB"/>
              </w:rPr>
            </w:pPr>
          </w:p>
        </w:tc>
      </w:tr>
      <w:tr w:rsidRPr="00F90FFE" w:rsidR="00F90FFE" w:rsidTr="00FB1ED8" w14:paraId="0B54D93A"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F90FFE" w:rsidP="00F90FFE" w:rsidRDefault="00F90FFE" w14:paraId="25502988" w14:textId="7B331DAC">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Skills &amp;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FB1ED8" w:rsidP="00FB1ED8" w:rsidRDefault="00FB1ED8" w14:paraId="1363E45F" w14:textId="77777777">
            <w:pPr>
              <w:pStyle w:val="ListParagraph"/>
              <w:numPr>
                <w:ilvl w:val="0"/>
                <w:numId w:val="37"/>
              </w:numPr>
              <w:spacing w:after="0" w:line="250" w:lineRule="auto"/>
              <w:contextualSpacing w:val="0"/>
              <w:rPr>
                <w:rFonts w:ascii="Calibri" w:hAnsi="Calibri" w:eastAsia="Calibri" w:cs="Calibri"/>
                <w:sz w:val="24"/>
                <w:szCs w:val="24"/>
              </w:rPr>
            </w:pPr>
            <w:r>
              <w:rPr>
                <w:rFonts w:ascii="Calibri" w:hAnsi="Calibri" w:eastAsia="Calibri" w:cs="Calibri"/>
                <w:sz w:val="24"/>
                <w:szCs w:val="24"/>
              </w:rPr>
              <w:t xml:space="preserve">Ability to take responsibility and initiative </w:t>
            </w:r>
          </w:p>
          <w:p w:rsidRPr="00F90FFE" w:rsidR="00F90FFE" w:rsidP="00FB1ED8" w:rsidRDefault="00FB1ED8" w14:paraId="0F5616BC" w14:textId="6ABC484A">
            <w:pPr>
              <w:numPr>
                <w:ilvl w:val="0"/>
                <w:numId w:val="37"/>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Good interpersonal skills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F90FFE" w:rsidR="00F90FFE" w:rsidP="00F90FFE" w:rsidRDefault="00F90FFE" w14:paraId="74B2D2FB" w14:textId="77777777">
            <w:pPr>
              <w:numPr>
                <w:ilvl w:val="0"/>
                <w:numId w:val="38"/>
              </w:numPr>
              <w:spacing w:after="0" w:line="250" w:lineRule="auto"/>
              <w:rPr>
                <w:rFonts w:asciiTheme="majorHAnsi" w:hAnsiTheme="majorHAnsi" w:eastAsiaTheme="majorEastAsia" w:cstheme="majorBidi"/>
                <w:sz w:val="24"/>
                <w:szCs w:val="24"/>
                <w:lang w:val="en-GB"/>
              </w:rPr>
            </w:pPr>
          </w:p>
        </w:tc>
      </w:tr>
      <w:tr w:rsidRPr="00F90FFE" w:rsidR="00F90FFE" w:rsidTr="00FB1ED8" w14:paraId="7C7B77F6"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F90FFE" w:rsidP="00F90FFE" w:rsidRDefault="00F90FFE" w14:paraId="2B26FB47" w14:textId="6145A326">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FB1ED8" w:rsidP="00FB1ED8" w:rsidRDefault="00FB1ED8" w14:paraId="67B7FBDB" w14:textId="77777777">
            <w:pPr>
              <w:pStyle w:val="ListParagraph"/>
              <w:numPr>
                <w:ilvl w:val="0"/>
                <w:numId w:val="37"/>
              </w:numPr>
              <w:spacing w:after="0" w:line="250" w:lineRule="auto"/>
              <w:contextualSpacing w:val="0"/>
              <w:rPr>
                <w:rFonts w:ascii="Calibri" w:hAnsi="Calibri" w:eastAsia="Calibri" w:cs="Calibri"/>
                <w:sz w:val="24"/>
                <w:szCs w:val="24"/>
              </w:rPr>
            </w:pPr>
            <w:r>
              <w:rPr>
                <w:rFonts w:ascii="Calibri" w:hAnsi="Calibri" w:eastAsia="Calibri" w:cs="Calibri"/>
                <w:sz w:val="24"/>
                <w:szCs w:val="24"/>
              </w:rPr>
              <w:t>A positive, cooperative, helpful, loving, forgiving attitude to the team and families</w:t>
            </w:r>
          </w:p>
          <w:p w:rsidRPr="00FB1ED8" w:rsidR="00FB1ED8" w:rsidP="00FB1ED8" w:rsidRDefault="00FB1ED8" w14:paraId="0628D2AD" w14:textId="74FC841F">
            <w:pPr>
              <w:pStyle w:val="ListParagraph"/>
              <w:numPr>
                <w:ilvl w:val="0"/>
                <w:numId w:val="37"/>
              </w:numPr>
              <w:spacing w:after="0" w:line="250" w:lineRule="auto"/>
              <w:contextualSpacing w:val="0"/>
              <w:rPr>
                <w:rFonts w:ascii="Calibri" w:hAnsi="Calibri" w:eastAsia="Calibri" w:cs="Calibri"/>
                <w:sz w:val="24"/>
                <w:szCs w:val="24"/>
              </w:rPr>
            </w:pPr>
            <w:r>
              <w:rPr>
                <w:rFonts w:ascii="Calibri" w:hAnsi="Calibri" w:eastAsia="Calibri" w:cs="Calibri"/>
                <w:sz w:val="24"/>
                <w:szCs w:val="24"/>
              </w:rPr>
              <w:t>An understanding that it is messy and will never be perfect</w:t>
            </w:r>
          </w:p>
          <w:p w:rsidRPr="00E54062" w:rsidR="00FB1ED8" w:rsidP="00FB1ED8" w:rsidRDefault="00FB1ED8" w14:paraId="0848D1CF" w14:textId="77777777">
            <w:pPr>
              <w:pStyle w:val="ListParagraph"/>
              <w:numPr>
                <w:ilvl w:val="0"/>
                <w:numId w:val="37"/>
              </w:numPr>
              <w:spacing w:after="0" w:line="250" w:lineRule="auto"/>
              <w:contextualSpacing w:val="0"/>
              <w:rPr>
                <w:rFonts w:ascii="Calibri" w:hAnsi="Calibri" w:eastAsia="Calibri" w:cs="Calibri"/>
                <w:sz w:val="24"/>
                <w:szCs w:val="24"/>
              </w:rPr>
            </w:pPr>
            <w:r w:rsidRPr="0AC90BF4">
              <w:rPr>
                <w:rFonts w:ascii="Calibri" w:hAnsi="Calibri" w:eastAsia="Calibri" w:cs="Calibri"/>
                <w:sz w:val="24"/>
                <w:szCs w:val="24"/>
              </w:rPr>
              <w:t>Fully supportive of the aims and mission of the Church of England</w:t>
            </w:r>
          </w:p>
          <w:p w:rsidRPr="00F90FFE" w:rsidR="00F90FFE" w:rsidP="00FB1ED8" w:rsidRDefault="00F90FFE" w14:paraId="11829568" w14:textId="77777777">
            <w:pPr>
              <w:numPr>
                <w:ilvl w:val="0"/>
                <w:numId w:val="37"/>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FB1ED8" w:rsidP="00F90FFE" w:rsidRDefault="00FB1ED8" w14:paraId="69D9DE4E" w14:textId="57651443">
            <w:pPr>
              <w:numPr>
                <w:ilvl w:val="0"/>
                <w:numId w:val="38"/>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practicing Christian</w:t>
            </w:r>
          </w:p>
          <w:p w:rsidRPr="00F90FFE" w:rsidR="00F90FFE" w:rsidP="00F90FFE" w:rsidRDefault="00FB1ED8" w14:paraId="59AA7C9D" w14:textId="39F9C908">
            <w:pPr>
              <w:numPr>
                <w:ilvl w:val="0"/>
                <w:numId w:val="38"/>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Understanding of Parish life</w:t>
            </w:r>
          </w:p>
        </w:tc>
      </w:tr>
    </w:tbl>
    <w:p w:rsidR="00F90FFE" w:rsidP="0AC90BF4" w:rsidRDefault="00F90FFE" w14:paraId="44284FEB" w14:textId="77777777">
      <w:pPr>
        <w:spacing w:after="0" w:line="250" w:lineRule="auto"/>
        <w:rPr>
          <w:rFonts w:asciiTheme="majorHAnsi" w:hAnsiTheme="majorHAnsi" w:eastAsiaTheme="majorEastAsia" w:cstheme="majorBidi"/>
          <w:sz w:val="24"/>
          <w:szCs w:val="24"/>
        </w:rPr>
      </w:pPr>
    </w:p>
    <w:sectPr w:rsidR="00F90FFE" w:rsidSect="00034616">
      <w:footerReference w:type="default" r:id="rId11"/>
      <w:pgSz w:w="12240" w:h="15840" w:orient="portrait"/>
      <w:pgMar w:top="1440" w:right="1800" w:bottom="1440" w:left="1800" w:header="720" w:footer="720" w:gutter="0"/>
      <w:cols w:space="720"/>
      <w:docGrid w:linePitch="360"/>
      <w:headerReference w:type="default" r:id="R26f172900527461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71C3" w:rsidP="00F90FFE" w:rsidRDefault="00BF71C3" w14:paraId="24CFD9D0" w14:textId="77777777">
      <w:pPr>
        <w:spacing w:after="0" w:line="240" w:lineRule="auto"/>
      </w:pPr>
      <w:r>
        <w:separator/>
      </w:r>
    </w:p>
  </w:endnote>
  <w:endnote w:type="continuationSeparator" w:id="0">
    <w:p w:rsidR="00BF71C3" w:rsidP="00F90FFE" w:rsidRDefault="00BF71C3" w14:paraId="427E074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F90FFE" w:rsidR="00F90FFE" w:rsidP="00F90FFE" w:rsidRDefault="00F90FFE" w14:paraId="1C7090D0" w14:textId="45EB270A">
    <w:pPr>
      <w:pStyle w:val="Footer"/>
      <w:jc w:val="right"/>
      <w:rPr>
        <w:sz w:val="16"/>
        <w:szCs w:val="16"/>
      </w:rPr>
    </w:pPr>
    <w:r w:rsidRPr="56B34926" w:rsidR="56B34926">
      <w:rPr>
        <w:sz w:val="16"/>
        <w:szCs w:val="16"/>
      </w:rPr>
      <w:t>Role</w:t>
    </w:r>
    <w:r w:rsidRPr="56B34926" w:rsidR="56B34926">
      <w:rPr>
        <w:sz w:val="16"/>
        <w:szCs w:val="16"/>
      </w:rPr>
      <w:t xml:space="preserve"> Description: Crèche Helper l [Month] [Year] Page &lt; # &gt; of &lt; # &gt;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71C3" w:rsidP="00F90FFE" w:rsidRDefault="00BF71C3" w14:paraId="08F6D3DA" w14:textId="77777777">
      <w:pPr>
        <w:spacing w:after="0" w:line="240" w:lineRule="auto"/>
      </w:pPr>
      <w:r>
        <w:separator/>
      </w:r>
    </w:p>
  </w:footnote>
  <w:footnote w:type="continuationSeparator" w:id="0">
    <w:p w:rsidR="00BF71C3" w:rsidP="00F90FFE" w:rsidRDefault="00BF71C3" w14:paraId="683C5CBD"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520C5137" w:rsidTr="520C5137" w14:paraId="3010C026">
      <w:trPr>
        <w:trHeight w:val="300"/>
      </w:trPr>
      <w:tc>
        <w:tcPr>
          <w:tcW w:w="2880" w:type="dxa"/>
          <w:tcMar/>
        </w:tcPr>
        <w:p w:rsidR="520C5137" w:rsidP="520C5137" w:rsidRDefault="520C5137" w14:paraId="090AE255" w14:textId="006D768F">
          <w:pPr>
            <w:pStyle w:val="Header"/>
            <w:bidi w:val="0"/>
            <w:ind w:left="-115"/>
            <w:jc w:val="left"/>
          </w:pPr>
        </w:p>
      </w:tc>
      <w:tc>
        <w:tcPr>
          <w:tcW w:w="2880" w:type="dxa"/>
          <w:tcMar/>
        </w:tcPr>
        <w:p w:rsidR="520C5137" w:rsidP="520C5137" w:rsidRDefault="520C5137" w14:paraId="0FD8262F" w14:textId="1C42E7F8">
          <w:pPr>
            <w:pStyle w:val="Header"/>
            <w:bidi w:val="0"/>
            <w:jc w:val="center"/>
          </w:pPr>
        </w:p>
      </w:tc>
      <w:tc>
        <w:tcPr>
          <w:tcW w:w="2880" w:type="dxa"/>
          <w:tcMar/>
        </w:tcPr>
        <w:p w:rsidR="520C5137" w:rsidP="520C5137" w:rsidRDefault="520C5137" w14:paraId="736CB51B" w14:textId="513E010C">
          <w:pPr>
            <w:pStyle w:val="Header"/>
            <w:bidi w:val="0"/>
            <w:ind w:right="-115"/>
            <w:jc w:val="right"/>
          </w:pPr>
        </w:p>
      </w:tc>
    </w:tr>
  </w:tbl>
  <w:p w:rsidR="520C5137" w:rsidP="520C5137" w:rsidRDefault="520C5137" w14:paraId="1C6AB7B9" w14:textId="171CFB65">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2" w15:restartNumberingAfterBreak="0">
    <w:nsid w:val="14BD3F1D"/>
    <w:multiLevelType w:val="hybridMultilevel"/>
    <w:tmpl w:val="83B41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4" w15:restartNumberingAfterBreak="0">
    <w:nsid w:val="1AB37EA3"/>
    <w:multiLevelType w:val="multilevel"/>
    <w:tmpl w:val="E9EE0E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1D4F132D"/>
    <w:multiLevelType w:val="multilevel"/>
    <w:tmpl w:val="A6B04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7"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8"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9"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20"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21"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2"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3" w15:restartNumberingAfterBreak="0">
    <w:nsid w:val="3E114856"/>
    <w:multiLevelType w:val="hybridMultilevel"/>
    <w:tmpl w:val="83CEFF68"/>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5" w15:restartNumberingAfterBreak="0">
    <w:nsid w:val="432A5B5C"/>
    <w:multiLevelType w:val="multilevel"/>
    <w:tmpl w:val="3174B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7"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8"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29" w15:restartNumberingAfterBreak="0">
    <w:nsid w:val="56EC623C"/>
    <w:multiLevelType w:val="multilevel"/>
    <w:tmpl w:val="BD90B7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31" w15:restartNumberingAfterBreak="0">
    <w:nsid w:val="63161386"/>
    <w:multiLevelType w:val="hybridMultilevel"/>
    <w:tmpl w:val="43F6C122"/>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33"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4" w15:restartNumberingAfterBreak="0">
    <w:nsid w:val="7C581541"/>
    <w:multiLevelType w:val="multilevel"/>
    <w:tmpl w:val="340035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abstractNum w:abstractNumId="37" w15:restartNumberingAfterBreak="0">
    <w:nsid w:val="7FFB2031"/>
    <w:multiLevelType w:val="multilevel"/>
    <w:tmpl w:val="4BD82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280889083">
    <w:abstractNumId w:val="11"/>
  </w:num>
  <w:num w:numId="2" w16cid:durableId="2132936174">
    <w:abstractNumId w:val="20"/>
  </w:num>
  <w:num w:numId="3" w16cid:durableId="840509785">
    <w:abstractNumId w:val="33"/>
  </w:num>
  <w:num w:numId="4" w16cid:durableId="694039668">
    <w:abstractNumId w:val="21"/>
  </w:num>
  <w:num w:numId="5" w16cid:durableId="1238399714">
    <w:abstractNumId w:val="32"/>
  </w:num>
  <w:num w:numId="6" w16cid:durableId="329337009">
    <w:abstractNumId w:val="36"/>
  </w:num>
  <w:num w:numId="7" w16cid:durableId="1678652291">
    <w:abstractNumId w:val="10"/>
  </w:num>
  <w:num w:numId="8" w16cid:durableId="1229610670">
    <w:abstractNumId w:val="30"/>
  </w:num>
  <w:num w:numId="9" w16cid:durableId="2070885378">
    <w:abstractNumId w:val="16"/>
  </w:num>
  <w:num w:numId="10" w16cid:durableId="704402915">
    <w:abstractNumId w:val="28"/>
  </w:num>
  <w:num w:numId="11" w16cid:durableId="1239513986">
    <w:abstractNumId w:val="26"/>
  </w:num>
  <w:num w:numId="12" w16cid:durableId="172568845">
    <w:abstractNumId w:val="13"/>
  </w:num>
  <w:num w:numId="13" w16cid:durableId="368840443">
    <w:abstractNumId w:val="17"/>
  </w:num>
  <w:num w:numId="14" w16cid:durableId="1686401069">
    <w:abstractNumId w:val="19"/>
  </w:num>
  <w:num w:numId="15" w16cid:durableId="1735350414">
    <w:abstractNumId w:val="24"/>
  </w:num>
  <w:num w:numId="16" w16cid:durableId="1032147672">
    <w:abstractNumId w:val="18"/>
  </w:num>
  <w:num w:numId="17" w16cid:durableId="765923970">
    <w:abstractNumId w:val="9"/>
  </w:num>
  <w:num w:numId="18" w16cid:durableId="1064567148">
    <w:abstractNumId w:val="27"/>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5"/>
  </w:num>
  <w:num w:numId="29" w16cid:durableId="982660569">
    <w:abstractNumId w:val="12"/>
  </w:num>
  <w:num w:numId="30" w16cid:durableId="1557281110">
    <w:abstractNumId w:val="22"/>
  </w:num>
  <w:num w:numId="31" w16cid:durableId="1279337942">
    <w:abstractNumId w:val="23"/>
  </w:num>
  <w:num w:numId="32" w16cid:durableId="1980110274">
    <w:abstractNumId w:val="31"/>
  </w:num>
  <w:num w:numId="33" w16cid:durableId="1526560784">
    <w:abstractNumId w:val="25"/>
  </w:num>
  <w:num w:numId="34" w16cid:durableId="526214392">
    <w:abstractNumId w:val="29"/>
  </w:num>
  <w:num w:numId="35" w16cid:durableId="1083645553">
    <w:abstractNumId w:val="34"/>
  </w:num>
  <w:num w:numId="36" w16cid:durableId="1195731355">
    <w:abstractNumId w:val="14"/>
  </w:num>
  <w:num w:numId="37" w16cid:durableId="965310835">
    <w:abstractNumId w:val="15"/>
  </w:num>
  <w:num w:numId="38" w16cid:durableId="1699430945">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3EC"/>
    <w:rsid w:val="00034616"/>
    <w:rsid w:val="00056B39"/>
    <w:rsid w:val="0006063C"/>
    <w:rsid w:val="00084D2C"/>
    <w:rsid w:val="000A7BD9"/>
    <w:rsid w:val="000E3F11"/>
    <w:rsid w:val="000E3F4D"/>
    <w:rsid w:val="001007EA"/>
    <w:rsid w:val="0010303D"/>
    <w:rsid w:val="001345B2"/>
    <w:rsid w:val="00141F59"/>
    <w:rsid w:val="0015074B"/>
    <w:rsid w:val="00172018"/>
    <w:rsid w:val="0018392D"/>
    <w:rsid w:val="001B09CA"/>
    <w:rsid w:val="001B759B"/>
    <w:rsid w:val="001C22F5"/>
    <w:rsid w:val="001E3408"/>
    <w:rsid w:val="001E7C25"/>
    <w:rsid w:val="001F381C"/>
    <w:rsid w:val="00201161"/>
    <w:rsid w:val="002033A2"/>
    <w:rsid w:val="0021317E"/>
    <w:rsid w:val="00216890"/>
    <w:rsid w:val="00252233"/>
    <w:rsid w:val="00263104"/>
    <w:rsid w:val="00266095"/>
    <w:rsid w:val="00266A2E"/>
    <w:rsid w:val="00272D56"/>
    <w:rsid w:val="00274071"/>
    <w:rsid w:val="0029639D"/>
    <w:rsid w:val="002A169E"/>
    <w:rsid w:val="002D1F2A"/>
    <w:rsid w:val="002D7521"/>
    <w:rsid w:val="002E44E0"/>
    <w:rsid w:val="002F727E"/>
    <w:rsid w:val="003204F0"/>
    <w:rsid w:val="00322903"/>
    <w:rsid w:val="00326F90"/>
    <w:rsid w:val="00346746"/>
    <w:rsid w:val="00347DBD"/>
    <w:rsid w:val="00364819"/>
    <w:rsid w:val="00380443"/>
    <w:rsid w:val="00382962"/>
    <w:rsid w:val="00385268"/>
    <w:rsid w:val="003A2FE5"/>
    <w:rsid w:val="003A6BD7"/>
    <w:rsid w:val="003B09C3"/>
    <w:rsid w:val="003B6641"/>
    <w:rsid w:val="003D0E43"/>
    <w:rsid w:val="003E2C96"/>
    <w:rsid w:val="003F1592"/>
    <w:rsid w:val="00404917"/>
    <w:rsid w:val="00434512"/>
    <w:rsid w:val="0044205B"/>
    <w:rsid w:val="00443AF3"/>
    <w:rsid w:val="0044647F"/>
    <w:rsid w:val="00472ED0"/>
    <w:rsid w:val="00482085"/>
    <w:rsid w:val="004A4B1B"/>
    <w:rsid w:val="004B7664"/>
    <w:rsid w:val="004C4BA1"/>
    <w:rsid w:val="004E7BB0"/>
    <w:rsid w:val="004F31D2"/>
    <w:rsid w:val="004F5C89"/>
    <w:rsid w:val="0050197D"/>
    <w:rsid w:val="00553F95"/>
    <w:rsid w:val="00576AFB"/>
    <w:rsid w:val="00577C2A"/>
    <w:rsid w:val="00606700"/>
    <w:rsid w:val="006116FA"/>
    <w:rsid w:val="00634A02"/>
    <w:rsid w:val="00647C41"/>
    <w:rsid w:val="00672FD8"/>
    <w:rsid w:val="00693271"/>
    <w:rsid w:val="00697B8A"/>
    <w:rsid w:val="006A2E8A"/>
    <w:rsid w:val="006B512E"/>
    <w:rsid w:val="006E0CF1"/>
    <w:rsid w:val="006E3FCD"/>
    <w:rsid w:val="006F2F81"/>
    <w:rsid w:val="00711F08"/>
    <w:rsid w:val="0074554F"/>
    <w:rsid w:val="00782E1F"/>
    <w:rsid w:val="007C05BB"/>
    <w:rsid w:val="007C6D52"/>
    <w:rsid w:val="007D4FCD"/>
    <w:rsid w:val="007E5054"/>
    <w:rsid w:val="007F3473"/>
    <w:rsid w:val="00813896"/>
    <w:rsid w:val="008322A4"/>
    <w:rsid w:val="00836176"/>
    <w:rsid w:val="00846B11"/>
    <w:rsid w:val="00851253"/>
    <w:rsid w:val="008817A0"/>
    <w:rsid w:val="008A720F"/>
    <w:rsid w:val="008B0F11"/>
    <w:rsid w:val="008D395C"/>
    <w:rsid w:val="00934843"/>
    <w:rsid w:val="00946992"/>
    <w:rsid w:val="0095038D"/>
    <w:rsid w:val="00951718"/>
    <w:rsid w:val="00956189"/>
    <w:rsid w:val="00957280"/>
    <w:rsid w:val="009647BE"/>
    <w:rsid w:val="009706D6"/>
    <w:rsid w:val="00976F39"/>
    <w:rsid w:val="009A3521"/>
    <w:rsid w:val="009A4DDE"/>
    <w:rsid w:val="009D6F52"/>
    <w:rsid w:val="00A05589"/>
    <w:rsid w:val="00A1731C"/>
    <w:rsid w:val="00A2373D"/>
    <w:rsid w:val="00A34D55"/>
    <w:rsid w:val="00A359F8"/>
    <w:rsid w:val="00A513F1"/>
    <w:rsid w:val="00A62E59"/>
    <w:rsid w:val="00A63EC2"/>
    <w:rsid w:val="00A64D41"/>
    <w:rsid w:val="00A74483"/>
    <w:rsid w:val="00AA143D"/>
    <w:rsid w:val="00AA1ACF"/>
    <w:rsid w:val="00AA1D8D"/>
    <w:rsid w:val="00AC08F0"/>
    <w:rsid w:val="00B02351"/>
    <w:rsid w:val="00B20DA7"/>
    <w:rsid w:val="00B43D07"/>
    <w:rsid w:val="00B47730"/>
    <w:rsid w:val="00B61FD9"/>
    <w:rsid w:val="00B66A77"/>
    <w:rsid w:val="00B87D43"/>
    <w:rsid w:val="00B92704"/>
    <w:rsid w:val="00B94BA6"/>
    <w:rsid w:val="00BD1466"/>
    <w:rsid w:val="00BD15A8"/>
    <w:rsid w:val="00BD5055"/>
    <w:rsid w:val="00BF71C3"/>
    <w:rsid w:val="00C1211E"/>
    <w:rsid w:val="00C22C46"/>
    <w:rsid w:val="00C4298F"/>
    <w:rsid w:val="00CB0664"/>
    <w:rsid w:val="00CE582B"/>
    <w:rsid w:val="00CF4EEA"/>
    <w:rsid w:val="00D0310B"/>
    <w:rsid w:val="00D17029"/>
    <w:rsid w:val="00D31DA2"/>
    <w:rsid w:val="00D42069"/>
    <w:rsid w:val="00DB64B6"/>
    <w:rsid w:val="00DD2735"/>
    <w:rsid w:val="00E12E8C"/>
    <w:rsid w:val="00E32281"/>
    <w:rsid w:val="00E54062"/>
    <w:rsid w:val="00E83EC5"/>
    <w:rsid w:val="00EBA87F"/>
    <w:rsid w:val="00F16572"/>
    <w:rsid w:val="00F358E0"/>
    <w:rsid w:val="00F42BA5"/>
    <w:rsid w:val="00F90FFE"/>
    <w:rsid w:val="00FA0CCF"/>
    <w:rsid w:val="00FA36FD"/>
    <w:rsid w:val="00FA4E4A"/>
    <w:rsid w:val="00FB1ED8"/>
    <w:rsid w:val="00FC693F"/>
    <w:rsid w:val="00FE352E"/>
    <w:rsid w:val="00FE4461"/>
    <w:rsid w:val="0153DBFC"/>
    <w:rsid w:val="029F5F8B"/>
    <w:rsid w:val="02C4E47E"/>
    <w:rsid w:val="03B4469A"/>
    <w:rsid w:val="04255A4E"/>
    <w:rsid w:val="04747142"/>
    <w:rsid w:val="04CDFA2E"/>
    <w:rsid w:val="05BDBF63"/>
    <w:rsid w:val="05F82897"/>
    <w:rsid w:val="076676E8"/>
    <w:rsid w:val="076B06E9"/>
    <w:rsid w:val="0780E86B"/>
    <w:rsid w:val="0AC90BF4"/>
    <w:rsid w:val="0B576E02"/>
    <w:rsid w:val="0D1F11BB"/>
    <w:rsid w:val="0E53C024"/>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6273A6"/>
    <w:rsid w:val="18527D48"/>
    <w:rsid w:val="186D201A"/>
    <w:rsid w:val="19C5DC2D"/>
    <w:rsid w:val="1AA2412A"/>
    <w:rsid w:val="1AD85E76"/>
    <w:rsid w:val="1AE5CA02"/>
    <w:rsid w:val="1B36A39B"/>
    <w:rsid w:val="1C62E8D3"/>
    <w:rsid w:val="1CE834FA"/>
    <w:rsid w:val="1DD0DEE3"/>
    <w:rsid w:val="1E45E30E"/>
    <w:rsid w:val="1E5E2E92"/>
    <w:rsid w:val="1E602C0F"/>
    <w:rsid w:val="1F05421E"/>
    <w:rsid w:val="1FA4326C"/>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9C5D2C2"/>
    <w:rsid w:val="2BBE4A81"/>
    <w:rsid w:val="2D0DFBC4"/>
    <w:rsid w:val="2D89318E"/>
    <w:rsid w:val="2D9C832B"/>
    <w:rsid w:val="2E979FA6"/>
    <w:rsid w:val="2EB5B205"/>
    <w:rsid w:val="2FBC0B39"/>
    <w:rsid w:val="30F5B9A2"/>
    <w:rsid w:val="3210CD59"/>
    <w:rsid w:val="32337687"/>
    <w:rsid w:val="33E0A337"/>
    <w:rsid w:val="34802F7A"/>
    <w:rsid w:val="34AFE220"/>
    <w:rsid w:val="34CEAE3D"/>
    <w:rsid w:val="35B3DAD5"/>
    <w:rsid w:val="361CE775"/>
    <w:rsid w:val="36C80FD0"/>
    <w:rsid w:val="36DE6A2C"/>
    <w:rsid w:val="3895CFD6"/>
    <w:rsid w:val="38CB67DE"/>
    <w:rsid w:val="39742B10"/>
    <w:rsid w:val="398C99B5"/>
    <w:rsid w:val="39BC1FE1"/>
    <w:rsid w:val="3BD455C2"/>
    <w:rsid w:val="3C4729D5"/>
    <w:rsid w:val="3CB95D6F"/>
    <w:rsid w:val="3D0EE2AB"/>
    <w:rsid w:val="3E385B23"/>
    <w:rsid w:val="3F42D2A6"/>
    <w:rsid w:val="4115B8FA"/>
    <w:rsid w:val="43B824F8"/>
    <w:rsid w:val="43BF1F6B"/>
    <w:rsid w:val="43D13A5E"/>
    <w:rsid w:val="45D012B4"/>
    <w:rsid w:val="46942EA2"/>
    <w:rsid w:val="497B0C2F"/>
    <w:rsid w:val="49E955A4"/>
    <w:rsid w:val="4A19207B"/>
    <w:rsid w:val="4A2DA7B0"/>
    <w:rsid w:val="4A3383E9"/>
    <w:rsid w:val="4A8BBD87"/>
    <w:rsid w:val="4AA12879"/>
    <w:rsid w:val="4BE1EA7C"/>
    <w:rsid w:val="4C433401"/>
    <w:rsid w:val="4CB2AD56"/>
    <w:rsid w:val="4D60C9BA"/>
    <w:rsid w:val="4F04F260"/>
    <w:rsid w:val="50C66F2F"/>
    <w:rsid w:val="51AF1D13"/>
    <w:rsid w:val="51B07263"/>
    <w:rsid w:val="520C5137"/>
    <w:rsid w:val="522C63AA"/>
    <w:rsid w:val="525665DB"/>
    <w:rsid w:val="534A41C7"/>
    <w:rsid w:val="548E47A6"/>
    <w:rsid w:val="5582419C"/>
    <w:rsid w:val="55D61604"/>
    <w:rsid w:val="56745958"/>
    <w:rsid w:val="56B34926"/>
    <w:rsid w:val="5725FA7D"/>
    <w:rsid w:val="576A3097"/>
    <w:rsid w:val="57864579"/>
    <w:rsid w:val="57A9D441"/>
    <w:rsid w:val="57E22C9B"/>
    <w:rsid w:val="58ADA146"/>
    <w:rsid w:val="58BBFF25"/>
    <w:rsid w:val="5906620B"/>
    <w:rsid w:val="598DF730"/>
    <w:rsid w:val="59D79CD0"/>
    <w:rsid w:val="5AD54DB9"/>
    <w:rsid w:val="5B7A2CB1"/>
    <w:rsid w:val="5DC9D932"/>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7D74F77"/>
    <w:rsid w:val="77ED4476"/>
    <w:rsid w:val="78124527"/>
    <w:rsid w:val="78392A10"/>
    <w:rsid w:val="7907CD71"/>
    <w:rsid w:val="798BC22B"/>
    <w:rsid w:val="7B6576A4"/>
    <w:rsid w:val="7BA3807D"/>
    <w:rsid w:val="7BA4AF86"/>
    <w:rsid w:val="7C222D70"/>
    <w:rsid w:val="7C53B4FE"/>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2D1F2A"/>
    <w:pPr>
      <w:spacing w:before="100" w:beforeAutospacing="1" w:after="100" w:afterAutospacing="1" w:line="240" w:lineRule="auto"/>
    </w:pPr>
    <w:rPr>
      <w:rFonts w:ascii="Times New Roman" w:hAnsi="Times New Roman" w:eastAsia="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xml" Id="R26f172900527461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AA4448C-2F96-468D-A236-2EAE2648AF5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4</cp:revision>
  <dcterms:created xsi:type="dcterms:W3CDTF">2026-07-06T10:34:00Z</dcterms:created>
  <dcterms:modified xsi:type="dcterms:W3CDTF">2026-07-23T12:24:04Z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