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366EE" w:rsidR="00385268" w:rsidP="0AC90BF4" w:rsidRDefault="6600A7F3" w14:paraId="0BF06D20" w14:textId="1A03BEF8">
      <w:pPr>
        <w:spacing w:after="0"/>
        <w:rPr>
          <w:rFonts w:asciiTheme="majorHAnsi" w:hAnsiTheme="majorHAnsi" w:eastAsiaTheme="majorEastAsia" w:cstheme="majorBidi"/>
          <w:b/>
          <w:bCs/>
          <w:sz w:val="24"/>
          <w:szCs w:val="24"/>
        </w:rPr>
      </w:pPr>
      <w:r w:rsidRPr="001366EE">
        <w:rPr>
          <w:rFonts w:asciiTheme="majorHAnsi" w:hAnsiTheme="majorHAnsi" w:eastAsiaTheme="majorEastAsia" w:cstheme="majorBidi"/>
          <w:b/>
          <w:bCs/>
          <w:sz w:val="36"/>
          <w:szCs w:val="36"/>
        </w:rPr>
        <w:t xml:space="preserve">Role Description: </w:t>
      </w:r>
      <w:r w:rsidR="004C29E2">
        <w:rPr>
          <w:rFonts w:asciiTheme="majorHAnsi" w:hAnsiTheme="majorHAnsi" w:eastAsiaTheme="majorEastAsia" w:cstheme="majorBidi"/>
          <w:b/>
          <w:bCs/>
          <w:sz w:val="36"/>
          <w:szCs w:val="36"/>
        </w:rPr>
        <w:t>Cr</w:t>
      </w:r>
      <w:r w:rsidR="006534FB">
        <w:rPr>
          <w:rFonts w:asciiTheme="majorHAnsi" w:hAnsiTheme="majorHAnsi" w:eastAsiaTheme="majorEastAsia" w:cstheme="majorHAnsi"/>
          <w:b/>
          <w:bCs/>
          <w:sz w:val="36"/>
          <w:szCs w:val="36"/>
        </w:rPr>
        <w:t>è</w:t>
      </w:r>
      <w:r w:rsidR="004C29E2">
        <w:rPr>
          <w:rFonts w:asciiTheme="majorHAnsi" w:hAnsiTheme="majorHAnsi" w:eastAsiaTheme="majorEastAsia" w:cstheme="majorBidi"/>
          <w:b/>
          <w:bCs/>
          <w:sz w:val="36"/>
          <w:szCs w:val="36"/>
        </w:rPr>
        <w:t>che Helper</w:t>
      </w:r>
    </w:p>
    <w:tbl>
      <w:tblPr>
        <w:tblStyle w:val="TableGrid"/>
        <w:tblW w:w="0" w:type="auto"/>
        <w:tblLook w:val="04A0" w:firstRow="1" w:lastRow="0" w:firstColumn="1" w:lastColumn="0" w:noHBand="0" w:noVBand="1"/>
      </w:tblPr>
      <w:tblGrid>
        <w:gridCol w:w="2501"/>
        <w:gridCol w:w="6093"/>
      </w:tblGrid>
      <w:tr w:rsidR="0AC90BF4" w:rsidTr="00BA5581" w14:paraId="64FFCFCB"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3895CFD6" w:rsidP="0AC90BF4" w:rsidRDefault="3895CFD6" w14:paraId="5DE19660" w14:textId="688DE6C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Role Type</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3895CFD6" w:rsidP="0AC90BF4" w:rsidRDefault="3895CFD6" w14:paraId="6F800AF5" w14:textId="33641870">
            <w:pPr>
              <w:spacing w:before="40" w:after="40"/>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Voluntary</w:t>
            </w:r>
          </w:p>
        </w:tc>
      </w:tr>
      <w:tr w:rsidR="0AC90BF4" w:rsidTr="00BA5581" w14:paraId="7CBE4119"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397F0628" w14:textId="24680AB2">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Team</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58ADA146" w:rsidP="0AC90BF4" w:rsidRDefault="58ADA146" w14:paraId="665A435A" w14:textId="36995989">
            <w:pPr>
              <w:spacing w:before="40" w:after="40"/>
              <w:rPr>
                <w:rFonts w:asciiTheme="majorHAnsi" w:hAnsiTheme="majorHAnsi" w:eastAsiaTheme="majorEastAsia" w:cstheme="majorBidi"/>
                <w:color w:val="000000" w:themeColor="text1"/>
              </w:rPr>
            </w:pPr>
          </w:p>
        </w:tc>
      </w:tr>
      <w:tr w:rsidR="0AC90BF4" w:rsidTr="00BA5581" w14:paraId="6F5CCBCB" w14:textId="77777777">
        <w:trPr>
          <w:trHeight w:val="225"/>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C433401" w:rsidP="0AC90BF4" w:rsidRDefault="00BA5581" w14:paraId="26C79AFB" w14:textId="26FC4D2D">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Reports to</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45D012B4" w:rsidP="0AC90BF4" w:rsidRDefault="45D012B4" w14:paraId="0A3F7E70" w14:textId="53F237F2">
            <w:pPr>
              <w:spacing w:before="40" w:after="40"/>
              <w:rPr>
                <w:rFonts w:asciiTheme="majorHAnsi" w:hAnsiTheme="majorHAnsi" w:eastAsiaTheme="majorEastAsia" w:cstheme="majorBidi"/>
                <w:color w:val="000000" w:themeColor="text1"/>
              </w:rPr>
            </w:pPr>
          </w:p>
        </w:tc>
      </w:tr>
      <w:tr w:rsidR="00BA5581" w:rsidTr="00BA5581" w14:paraId="5299F60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BA5581" w:rsidP="0AC90BF4" w:rsidRDefault="00BA5581" w14:paraId="0ADE0E30" w14:textId="505E7D0B">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Line Reports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BA5581" w:rsidP="0AC90BF4" w:rsidRDefault="008043A9" w14:paraId="03D30CAD" w14:textId="331B66C8">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N/A</w:t>
            </w:r>
          </w:p>
        </w:tc>
      </w:tr>
      <w:tr w:rsidR="0AC90BF4" w:rsidTr="00BA5581" w14:paraId="3DAB121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6942EA2" w:rsidP="0AC90BF4" w:rsidRDefault="46942EA2" w14:paraId="7758F5AB" w14:textId="79D74624">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 xml:space="preserve">Role </w:t>
            </w:r>
            <w:r w:rsidRPr="0AC90BF4" w:rsidR="0AC90BF4">
              <w:rPr>
                <w:rFonts w:asciiTheme="majorHAnsi" w:hAnsiTheme="majorHAnsi" w:eastAsiaTheme="majorEastAsia" w:cstheme="majorBidi"/>
                <w:b/>
                <w:bCs/>
                <w:color w:val="000000" w:themeColor="text1"/>
              </w:rPr>
              <w:t>Duration</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27DFC344" w:rsidP="0AC90BF4" w:rsidRDefault="27DFC344" w14:paraId="63092569" w14:textId="63C3F300">
            <w:pPr>
              <w:spacing w:before="40" w:after="40"/>
              <w:rPr>
                <w:rFonts w:asciiTheme="majorHAnsi" w:hAnsiTheme="majorHAnsi" w:eastAsiaTheme="majorEastAsia" w:cstheme="majorBidi"/>
                <w:color w:val="000000" w:themeColor="text1"/>
              </w:rPr>
            </w:pPr>
          </w:p>
        </w:tc>
      </w:tr>
      <w:tr w:rsidR="0AC90BF4" w:rsidTr="00BA5581" w14:paraId="5353B58A"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E53C024" w:rsidP="0AC90BF4" w:rsidRDefault="0E53C024" w14:paraId="65FA2D42" w14:textId="4DD3F6E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Time commitment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836176" w14:paraId="4D7B0C12" w14:textId="39C9418D">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Full</w:t>
            </w:r>
            <w:r w:rsidR="00A63EC2">
              <w:rPr>
                <w:rFonts w:asciiTheme="majorHAnsi" w:hAnsiTheme="majorHAnsi" w:eastAsiaTheme="majorEastAsia" w:cstheme="majorBidi"/>
                <w:color w:val="000000" w:themeColor="text1"/>
              </w:rPr>
              <w:t xml:space="preserve">-time / </w:t>
            </w:r>
            <w:r w:rsidRPr="0AC90BF4" w:rsidR="0AC90BF4">
              <w:rPr>
                <w:rFonts w:asciiTheme="majorHAnsi" w:hAnsiTheme="majorHAnsi" w:eastAsiaTheme="majorEastAsia" w:cstheme="majorBidi"/>
                <w:color w:val="000000" w:themeColor="text1"/>
              </w:rPr>
              <w:t>Part-time</w:t>
            </w:r>
          </w:p>
        </w:tc>
      </w:tr>
      <w:tr w:rsidR="0AC90BF4" w:rsidTr="00BA5581" w14:paraId="345A11DF"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115B8FA" w:rsidP="0AC90BF4" w:rsidRDefault="008043A9" w14:paraId="02523AFF" w14:textId="45A01A96">
            <w:pPr>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C</w:t>
            </w:r>
            <w:r w:rsidRPr="0AC90BF4" w:rsidR="4115B8FA">
              <w:rPr>
                <w:rFonts w:asciiTheme="majorHAnsi" w:hAnsiTheme="majorHAnsi" w:eastAsiaTheme="majorEastAsia" w:cstheme="majorBidi"/>
                <w:b/>
                <w:bCs/>
                <w:color w:val="000000" w:themeColor="text1"/>
              </w:rPr>
              <w:t xml:space="preserve">ontact with vulnerable groups </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2E44E0" w:rsidP="0AC90BF4" w:rsidRDefault="00B20DA7" w14:paraId="7435589C"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No con</w:t>
            </w:r>
            <w:r w:rsidR="002E44E0">
              <w:rPr>
                <w:rFonts w:asciiTheme="majorHAnsi" w:hAnsiTheme="majorHAnsi" w:eastAsiaTheme="majorEastAsia" w:cstheme="majorBidi"/>
                <w:color w:val="000000" w:themeColor="text1"/>
              </w:rPr>
              <w:t>tact with Children/Vulnerable Adults</w:t>
            </w:r>
          </w:p>
          <w:p w:rsidR="4115B8FA" w:rsidP="0AC90BF4" w:rsidRDefault="4115B8FA" w14:paraId="38F11B30" w14:textId="77777777">
            <w:pPr>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Limited</w:t>
            </w:r>
            <w:r w:rsidRPr="0AC90BF4" w:rsidR="55D61604">
              <w:rPr>
                <w:rFonts w:asciiTheme="majorHAnsi" w:hAnsiTheme="majorHAnsi" w:eastAsiaTheme="majorEastAsia" w:cstheme="majorBidi"/>
                <w:color w:val="000000" w:themeColor="text1"/>
              </w:rPr>
              <w:t xml:space="preserve"> contact with </w:t>
            </w:r>
            <w:r w:rsidR="00DD2735">
              <w:rPr>
                <w:rFonts w:asciiTheme="majorHAnsi" w:hAnsiTheme="majorHAnsi" w:eastAsiaTheme="majorEastAsia" w:cstheme="majorBidi"/>
                <w:color w:val="000000" w:themeColor="text1"/>
              </w:rPr>
              <w:t>Children/</w:t>
            </w:r>
            <w:r w:rsidR="002E44E0">
              <w:rPr>
                <w:rFonts w:asciiTheme="majorHAnsi" w:hAnsiTheme="majorHAnsi" w:eastAsiaTheme="majorEastAsia" w:cstheme="majorBidi"/>
                <w:color w:val="000000" w:themeColor="text1"/>
              </w:rPr>
              <w:t>V</w:t>
            </w:r>
            <w:r w:rsidRPr="0AC90BF4" w:rsidR="55D61604">
              <w:rPr>
                <w:rFonts w:asciiTheme="majorHAnsi" w:hAnsiTheme="majorHAnsi" w:eastAsiaTheme="majorEastAsia" w:cstheme="majorBidi"/>
                <w:color w:val="000000" w:themeColor="text1"/>
              </w:rPr>
              <w:t xml:space="preserve">ulnerable </w:t>
            </w:r>
            <w:r w:rsidR="00DD2735">
              <w:rPr>
                <w:rFonts w:asciiTheme="majorHAnsi" w:hAnsiTheme="majorHAnsi" w:eastAsiaTheme="majorEastAsia" w:cstheme="majorBidi"/>
                <w:color w:val="000000" w:themeColor="text1"/>
              </w:rPr>
              <w:t>Adults</w:t>
            </w:r>
          </w:p>
          <w:p w:rsidR="00DD2735" w:rsidP="0AC90BF4" w:rsidRDefault="00DD2735" w14:paraId="158FCD90"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Regular contact with </w:t>
            </w:r>
            <w:r w:rsidR="003E2C96">
              <w:rPr>
                <w:rFonts w:asciiTheme="majorHAnsi" w:hAnsiTheme="majorHAnsi" w:eastAsiaTheme="majorEastAsia" w:cstheme="majorBidi"/>
                <w:color w:val="000000" w:themeColor="text1"/>
              </w:rPr>
              <w:t>Children/Vulnerable Adults</w:t>
            </w:r>
          </w:p>
          <w:p w:rsidR="000A7BD9" w:rsidP="0AC90BF4" w:rsidRDefault="000A7BD9" w14:paraId="0C0A14B5" w14:textId="79C91714">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Contact with Children/Vulnerable Adults in regulated </w:t>
            </w:r>
            <w:r w:rsidR="00CE582B">
              <w:rPr>
                <w:rFonts w:asciiTheme="majorHAnsi" w:hAnsiTheme="majorHAnsi" w:eastAsiaTheme="majorEastAsia" w:cstheme="majorBidi"/>
                <w:color w:val="000000" w:themeColor="text1"/>
              </w:rPr>
              <w:t>environment</w:t>
            </w:r>
          </w:p>
          <w:p w:rsidR="00CE582B" w:rsidP="0AC90BF4" w:rsidRDefault="009706D6" w14:paraId="0E69717D" w14:textId="14168420">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Oversight of staff working with Children/Vulnerable Adults</w:t>
            </w:r>
          </w:p>
        </w:tc>
      </w:tr>
      <w:tr w:rsidR="0AC90BF4" w:rsidTr="00BA5581" w14:paraId="69B7689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7B3AD989" w14:textId="789A2A8C">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DBS Check Requirement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472ED0" w14:paraId="38E498AC" w14:textId="2A56F1F6">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Enhanced</w:t>
            </w:r>
            <w:r w:rsidR="00846B11">
              <w:rPr>
                <w:rFonts w:asciiTheme="majorHAnsi" w:hAnsiTheme="majorHAnsi" w:eastAsiaTheme="majorEastAsia" w:cstheme="majorBidi"/>
                <w:color w:val="000000" w:themeColor="text1"/>
              </w:rPr>
              <w:t xml:space="preserve"> / Basic / </w:t>
            </w:r>
            <w:r w:rsidRPr="0AC90BF4" w:rsidR="0AC90BF4">
              <w:rPr>
                <w:rFonts w:asciiTheme="majorHAnsi" w:hAnsiTheme="majorHAnsi" w:eastAsiaTheme="majorEastAsia" w:cstheme="majorBidi"/>
                <w:color w:val="000000" w:themeColor="text1"/>
              </w:rPr>
              <w:t>NA</w:t>
            </w:r>
          </w:p>
        </w:tc>
      </w:tr>
      <w:tr w:rsidR="008043A9" w:rsidTr="00BA5581" w14:paraId="60DD033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8043A9" w:rsidP="0AC90BF4" w:rsidRDefault="008043A9" w14:paraId="0DA6340F" w14:textId="3AD526AD">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Safeguarding Training Requirements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8043A9" w:rsidP="0AC90BF4" w:rsidRDefault="001D54A9" w14:paraId="38D257A1" w14:textId="77777777">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Basic &amp; Foundation</w:t>
            </w:r>
            <w:r w:rsidR="007F0AC6">
              <w:rPr>
                <w:rFonts w:asciiTheme="majorHAnsi" w:hAnsiTheme="majorHAnsi" w:eastAsiaTheme="majorEastAsia" w:cstheme="majorBidi"/>
                <w:color w:val="000000" w:themeColor="text1"/>
              </w:rPr>
              <w:t>/Leadership/Senior Leadership</w:t>
            </w:r>
          </w:p>
          <w:p w:rsidR="007F0AC6" w:rsidP="0AC90BF4" w:rsidRDefault="007F0AC6" w14:paraId="3C27E084" w14:textId="0955777A">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Safer Recruitment</w:t>
            </w:r>
          </w:p>
        </w:tc>
      </w:tr>
    </w:tbl>
    <w:p w:rsidR="0AC90BF4" w:rsidP="0AC90BF4" w:rsidRDefault="0AC90BF4" w14:paraId="5A0EAF72" w14:textId="0917E6A2">
      <w:pPr>
        <w:pStyle w:val="Heading2"/>
        <w:keepNext w:val="0"/>
        <w:keepLines w:val="0"/>
        <w:spacing w:before="0" w:line="250" w:lineRule="auto"/>
        <w:rPr>
          <w:color w:val="8B2332"/>
          <w:sz w:val="24"/>
          <w:szCs w:val="24"/>
        </w:rPr>
      </w:pPr>
    </w:p>
    <w:p w:rsidRPr="001366EE" w:rsidR="361CE775" w:rsidP="0AC90BF4" w:rsidRDefault="361CE775" w14:paraId="34CBB835" w14:textId="05A925DA">
      <w:pPr>
        <w:spacing w:after="0" w:line="250" w:lineRule="auto"/>
        <w:rPr>
          <w:rFonts w:asciiTheme="majorHAnsi" w:hAnsiTheme="majorHAnsi" w:eastAsiaTheme="majorEastAsia" w:cstheme="majorBidi"/>
          <w:b/>
          <w:bCs/>
          <w:sz w:val="28"/>
          <w:szCs w:val="28"/>
        </w:rPr>
      </w:pPr>
      <w:r w:rsidRPr="001366EE">
        <w:rPr>
          <w:rFonts w:asciiTheme="majorHAnsi" w:hAnsiTheme="majorHAnsi" w:eastAsiaTheme="majorEastAsia" w:cstheme="majorBidi"/>
          <w:b/>
          <w:bCs/>
          <w:sz w:val="28"/>
          <w:szCs w:val="28"/>
        </w:rPr>
        <w:t>Background</w:t>
      </w:r>
    </w:p>
    <w:p w:rsidR="19C5DC2D" w:rsidP="0AC90BF4" w:rsidRDefault="00201161" w14:paraId="2827B074" w14:textId="2E44B643">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 xml:space="preserve">[Brief paragraph </w:t>
      </w:r>
      <w:r w:rsidR="000E3F4D">
        <w:rPr>
          <w:rFonts w:asciiTheme="majorHAnsi" w:hAnsiTheme="majorHAnsi" w:eastAsiaTheme="majorEastAsia" w:cstheme="majorBidi"/>
          <w:sz w:val="24"/>
          <w:szCs w:val="24"/>
        </w:rPr>
        <w:t xml:space="preserve">providing context for the role, focusing on </w:t>
      </w:r>
      <w:r w:rsidR="00577C2A">
        <w:rPr>
          <w:rFonts w:asciiTheme="majorHAnsi" w:hAnsiTheme="majorHAnsi" w:eastAsiaTheme="majorEastAsia" w:cstheme="majorBidi"/>
          <w:sz w:val="24"/>
          <w:szCs w:val="24"/>
        </w:rPr>
        <w:t>team/function/role</w:t>
      </w:r>
      <w:r w:rsidR="0018392D">
        <w:rPr>
          <w:rFonts w:asciiTheme="majorHAnsi" w:hAnsiTheme="majorHAnsi" w:eastAsiaTheme="majorEastAsia" w:cstheme="majorBidi"/>
          <w:sz w:val="24"/>
          <w:szCs w:val="24"/>
        </w:rPr>
        <w:t xml:space="preserve">, but not the </w:t>
      </w:r>
      <w:r w:rsidR="00FA0CCF">
        <w:rPr>
          <w:rFonts w:asciiTheme="majorHAnsi" w:hAnsiTheme="majorHAnsi" w:eastAsiaTheme="majorEastAsia" w:cstheme="majorBidi"/>
          <w:sz w:val="24"/>
          <w:szCs w:val="24"/>
        </w:rPr>
        <w:t>parish].</w:t>
      </w:r>
    </w:p>
    <w:p w:rsidR="0AC90BF4" w:rsidP="0AC90BF4" w:rsidRDefault="0AC90BF4" w14:paraId="2476BC29" w14:textId="1F66666C">
      <w:pPr>
        <w:spacing w:after="0" w:line="250" w:lineRule="auto"/>
      </w:pPr>
    </w:p>
    <w:p w:rsidRPr="001366EE" w:rsidR="00385268" w:rsidP="0AC90BF4" w:rsidRDefault="57864579" w14:paraId="110B2B36" w14:textId="77777777">
      <w:pPr>
        <w:pStyle w:val="Heading2"/>
        <w:keepNext w:val="0"/>
        <w:keepLines w:val="0"/>
        <w:spacing w:before="0" w:line="250" w:lineRule="auto"/>
        <w:rPr>
          <w:color w:val="auto"/>
          <w:sz w:val="24"/>
          <w:szCs w:val="24"/>
        </w:rPr>
      </w:pPr>
      <w:r w:rsidRPr="001366EE">
        <w:rPr>
          <w:color w:val="auto"/>
          <w:sz w:val="28"/>
          <w:szCs w:val="28"/>
        </w:rPr>
        <w:t>Purpose of the Role</w:t>
      </w:r>
    </w:p>
    <w:p w:rsidR="57864579" w:rsidP="0AC90BF4" w:rsidRDefault="00266095" w14:paraId="607255AC" w14:textId="0BEA457C">
      <w:pPr>
        <w:spacing w:after="0" w:line="250" w:lineRule="auto"/>
      </w:pPr>
      <w:r>
        <w:rPr>
          <w:rFonts w:asciiTheme="majorHAnsi" w:hAnsiTheme="majorHAnsi" w:eastAsiaTheme="majorEastAsia" w:cstheme="majorBidi"/>
          <w:sz w:val="24"/>
          <w:szCs w:val="24"/>
        </w:rPr>
        <w:t xml:space="preserve">[Brief </w:t>
      </w:r>
      <w:r w:rsidR="0074554F">
        <w:rPr>
          <w:rFonts w:asciiTheme="majorHAnsi" w:hAnsiTheme="majorHAnsi" w:eastAsiaTheme="majorEastAsia" w:cstheme="majorBidi"/>
          <w:sz w:val="24"/>
          <w:szCs w:val="24"/>
        </w:rPr>
        <w:t>paragraph summarising the responsibilities section].</w:t>
      </w:r>
    </w:p>
    <w:p w:rsidR="0AC90BF4" w:rsidP="0AC90BF4" w:rsidRDefault="0AC90BF4" w14:paraId="27C25EA9" w14:textId="005BBB25">
      <w:pPr>
        <w:spacing w:after="0" w:line="250" w:lineRule="auto"/>
        <w:ind w:right="425"/>
        <w:rPr>
          <w:rFonts w:ascii="Calibri" w:hAnsi="Calibri" w:eastAsia="Calibri" w:cs="Calibri"/>
          <w:b/>
          <w:bCs/>
          <w:color w:val="8B2332"/>
          <w:sz w:val="24"/>
          <w:szCs w:val="24"/>
        </w:rPr>
      </w:pPr>
    </w:p>
    <w:p w:rsidRPr="001366EE" w:rsidR="00385268" w:rsidP="0AC90BF4" w:rsidRDefault="57864579" w14:paraId="6E48AD26" w14:textId="77777777">
      <w:pPr>
        <w:pStyle w:val="Heading2"/>
        <w:keepNext w:val="0"/>
        <w:keepLines w:val="0"/>
        <w:spacing w:before="0" w:line="250" w:lineRule="auto"/>
        <w:rPr>
          <w:color w:val="auto"/>
          <w:sz w:val="24"/>
          <w:szCs w:val="24"/>
        </w:rPr>
      </w:pPr>
      <w:r w:rsidRPr="001366EE">
        <w:rPr>
          <w:color w:val="auto"/>
          <w:sz w:val="28"/>
          <w:szCs w:val="28"/>
        </w:rPr>
        <w:t>Key Responsibilities</w:t>
      </w:r>
    </w:p>
    <w:p w:rsidR="0005143E" w:rsidP="00946E98" w:rsidRDefault="001370F2" w14:paraId="00D04AEC" w14:textId="4F5429A0">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Support play activities</w:t>
      </w:r>
      <w:r w:rsidR="00167F8C">
        <w:rPr>
          <w:rFonts w:asciiTheme="majorHAnsi" w:hAnsiTheme="majorHAnsi" w:eastAsiaTheme="majorEastAsia" w:cstheme="majorBidi"/>
          <w:color w:val="000000" w:themeColor="text1"/>
          <w:sz w:val="24"/>
          <w:szCs w:val="24"/>
        </w:rPr>
        <w:t>, from building towers and reading picture books, to imaginative role play and creative crafts</w:t>
      </w:r>
    </w:p>
    <w:p w:rsidR="00243363" w:rsidP="00946E98" w:rsidRDefault="006941EA" w14:paraId="31074BDE" w14:textId="37697BBB">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Assist with s</w:t>
      </w:r>
      <w:r w:rsidR="005A694C">
        <w:rPr>
          <w:rFonts w:asciiTheme="majorHAnsi" w:hAnsiTheme="majorHAnsi" w:eastAsiaTheme="majorEastAsia" w:cstheme="majorBidi"/>
          <w:color w:val="000000" w:themeColor="text1"/>
          <w:sz w:val="24"/>
          <w:szCs w:val="24"/>
        </w:rPr>
        <w:t>etting up the creche</w:t>
      </w:r>
      <w:r w:rsidR="00A04D7D">
        <w:rPr>
          <w:rFonts w:asciiTheme="majorHAnsi" w:hAnsiTheme="majorHAnsi" w:eastAsiaTheme="majorEastAsia" w:cstheme="majorBidi"/>
          <w:color w:val="000000" w:themeColor="text1"/>
          <w:sz w:val="24"/>
          <w:szCs w:val="24"/>
        </w:rPr>
        <w:t xml:space="preserve"> area and clearing away</w:t>
      </w:r>
    </w:p>
    <w:p w:rsidR="00A04D7D" w:rsidP="00946E98" w:rsidRDefault="006941EA" w14:paraId="72F4193B" w14:textId="3C045E78">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Help maintain a safe environment by following </w:t>
      </w:r>
      <w:r w:rsidR="00E51904">
        <w:rPr>
          <w:rFonts w:asciiTheme="majorHAnsi" w:hAnsiTheme="majorHAnsi" w:eastAsiaTheme="majorEastAsia" w:cstheme="majorBidi"/>
          <w:color w:val="000000" w:themeColor="text1"/>
          <w:sz w:val="24"/>
          <w:szCs w:val="24"/>
        </w:rPr>
        <w:t>safeguarding and health and safety guidelines</w:t>
      </w:r>
    </w:p>
    <w:p w:rsidR="00A04D7D" w:rsidP="00946E98" w:rsidRDefault="00F90E1D" w14:paraId="0FC437BA" w14:textId="32054EFA">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Regular checking of toys</w:t>
      </w:r>
    </w:p>
    <w:p w:rsidR="000E6256" w:rsidP="00946E98" w:rsidRDefault="006C3E6C" w14:paraId="1B919A76" w14:textId="316A5D98">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Offer comfort and reassurance</w:t>
      </w:r>
      <w:r w:rsidR="003244EB">
        <w:rPr>
          <w:rFonts w:asciiTheme="majorHAnsi" w:hAnsiTheme="majorHAnsi" w:eastAsiaTheme="majorEastAsia" w:cstheme="majorBidi"/>
          <w:color w:val="000000" w:themeColor="text1"/>
          <w:sz w:val="24"/>
          <w:szCs w:val="24"/>
        </w:rPr>
        <w:t xml:space="preserve"> </w:t>
      </w:r>
      <w:r>
        <w:rPr>
          <w:rFonts w:asciiTheme="majorHAnsi" w:hAnsiTheme="majorHAnsi" w:eastAsiaTheme="majorEastAsia" w:cstheme="majorBidi"/>
          <w:color w:val="000000" w:themeColor="text1"/>
          <w:sz w:val="24"/>
          <w:szCs w:val="24"/>
        </w:rPr>
        <w:t xml:space="preserve">to children who may </w:t>
      </w:r>
      <w:r w:rsidR="003244EB">
        <w:rPr>
          <w:rFonts w:asciiTheme="majorHAnsi" w:hAnsiTheme="majorHAnsi" w:eastAsiaTheme="majorEastAsia" w:cstheme="majorBidi"/>
          <w:color w:val="000000" w:themeColor="text1"/>
          <w:sz w:val="24"/>
          <w:szCs w:val="24"/>
        </w:rPr>
        <w:t>be shy or unsettled</w:t>
      </w:r>
    </w:p>
    <w:p w:rsidRPr="00946E98" w:rsidR="00BE5ADA" w:rsidP="00946E98" w:rsidRDefault="003244EB" w14:paraId="03EF8146" w14:textId="37B580F4">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Work alongside Creche Leader and other volunteers to ensure smooth running of each session</w:t>
      </w:r>
    </w:p>
    <w:p w:rsidR="00072F77" w:rsidP="0AC90BF4" w:rsidRDefault="00072F77" w14:paraId="08B12C7F" w14:textId="77777777">
      <w:pPr>
        <w:spacing w:after="0" w:line="250" w:lineRule="auto"/>
        <w:rPr>
          <w:rFonts w:asciiTheme="majorHAnsi" w:hAnsiTheme="majorHAnsi" w:eastAsiaTheme="majorEastAsia" w:cstheme="majorBidi"/>
          <w:color w:val="000000" w:themeColor="text1"/>
          <w:sz w:val="24"/>
          <w:szCs w:val="24"/>
        </w:rPr>
      </w:pPr>
    </w:p>
    <w:p w:rsidR="673375A8" w:rsidP="0AC90BF4" w:rsidRDefault="673375A8" w14:paraId="1926283C" w14:textId="0E66248D">
      <w:pPr>
        <w:spacing w:after="0" w:line="250" w:lineRule="auto"/>
        <w:rPr>
          <w:rFonts w:asciiTheme="majorHAnsi" w:hAnsiTheme="majorHAnsi" w:eastAsiaTheme="majorEastAsia" w:cstheme="majorBidi"/>
          <w:color w:val="000000" w:themeColor="text1"/>
          <w:sz w:val="24"/>
          <w:szCs w:val="24"/>
        </w:rPr>
      </w:pPr>
      <w:r w:rsidRPr="0AC90BF4">
        <w:rPr>
          <w:rFonts w:asciiTheme="majorHAnsi" w:hAnsiTheme="majorHAnsi" w:eastAsiaTheme="majorEastAsia" w:cstheme="majorBidi"/>
          <w:color w:val="000000" w:themeColor="text1"/>
          <w:sz w:val="24"/>
          <w:szCs w:val="24"/>
        </w:rPr>
        <w:t xml:space="preserve">The role holder must </w:t>
      </w:r>
      <w:r w:rsidRPr="0AC90BF4" w:rsidR="142B0EB8">
        <w:rPr>
          <w:rFonts w:asciiTheme="majorHAnsi" w:hAnsiTheme="majorHAnsi" w:eastAsiaTheme="majorEastAsia" w:cstheme="majorBidi"/>
          <w:color w:val="000000" w:themeColor="text1"/>
          <w:sz w:val="24"/>
          <w:szCs w:val="24"/>
        </w:rPr>
        <w:t xml:space="preserve">carry out duties in line with </w:t>
      </w:r>
      <w:r w:rsidR="008A720F">
        <w:rPr>
          <w:rFonts w:asciiTheme="majorHAnsi" w:hAnsiTheme="majorHAnsi" w:eastAsiaTheme="majorEastAsia" w:cstheme="majorBidi"/>
          <w:color w:val="000000" w:themeColor="text1"/>
          <w:sz w:val="24"/>
          <w:szCs w:val="24"/>
        </w:rPr>
        <w:t>[name of Parish’</w:t>
      </w:r>
      <w:r w:rsidRPr="0AC90BF4" w:rsidR="142B0EB8">
        <w:rPr>
          <w:rFonts w:asciiTheme="majorHAnsi" w:hAnsiTheme="majorHAnsi" w:eastAsiaTheme="majorEastAsia" w:cstheme="majorBidi"/>
          <w:color w:val="000000" w:themeColor="text1"/>
          <w:sz w:val="24"/>
          <w:szCs w:val="24"/>
        </w:rPr>
        <w:t>s</w:t>
      </w:r>
      <w:r w:rsidR="00697B8A">
        <w:rPr>
          <w:rFonts w:asciiTheme="majorHAnsi" w:hAnsiTheme="majorHAnsi" w:eastAsiaTheme="majorEastAsia" w:cstheme="majorBidi"/>
          <w:color w:val="000000" w:themeColor="text1"/>
          <w:sz w:val="24"/>
          <w:szCs w:val="24"/>
        </w:rPr>
        <w:t>]</w:t>
      </w:r>
      <w:r w:rsidRPr="0AC90BF4" w:rsidR="142B0EB8">
        <w:rPr>
          <w:rFonts w:asciiTheme="majorHAnsi" w:hAnsiTheme="majorHAnsi" w:eastAsiaTheme="majorEastAsia" w:cstheme="majorBidi"/>
          <w:color w:val="000000" w:themeColor="text1"/>
          <w:sz w:val="24"/>
          <w:szCs w:val="24"/>
        </w:rPr>
        <w:t xml:space="preserve"> policies and procedures, including safeguarding, data protection, health and </w:t>
      </w:r>
      <w:r w:rsidRPr="0AC90BF4" w:rsidR="4AA12879">
        <w:rPr>
          <w:rFonts w:asciiTheme="majorHAnsi" w:hAnsiTheme="majorHAnsi" w:eastAsiaTheme="majorEastAsia" w:cstheme="majorBidi"/>
          <w:color w:val="000000" w:themeColor="text1"/>
          <w:sz w:val="24"/>
          <w:szCs w:val="24"/>
        </w:rPr>
        <w:t>safety,</w:t>
      </w:r>
      <w:r w:rsidRPr="0AC90BF4" w:rsidR="142B0EB8">
        <w:rPr>
          <w:rFonts w:asciiTheme="majorHAnsi" w:hAnsiTheme="majorHAnsi" w:eastAsiaTheme="majorEastAsia" w:cstheme="majorBidi"/>
          <w:color w:val="000000" w:themeColor="text1"/>
          <w:sz w:val="24"/>
          <w:szCs w:val="24"/>
        </w:rPr>
        <w:t xml:space="preserve"> and equal opportunities</w:t>
      </w:r>
      <w:r w:rsidRPr="0AC90BF4" w:rsidR="263B6647">
        <w:rPr>
          <w:rFonts w:asciiTheme="majorHAnsi" w:hAnsiTheme="majorHAnsi" w:eastAsiaTheme="majorEastAsia" w:cstheme="majorBidi"/>
          <w:color w:val="000000" w:themeColor="text1"/>
          <w:sz w:val="24"/>
          <w:szCs w:val="24"/>
        </w:rPr>
        <w:t>.</w:t>
      </w:r>
    </w:p>
    <w:p w:rsidR="0AC90BF4" w:rsidP="0AC90BF4" w:rsidRDefault="0AC90BF4" w14:paraId="2E87CC49" w14:textId="5FF80D72">
      <w:pPr>
        <w:spacing w:after="0" w:line="250" w:lineRule="auto"/>
        <w:rPr>
          <w:rFonts w:asciiTheme="majorHAnsi" w:hAnsiTheme="majorHAnsi" w:eastAsiaTheme="majorEastAsia" w:cstheme="majorBidi"/>
          <w:sz w:val="24"/>
          <w:szCs w:val="24"/>
        </w:rPr>
      </w:pPr>
    </w:p>
    <w:p w:rsidR="142B0EB8" w:rsidP="0AC90BF4" w:rsidRDefault="142B0EB8" w14:paraId="5E556A83" w14:textId="4CD79445">
      <w:pPr>
        <w:spacing w:after="0" w:line="250" w:lineRule="auto"/>
        <w:rPr>
          <w:rFonts w:asciiTheme="majorHAnsi" w:hAnsiTheme="majorHAnsi" w:eastAsiaTheme="majorEastAsia" w:cstheme="majorBidi"/>
          <w:sz w:val="24"/>
          <w:szCs w:val="24"/>
        </w:rPr>
      </w:pPr>
      <w:r w:rsidRPr="0AC90BF4">
        <w:rPr>
          <w:rFonts w:asciiTheme="majorHAnsi" w:hAnsiTheme="majorHAnsi" w:eastAsiaTheme="majorEastAsia" w:cstheme="majorBidi"/>
          <w:sz w:val="24"/>
          <w:szCs w:val="24"/>
        </w:rPr>
        <w:lastRenderedPageBreak/>
        <w:t xml:space="preserve">This role description is issued as a guideline to assist you in your </w:t>
      </w:r>
      <w:r w:rsidRPr="0AC90BF4" w:rsidR="76CB0AE9">
        <w:rPr>
          <w:rFonts w:asciiTheme="majorHAnsi" w:hAnsiTheme="majorHAnsi" w:eastAsiaTheme="majorEastAsia" w:cstheme="majorBidi"/>
          <w:sz w:val="24"/>
          <w:szCs w:val="24"/>
        </w:rPr>
        <w:t>duties;</w:t>
      </w:r>
      <w:r w:rsidRPr="0AC90BF4">
        <w:rPr>
          <w:rFonts w:asciiTheme="majorHAnsi" w:hAnsiTheme="majorHAnsi" w:eastAsiaTheme="majorEastAsia" w:cstheme="majorBidi"/>
          <w:sz w:val="24"/>
          <w:szCs w:val="24"/>
        </w:rPr>
        <w:t xml:space="preserve"> it is not exclusive or exhaustive. Due to the evolving nature and changing demands of our service to the </w:t>
      </w:r>
      <w:r w:rsidR="00D0310B">
        <w:rPr>
          <w:rFonts w:asciiTheme="majorHAnsi" w:hAnsiTheme="majorHAnsi" w:eastAsiaTheme="majorEastAsia" w:cstheme="majorBidi"/>
          <w:sz w:val="24"/>
          <w:szCs w:val="24"/>
        </w:rPr>
        <w:t>parish</w:t>
      </w:r>
      <w:r w:rsidRPr="0AC90BF4" w:rsidR="34AFE220">
        <w:rPr>
          <w:rFonts w:asciiTheme="majorHAnsi" w:hAnsiTheme="majorHAnsi" w:eastAsiaTheme="majorEastAsia" w:cstheme="majorBidi"/>
          <w:sz w:val="24"/>
          <w:szCs w:val="24"/>
        </w:rPr>
        <w:t>,</w:t>
      </w:r>
      <w:r w:rsidRPr="0AC90BF4">
        <w:rPr>
          <w:rFonts w:asciiTheme="majorHAnsi" w:hAnsiTheme="majorHAnsi" w:eastAsiaTheme="majorEastAsia" w:cstheme="majorBidi"/>
          <w:sz w:val="24"/>
          <w:szCs w:val="24"/>
        </w:rPr>
        <w:t xml:space="preserve"> this role description may be regularly reviewed to ensure it is an accurate representation of your role. You may, on occasions, be required to undertake additional or other duties as may reasonably be expected within the scope and grading of the role and according to the needs of the organisation. </w:t>
      </w:r>
    </w:p>
    <w:p w:rsidR="0AC90BF4" w:rsidP="0AC90BF4" w:rsidRDefault="0AC90BF4" w14:paraId="0DD44E56" w14:textId="1E7FFE34">
      <w:pPr>
        <w:pStyle w:val="Heading2"/>
        <w:keepNext w:val="0"/>
        <w:keepLines w:val="0"/>
        <w:spacing w:before="0" w:line="250" w:lineRule="auto"/>
        <w:rPr>
          <w:sz w:val="24"/>
          <w:szCs w:val="24"/>
        </w:rPr>
      </w:pPr>
    </w:p>
    <w:p w:rsidRPr="00F07010" w:rsidR="00385268" w:rsidP="0AC90BF4" w:rsidRDefault="57864579" w14:paraId="2ECF66B3" w14:textId="77777777">
      <w:pPr>
        <w:pStyle w:val="Heading2"/>
        <w:keepNext w:val="0"/>
        <w:keepLines w:val="0"/>
        <w:spacing w:before="0" w:line="250" w:lineRule="auto"/>
        <w:rPr>
          <w:color w:val="auto"/>
          <w:sz w:val="28"/>
          <w:szCs w:val="28"/>
        </w:rPr>
      </w:pPr>
      <w:r w:rsidRPr="00F07010">
        <w:rPr>
          <w:color w:val="auto"/>
          <w:sz w:val="28"/>
          <w:szCs w:val="28"/>
        </w:rPr>
        <w:t>Support and Expenses</w:t>
      </w:r>
    </w:p>
    <w:p w:rsidR="00957280" w:rsidP="0AC90BF4" w:rsidRDefault="00AC08F0" w14:paraId="5B27F33D" w14:textId="733AA88B">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[Reimbursement of reasonable expenses in line with [Parish name] policy</w:t>
      </w:r>
      <w:r w:rsidR="00322903">
        <w:rPr>
          <w:rFonts w:asciiTheme="majorHAnsi" w:hAnsiTheme="majorHAnsi" w:eastAsiaTheme="majorEastAsia" w:cstheme="majorBidi"/>
          <w:sz w:val="24"/>
          <w:szCs w:val="24"/>
        </w:rPr>
        <w:t>, agreed in advance with the volunteer manager.]</w:t>
      </w:r>
    </w:p>
    <w:p w:rsidR="00B87D43" w:rsidP="0AC90BF4" w:rsidRDefault="00B87D43" w14:paraId="756EC942" w14:textId="77777777">
      <w:pPr>
        <w:spacing w:after="0" w:line="250" w:lineRule="auto"/>
        <w:rPr>
          <w:rFonts w:asciiTheme="majorHAnsi" w:hAnsiTheme="majorHAnsi" w:eastAsiaTheme="majorEastAsia" w:cstheme="majorBidi"/>
          <w:sz w:val="24"/>
          <w:szCs w:val="24"/>
        </w:rPr>
      </w:pPr>
    </w:p>
    <w:p w:rsidR="00072F77" w:rsidP="0AC90BF4" w:rsidRDefault="00072F77" w14:paraId="4CC11468" w14:textId="77777777">
      <w:pPr>
        <w:spacing w:after="0" w:line="250" w:lineRule="auto"/>
        <w:rPr>
          <w:rFonts w:asciiTheme="majorHAnsi" w:hAnsiTheme="majorHAnsi" w:eastAsiaTheme="majorEastAsia" w:cstheme="majorBidi"/>
          <w:sz w:val="24"/>
          <w:szCs w:val="24"/>
        </w:rPr>
      </w:pPr>
    </w:p>
    <w:p w:rsidR="00072F77" w:rsidP="0AC90BF4" w:rsidRDefault="00072F77" w14:paraId="6B9FA648" w14:textId="77777777">
      <w:pPr>
        <w:spacing w:after="0" w:line="250" w:lineRule="auto"/>
        <w:rPr>
          <w:rFonts w:asciiTheme="majorHAnsi" w:hAnsiTheme="majorHAnsi" w:eastAsiaTheme="majorEastAsia" w:cstheme="majorBidi"/>
          <w:sz w:val="24"/>
          <w:szCs w:val="24"/>
        </w:rPr>
      </w:pPr>
    </w:p>
    <w:p w:rsidR="00072F77" w:rsidP="0AC90BF4" w:rsidRDefault="00072F77" w14:paraId="2E9A6186" w14:textId="77777777">
      <w:pPr>
        <w:spacing w:after="0" w:line="250" w:lineRule="auto"/>
        <w:rPr>
          <w:rFonts w:asciiTheme="majorHAnsi" w:hAnsiTheme="majorHAnsi" w:eastAsiaTheme="majorEastAsia" w:cstheme="majorBidi"/>
          <w:sz w:val="24"/>
          <w:szCs w:val="24"/>
        </w:rPr>
      </w:pPr>
    </w:p>
    <w:p w:rsidR="00072F77" w:rsidP="0AC90BF4" w:rsidRDefault="00072F77" w14:paraId="46AC1C9B" w14:textId="77777777">
      <w:pPr>
        <w:spacing w:after="0" w:line="250" w:lineRule="auto"/>
        <w:rPr>
          <w:rFonts w:asciiTheme="majorHAnsi" w:hAnsiTheme="majorHAnsi" w:eastAsiaTheme="majorEastAsia" w:cstheme="majorBidi"/>
          <w:sz w:val="24"/>
          <w:szCs w:val="24"/>
        </w:rPr>
      </w:pPr>
    </w:p>
    <w:p w:rsidR="00072F77" w:rsidP="0AC90BF4" w:rsidRDefault="00072F77" w14:paraId="41981EA3" w14:textId="77777777">
      <w:pPr>
        <w:spacing w:after="0" w:line="250" w:lineRule="auto"/>
        <w:rPr>
          <w:rFonts w:asciiTheme="majorHAnsi" w:hAnsiTheme="majorHAnsi" w:eastAsiaTheme="majorEastAsia" w:cstheme="majorBidi"/>
          <w:sz w:val="24"/>
          <w:szCs w:val="24"/>
        </w:rPr>
      </w:pPr>
    </w:p>
    <w:p w:rsidR="00072F77" w:rsidP="0AC90BF4" w:rsidRDefault="00072F77" w14:paraId="2E1E61C3" w14:textId="77777777">
      <w:pPr>
        <w:spacing w:after="0" w:line="250" w:lineRule="auto"/>
        <w:rPr>
          <w:rFonts w:asciiTheme="majorHAnsi" w:hAnsiTheme="majorHAnsi" w:eastAsiaTheme="majorEastAsia" w:cstheme="majorBidi"/>
          <w:sz w:val="24"/>
          <w:szCs w:val="24"/>
        </w:rPr>
      </w:pPr>
    </w:p>
    <w:p w:rsidR="00072F77" w:rsidP="0AC90BF4" w:rsidRDefault="00072F77" w14:paraId="3A0E5DD5" w14:textId="77777777">
      <w:pPr>
        <w:spacing w:after="0" w:line="250" w:lineRule="auto"/>
        <w:rPr>
          <w:rFonts w:asciiTheme="majorHAnsi" w:hAnsiTheme="majorHAnsi" w:eastAsiaTheme="majorEastAsia" w:cstheme="majorBidi"/>
          <w:sz w:val="24"/>
          <w:szCs w:val="24"/>
        </w:rPr>
      </w:pPr>
    </w:p>
    <w:p w:rsidR="00072F77" w:rsidP="0AC90BF4" w:rsidRDefault="00072F77" w14:paraId="321F50AC" w14:textId="77777777">
      <w:pPr>
        <w:spacing w:after="0" w:line="250" w:lineRule="auto"/>
        <w:rPr>
          <w:rFonts w:asciiTheme="majorHAnsi" w:hAnsiTheme="majorHAnsi" w:eastAsiaTheme="majorEastAsia" w:cstheme="majorBidi"/>
          <w:sz w:val="24"/>
          <w:szCs w:val="24"/>
        </w:rPr>
      </w:pPr>
    </w:p>
    <w:p w:rsidR="00072F77" w:rsidP="0AC90BF4" w:rsidRDefault="00072F77" w14:paraId="5BB27B65" w14:textId="77777777">
      <w:pPr>
        <w:spacing w:after="0" w:line="250" w:lineRule="auto"/>
        <w:rPr>
          <w:rFonts w:asciiTheme="majorHAnsi" w:hAnsiTheme="majorHAnsi" w:eastAsiaTheme="majorEastAsia" w:cstheme="majorBidi"/>
          <w:sz w:val="24"/>
          <w:szCs w:val="24"/>
        </w:rPr>
      </w:pPr>
    </w:p>
    <w:p w:rsidR="00072F77" w:rsidP="0AC90BF4" w:rsidRDefault="00072F77" w14:paraId="24495638" w14:textId="77777777">
      <w:pPr>
        <w:spacing w:after="0" w:line="250" w:lineRule="auto"/>
        <w:rPr>
          <w:rFonts w:asciiTheme="majorHAnsi" w:hAnsiTheme="majorHAnsi" w:eastAsiaTheme="majorEastAsia" w:cstheme="majorBidi"/>
          <w:sz w:val="24"/>
          <w:szCs w:val="24"/>
        </w:rPr>
      </w:pPr>
    </w:p>
    <w:p w:rsidR="00F07010" w:rsidP="0AC90BF4" w:rsidRDefault="00F07010" w14:paraId="3B016E8A" w14:textId="77777777">
      <w:pPr>
        <w:spacing w:after="0" w:line="250" w:lineRule="auto"/>
        <w:rPr>
          <w:rFonts w:asciiTheme="majorHAnsi" w:hAnsiTheme="majorHAnsi" w:eastAsiaTheme="majorEastAsia" w:cstheme="majorBidi"/>
          <w:sz w:val="24"/>
          <w:szCs w:val="24"/>
        </w:rPr>
      </w:pPr>
    </w:p>
    <w:p w:rsidR="00F07010" w:rsidP="0AC90BF4" w:rsidRDefault="00F07010" w14:paraId="65AE2065" w14:textId="77777777">
      <w:pPr>
        <w:spacing w:after="0" w:line="250" w:lineRule="auto"/>
        <w:rPr>
          <w:rFonts w:asciiTheme="majorHAnsi" w:hAnsiTheme="majorHAnsi" w:eastAsiaTheme="majorEastAsia" w:cstheme="majorBidi"/>
          <w:sz w:val="24"/>
          <w:szCs w:val="24"/>
        </w:rPr>
      </w:pPr>
    </w:p>
    <w:p w:rsidR="00F07010" w:rsidP="0AC90BF4" w:rsidRDefault="00F07010" w14:paraId="5F753A4B" w14:textId="77777777">
      <w:pPr>
        <w:spacing w:after="0" w:line="250" w:lineRule="auto"/>
        <w:rPr>
          <w:rFonts w:asciiTheme="majorHAnsi" w:hAnsiTheme="majorHAnsi" w:eastAsiaTheme="majorEastAsia" w:cstheme="majorBidi"/>
          <w:sz w:val="24"/>
          <w:szCs w:val="24"/>
        </w:rPr>
      </w:pPr>
    </w:p>
    <w:p w:rsidR="00F07010" w:rsidP="0AC90BF4" w:rsidRDefault="00F07010" w14:paraId="4B2B21C2" w14:textId="77777777">
      <w:pPr>
        <w:spacing w:after="0" w:line="250" w:lineRule="auto"/>
        <w:rPr>
          <w:rFonts w:asciiTheme="majorHAnsi" w:hAnsiTheme="majorHAnsi" w:eastAsiaTheme="majorEastAsia" w:cstheme="majorBidi"/>
          <w:sz w:val="24"/>
          <w:szCs w:val="24"/>
        </w:rPr>
      </w:pPr>
    </w:p>
    <w:p w:rsidR="00F07010" w:rsidP="0AC90BF4" w:rsidRDefault="00F07010" w14:paraId="2EF16A73" w14:textId="77777777">
      <w:pPr>
        <w:spacing w:after="0" w:line="250" w:lineRule="auto"/>
        <w:rPr>
          <w:rFonts w:asciiTheme="majorHAnsi" w:hAnsiTheme="majorHAnsi" w:eastAsiaTheme="majorEastAsia" w:cstheme="majorBidi"/>
          <w:sz w:val="24"/>
          <w:szCs w:val="24"/>
        </w:rPr>
      </w:pPr>
    </w:p>
    <w:p w:rsidR="00F07010" w:rsidP="0AC90BF4" w:rsidRDefault="00F07010" w14:paraId="18EFFAB8" w14:textId="77777777">
      <w:pPr>
        <w:spacing w:after="0" w:line="250" w:lineRule="auto"/>
        <w:rPr>
          <w:rFonts w:asciiTheme="majorHAnsi" w:hAnsiTheme="majorHAnsi" w:eastAsiaTheme="majorEastAsia" w:cstheme="majorBidi"/>
          <w:sz w:val="24"/>
          <w:szCs w:val="24"/>
        </w:rPr>
      </w:pPr>
    </w:p>
    <w:p w:rsidR="00F07010" w:rsidP="0AC90BF4" w:rsidRDefault="00F07010" w14:paraId="3C23F08B" w14:textId="77777777">
      <w:pPr>
        <w:spacing w:after="0" w:line="250" w:lineRule="auto"/>
        <w:rPr>
          <w:rFonts w:asciiTheme="majorHAnsi" w:hAnsiTheme="majorHAnsi" w:eastAsiaTheme="majorEastAsia" w:cstheme="majorBidi"/>
          <w:sz w:val="24"/>
          <w:szCs w:val="24"/>
        </w:rPr>
      </w:pPr>
    </w:p>
    <w:p w:rsidR="00F07010" w:rsidP="0AC90BF4" w:rsidRDefault="00F07010" w14:paraId="467A5BF3" w14:textId="77777777">
      <w:pPr>
        <w:spacing w:after="0" w:line="250" w:lineRule="auto"/>
        <w:rPr>
          <w:rFonts w:asciiTheme="majorHAnsi" w:hAnsiTheme="majorHAnsi" w:eastAsiaTheme="majorEastAsia" w:cstheme="majorBidi"/>
          <w:sz w:val="24"/>
          <w:szCs w:val="24"/>
        </w:rPr>
      </w:pPr>
    </w:p>
    <w:p w:rsidR="00F07010" w:rsidP="0AC90BF4" w:rsidRDefault="00F07010" w14:paraId="5B6F41A8" w14:textId="77777777">
      <w:pPr>
        <w:spacing w:after="0" w:line="250" w:lineRule="auto"/>
        <w:rPr>
          <w:rFonts w:asciiTheme="majorHAnsi" w:hAnsiTheme="majorHAnsi" w:eastAsiaTheme="majorEastAsia" w:cstheme="majorBidi"/>
          <w:sz w:val="24"/>
          <w:szCs w:val="24"/>
        </w:rPr>
      </w:pPr>
    </w:p>
    <w:p w:rsidR="00F07010" w:rsidP="0AC90BF4" w:rsidRDefault="00F07010" w14:paraId="0B55DB60" w14:textId="77777777">
      <w:pPr>
        <w:spacing w:after="0" w:line="250" w:lineRule="auto"/>
        <w:rPr>
          <w:rFonts w:asciiTheme="majorHAnsi" w:hAnsiTheme="majorHAnsi" w:eastAsiaTheme="majorEastAsia" w:cstheme="majorBidi"/>
          <w:sz w:val="24"/>
          <w:szCs w:val="24"/>
        </w:rPr>
      </w:pPr>
    </w:p>
    <w:p w:rsidR="00F07010" w:rsidP="0AC90BF4" w:rsidRDefault="00F07010" w14:paraId="261C8D14" w14:textId="77777777">
      <w:pPr>
        <w:spacing w:after="0" w:line="250" w:lineRule="auto"/>
        <w:rPr>
          <w:rFonts w:asciiTheme="majorHAnsi" w:hAnsiTheme="majorHAnsi" w:eastAsiaTheme="majorEastAsia" w:cstheme="majorBidi"/>
          <w:sz w:val="24"/>
          <w:szCs w:val="24"/>
        </w:rPr>
      </w:pPr>
    </w:p>
    <w:p w:rsidR="00F07010" w:rsidP="0AC90BF4" w:rsidRDefault="00F07010" w14:paraId="79F490DD" w14:textId="77777777">
      <w:pPr>
        <w:spacing w:after="0" w:line="250" w:lineRule="auto"/>
        <w:rPr>
          <w:rFonts w:asciiTheme="majorHAnsi" w:hAnsiTheme="majorHAnsi" w:eastAsiaTheme="majorEastAsia" w:cstheme="majorBidi"/>
          <w:sz w:val="24"/>
          <w:szCs w:val="24"/>
        </w:rPr>
      </w:pPr>
    </w:p>
    <w:p w:rsidR="00F07010" w:rsidP="0AC90BF4" w:rsidRDefault="00F07010" w14:paraId="0F006D52" w14:textId="77777777">
      <w:pPr>
        <w:spacing w:after="0" w:line="250" w:lineRule="auto"/>
        <w:rPr>
          <w:rFonts w:asciiTheme="majorHAnsi" w:hAnsiTheme="majorHAnsi" w:eastAsiaTheme="majorEastAsia" w:cstheme="majorBidi"/>
          <w:sz w:val="24"/>
          <w:szCs w:val="24"/>
        </w:rPr>
      </w:pPr>
    </w:p>
    <w:p w:rsidR="00F07010" w:rsidP="0AC90BF4" w:rsidRDefault="00F07010" w14:paraId="149E53D5" w14:textId="77777777">
      <w:pPr>
        <w:spacing w:after="0" w:line="250" w:lineRule="auto"/>
        <w:rPr>
          <w:rFonts w:asciiTheme="majorHAnsi" w:hAnsiTheme="majorHAnsi" w:eastAsiaTheme="majorEastAsia" w:cstheme="majorBidi"/>
          <w:sz w:val="24"/>
          <w:szCs w:val="24"/>
        </w:rPr>
      </w:pPr>
    </w:p>
    <w:p w:rsidR="00F07010" w:rsidP="0AC90BF4" w:rsidRDefault="00F07010" w14:paraId="1DB1AE99" w14:textId="77777777">
      <w:pPr>
        <w:spacing w:after="0" w:line="250" w:lineRule="auto"/>
        <w:rPr>
          <w:rFonts w:asciiTheme="majorHAnsi" w:hAnsiTheme="majorHAnsi" w:eastAsiaTheme="majorEastAsia" w:cstheme="majorBidi"/>
          <w:sz w:val="24"/>
          <w:szCs w:val="24"/>
        </w:rPr>
      </w:pPr>
    </w:p>
    <w:p w:rsidR="00F07010" w:rsidP="0AC90BF4" w:rsidRDefault="00F07010" w14:paraId="150E5BE3" w14:textId="77777777">
      <w:pPr>
        <w:spacing w:after="0" w:line="250" w:lineRule="auto"/>
        <w:rPr>
          <w:rFonts w:asciiTheme="majorHAnsi" w:hAnsiTheme="majorHAnsi" w:eastAsiaTheme="majorEastAsia" w:cstheme="majorBidi"/>
          <w:sz w:val="24"/>
          <w:szCs w:val="24"/>
        </w:rPr>
      </w:pPr>
    </w:p>
    <w:p w:rsidR="00F07010" w:rsidP="0AC90BF4" w:rsidRDefault="00F07010" w14:paraId="70520286" w14:textId="77777777">
      <w:pPr>
        <w:spacing w:after="0" w:line="250" w:lineRule="auto"/>
        <w:rPr>
          <w:rFonts w:asciiTheme="majorHAnsi" w:hAnsiTheme="majorHAnsi" w:eastAsiaTheme="majorEastAsia" w:cstheme="majorBidi"/>
          <w:sz w:val="24"/>
          <w:szCs w:val="24"/>
        </w:rPr>
      </w:pPr>
    </w:p>
    <w:p w:rsidR="00F07010" w:rsidP="0AC90BF4" w:rsidRDefault="00F07010" w14:paraId="158A8DFF" w14:textId="77777777">
      <w:pPr>
        <w:spacing w:after="0" w:line="250" w:lineRule="auto"/>
        <w:rPr>
          <w:rFonts w:asciiTheme="majorHAnsi" w:hAnsiTheme="majorHAnsi" w:eastAsiaTheme="majorEastAsia" w:cstheme="majorBidi"/>
          <w:sz w:val="24"/>
          <w:szCs w:val="24"/>
        </w:rPr>
      </w:pPr>
    </w:p>
    <w:p w:rsidR="00F07010" w:rsidP="0AC90BF4" w:rsidRDefault="00F07010" w14:paraId="747566F3" w14:textId="77777777">
      <w:pPr>
        <w:spacing w:after="0" w:line="250" w:lineRule="auto"/>
        <w:rPr>
          <w:rFonts w:asciiTheme="majorHAnsi" w:hAnsiTheme="majorHAnsi" w:eastAsiaTheme="majorEastAsia" w:cstheme="majorBidi"/>
          <w:sz w:val="24"/>
          <w:szCs w:val="24"/>
        </w:rPr>
      </w:pPr>
    </w:p>
    <w:p w:rsidR="00072F77" w:rsidP="0AC90BF4" w:rsidRDefault="00072F77" w14:paraId="22F5FA89" w14:textId="77777777">
      <w:pPr>
        <w:spacing w:after="0" w:line="250" w:lineRule="auto"/>
        <w:rPr>
          <w:rFonts w:asciiTheme="majorHAnsi" w:hAnsiTheme="majorHAnsi" w:eastAsiaTheme="majorEastAsia" w:cstheme="majorBidi"/>
          <w:sz w:val="24"/>
          <w:szCs w:val="24"/>
        </w:rPr>
      </w:pPr>
    </w:p>
    <w:p w:rsidRPr="00072F77" w:rsidR="00072F77" w:rsidP="00072F77" w:rsidRDefault="00072F77" w14:paraId="1668F52F" w14:textId="6EB78E50">
      <w:pPr>
        <w:spacing w:after="0" w:line="250" w:lineRule="auto"/>
        <w:rPr>
          <w:rFonts w:asciiTheme="majorHAnsi" w:hAnsiTheme="majorHAnsi" w:eastAsiaTheme="majorEastAsia" w:cstheme="majorBidi"/>
          <w:sz w:val="36"/>
          <w:szCs w:val="36"/>
          <w:lang w:val="en-GB"/>
        </w:rPr>
      </w:pPr>
      <w:r w:rsidRPr="00072F77">
        <w:rPr>
          <w:rFonts w:asciiTheme="majorHAnsi" w:hAnsiTheme="majorHAnsi" w:eastAsiaTheme="majorEastAsia" w:cstheme="majorBidi"/>
          <w:b/>
          <w:bCs/>
          <w:sz w:val="36"/>
          <w:szCs w:val="36"/>
        </w:rPr>
        <w:lastRenderedPageBreak/>
        <w:t>Person Specification: </w:t>
      </w:r>
      <w:r>
        <w:rPr>
          <w:rFonts w:asciiTheme="majorHAnsi" w:hAnsiTheme="majorHAnsi" w:eastAsiaTheme="majorEastAsia" w:cstheme="majorBidi"/>
          <w:b/>
          <w:bCs/>
          <w:sz w:val="36"/>
          <w:szCs w:val="36"/>
        </w:rPr>
        <w:t>Cr</w:t>
      </w:r>
      <w:r>
        <w:rPr>
          <w:rFonts w:asciiTheme="majorHAnsi" w:hAnsiTheme="majorHAnsi" w:eastAsiaTheme="majorEastAsia" w:cstheme="majorHAnsi"/>
          <w:b/>
          <w:bCs/>
          <w:sz w:val="36"/>
          <w:szCs w:val="36"/>
        </w:rPr>
        <w:t>è</w:t>
      </w:r>
      <w:r>
        <w:rPr>
          <w:rFonts w:asciiTheme="majorHAnsi" w:hAnsiTheme="majorHAnsi" w:eastAsiaTheme="majorEastAsia" w:cstheme="majorBidi"/>
          <w:b/>
          <w:bCs/>
          <w:sz w:val="36"/>
          <w:szCs w:val="36"/>
        </w:rPr>
        <w:t>che Helper</w:t>
      </w:r>
    </w:p>
    <w:tbl>
      <w:tblPr>
        <w:tblW w:w="85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3795"/>
        <w:gridCol w:w="2820"/>
      </w:tblGrid>
      <w:tr w:rsidRPr="00072F77" w:rsidR="00072F77" w:rsidTr="00F07010" w14:paraId="4C60D465" w14:textId="77777777">
        <w:trPr>
          <w:trHeight w:val="1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072F77" w:rsidR="00072F77" w:rsidP="00072F77" w:rsidRDefault="00072F77" w14:paraId="5392C0AC" w14:textId="77777777">
            <w:pPr>
              <w:spacing w:after="0" w:line="250" w:lineRule="auto"/>
              <w:rPr>
                <w:rFonts w:asciiTheme="majorHAnsi" w:hAnsiTheme="majorHAnsi" w:eastAsiaTheme="majorEastAsia" w:cstheme="majorBidi"/>
                <w:sz w:val="24"/>
                <w:szCs w:val="24"/>
                <w:lang w:val="en-GB"/>
              </w:rPr>
            </w:pPr>
            <w:r w:rsidRPr="00072F77">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5DCE4"/>
            <w:hideMark/>
          </w:tcPr>
          <w:p w:rsidRPr="00072F77" w:rsidR="00072F77" w:rsidP="00072F77" w:rsidRDefault="00072F77" w14:paraId="3FF673F4" w14:textId="77777777">
            <w:pPr>
              <w:spacing w:after="0" w:line="250" w:lineRule="auto"/>
              <w:rPr>
                <w:rFonts w:asciiTheme="majorHAnsi" w:hAnsiTheme="majorHAnsi" w:eastAsiaTheme="majorEastAsia" w:cstheme="majorBidi"/>
                <w:sz w:val="24"/>
                <w:szCs w:val="24"/>
                <w:lang w:val="en-GB"/>
              </w:rPr>
            </w:pPr>
            <w:r w:rsidRPr="00072F77">
              <w:rPr>
                <w:rFonts w:asciiTheme="majorHAnsi" w:hAnsiTheme="majorHAnsi" w:eastAsiaTheme="majorEastAsia" w:cstheme="majorBidi"/>
                <w:b/>
                <w:bCs/>
                <w:sz w:val="24"/>
                <w:szCs w:val="24"/>
                <w:lang w:val="en-GB"/>
              </w:rPr>
              <w:t>Essential</w:t>
            </w:r>
            <w:r w:rsidRPr="00072F77">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5DCE4"/>
            <w:hideMark/>
          </w:tcPr>
          <w:p w:rsidRPr="00072F77" w:rsidR="00072F77" w:rsidP="00072F77" w:rsidRDefault="00072F77" w14:paraId="6CCB3FF0" w14:textId="77777777">
            <w:pPr>
              <w:spacing w:after="0" w:line="250" w:lineRule="auto"/>
              <w:rPr>
                <w:rFonts w:asciiTheme="majorHAnsi" w:hAnsiTheme="majorHAnsi" w:eastAsiaTheme="majorEastAsia" w:cstheme="majorBidi"/>
                <w:sz w:val="24"/>
                <w:szCs w:val="24"/>
                <w:lang w:val="en-GB"/>
              </w:rPr>
            </w:pPr>
            <w:r w:rsidRPr="00072F77">
              <w:rPr>
                <w:rFonts w:asciiTheme="majorHAnsi" w:hAnsiTheme="majorHAnsi" w:eastAsiaTheme="majorEastAsia" w:cstheme="majorBidi"/>
                <w:b/>
                <w:bCs/>
                <w:sz w:val="24"/>
                <w:szCs w:val="24"/>
                <w:lang w:val="en-GB"/>
              </w:rPr>
              <w:t>Desirable</w:t>
            </w:r>
            <w:r w:rsidRPr="00072F77">
              <w:rPr>
                <w:rFonts w:asciiTheme="majorHAnsi" w:hAnsiTheme="majorHAnsi" w:eastAsiaTheme="majorEastAsia" w:cstheme="majorBidi"/>
                <w:sz w:val="24"/>
                <w:szCs w:val="24"/>
                <w:lang w:val="en-GB"/>
              </w:rPr>
              <w:t>    </w:t>
            </w:r>
          </w:p>
        </w:tc>
      </w:tr>
      <w:tr w:rsidRPr="00072F77" w:rsidR="00072F77" w:rsidTr="00F07010" w14:paraId="42CDD906"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072F77" w:rsidR="00072F77" w:rsidP="00072F77" w:rsidRDefault="00072F77" w14:paraId="39C10A6C" w14:textId="77777777">
            <w:pPr>
              <w:spacing w:after="0" w:line="250" w:lineRule="auto"/>
              <w:rPr>
                <w:rFonts w:asciiTheme="majorHAnsi" w:hAnsiTheme="majorHAnsi" w:eastAsiaTheme="majorEastAsia" w:cstheme="majorBidi"/>
                <w:sz w:val="24"/>
                <w:szCs w:val="24"/>
                <w:lang w:val="en-GB"/>
              </w:rPr>
            </w:pPr>
            <w:r w:rsidRPr="00072F77">
              <w:rPr>
                <w:rFonts w:asciiTheme="majorHAnsi" w:hAnsiTheme="majorHAnsi" w:eastAsiaTheme="majorEastAsia" w:cstheme="majorBidi"/>
                <w:b/>
                <w:bCs/>
                <w:sz w:val="24"/>
                <w:szCs w:val="24"/>
                <w:lang w:val="en-GB"/>
              </w:rPr>
              <w:t>Qualifications</w:t>
            </w:r>
            <w:r w:rsidRPr="00072F77">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hideMark/>
          </w:tcPr>
          <w:p w:rsidRPr="00072F77" w:rsidR="00072F77" w:rsidP="00072F77" w:rsidRDefault="00072F77" w14:paraId="3DB9A202" w14:textId="77777777">
            <w:pPr>
              <w:numPr>
                <w:ilvl w:val="0"/>
                <w:numId w:val="33"/>
              </w:numPr>
              <w:spacing w:after="0" w:line="250" w:lineRule="auto"/>
              <w:rPr>
                <w:rFonts w:asciiTheme="majorHAnsi" w:hAnsiTheme="majorHAnsi" w:eastAsiaTheme="majorEastAsia" w:cstheme="majorBidi"/>
                <w:sz w:val="24"/>
                <w:szCs w:val="24"/>
                <w:lang w:val="en-GB"/>
              </w:rPr>
            </w:pPr>
            <w:r w:rsidRPr="00072F77">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hideMark/>
          </w:tcPr>
          <w:p w:rsidRPr="00072F77" w:rsidR="00072F77" w:rsidP="00072F77" w:rsidRDefault="00072F77" w14:paraId="1588F93A" w14:textId="77777777">
            <w:pPr>
              <w:numPr>
                <w:ilvl w:val="0"/>
                <w:numId w:val="34"/>
              </w:numPr>
              <w:spacing w:after="0" w:line="250" w:lineRule="auto"/>
              <w:rPr>
                <w:rFonts w:asciiTheme="majorHAnsi" w:hAnsiTheme="majorHAnsi" w:eastAsiaTheme="majorEastAsia" w:cstheme="majorBidi"/>
                <w:sz w:val="24"/>
                <w:szCs w:val="24"/>
                <w:lang w:val="en-GB"/>
              </w:rPr>
            </w:pPr>
            <w:r w:rsidRPr="00072F77">
              <w:rPr>
                <w:rFonts w:asciiTheme="majorHAnsi" w:hAnsiTheme="majorHAnsi" w:eastAsiaTheme="majorEastAsia" w:cstheme="majorBidi"/>
                <w:sz w:val="24"/>
                <w:szCs w:val="24"/>
                <w:lang w:val="en-GB"/>
              </w:rPr>
              <w:t>    </w:t>
            </w:r>
          </w:p>
        </w:tc>
      </w:tr>
      <w:tr w:rsidRPr="00072F77" w:rsidR="00F07010" w:rsidTr="00F07010" w14:paraId="2F8A5A1A"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Pr="00072F77" w:rsidR="00F07010" w:rsidP="00072F77" w:rsidRDefault="00F07010" w14:paraId="1EF8F783" w14:textId="6FCEBC5F">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Experience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125984" w:rsidP="00125984" w:rsidRDefault="00125984" w14:paraId="1A0FF4F2" w14:textId="77777777">
            <w:pPr>
              <w:pStyle w:val="ListParagraph"/>
              <w:numPr>
                <w:ilvl w:val="0"/>
                <w:numId w:val="33"/>
              </w:numPr>
              <w:spacing w:after="0" w:line="250" w:lineRule="auto"/>
              <w:contextualSpacing w:val="0"/>
              <w:rPr>
                <w:rFonts w:ascii="Calibri" w:hAnsi="Calibri" w:eastAsia="Calibri" w:cs="Calibri"/>
                <w:sz w:val="24"/>
                <w:szCs w:val="24"/>
              </w:rPr>
            </w:pPr>
            <w:r>
              <w:rPr>
                <w:rFonts w:ascii="Calibri" w:hAnsi="Calibri" w:eastAsia="Calibri" w:cs="Calibri"/>
                <w:sz w:val="24"/>
                <w:szCs w:val="24"/>
              </w:rPr>
              <w:t>Experience of early years care, play work or a similar role (paid or voluntary)</w:t>
            </w:r>
          </w:p>
          <w:p w:rsidR="00264704" w:rsidP="00125984" w:rsidRDefault="00264704" w14:paraId="7922B4F8" w14:textId="138F4299">
            <w:pPr>
              <w:pStyle w:val="ListParagraph"/>
              <w:numPr>
                <w:ilvl w:val="0"/>
                <w:numId w:val="33"/>
              </w:numPr>
              <w:spacing w:after="0" w:line="250" w:lineRule="auto"/>
              <w:contextualSpacing w:val="0"/>
              <w:rPr>
                <w:rFonts w:ascii="Calibri" w:hAnsi="Calibri" w:eastAsia="Calibri" w:cs="Calibri"/>
                <w:sz w:val="24"/>
                <w:szCs w:val="24"/>
              </w:rPr>
            </w:pPr>
            <w:r>
              <w:rPr>
                <w:rFonts w:ascii="Calibri" w:hAnsi="Calibri" w:eastAsia="Calibri" w:cs="Calibri"/>
                <w:sz w:val="24"/>
                <w:szCs w:val="24"/>
              </w:rPr>
              <w:t>Good communication skills</w:t>
            </w:r>
          </w:p>
          <w:p w:rsidRPr="00072F77" w:rsidR="00F07010" w:rsidP="00125984" w:rsidRDefault="00125984" w14:paraId="503C190E" w14:textId="14BFD3F2">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Aware of health &amp; safety matters</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072F77" w:rsidR="00F07010" w:rsidP="00072F77" w:rsidRDefault="00F07010" w14:paraId="2C9A1E54" w14:textId="77777777">
            <w:pPr>
              <w:numPr>
                <w:ilvl w:val="0"/>
                <w:numId w:val="34"/>
              </w:numPr>
              <w:spacing w:after="0" w:line="250" w:lineRule="auto"/>
              <w:rPr>
                <w:rFonts w:asciiTheme="majorHAnsi" w:hAnsiTheme="majorHAnsi" w:eastAsiaTheme="majorEastAsia" w:cstheme="majorBidi"/>
                <w:sz w:val="24"/>
                <w:szCs w:val="24"/>
                <w:lang w:val="en-GB"/>
              </w:rPr>
            </w:pPr>
          </w:p>
        </w:tc>
      </w:tr>
      <w:tr w:rsidRPr="00072F77" w:rsidR="00F07010" w:rsidTr="00F07010" w14:paraId="6A7B4645"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F07010" w:rsidP="00072F77" w:rsidRDefault="00F07010" w14:paraId="6B0D3599" w14:textId="3D112FC4">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Skills &amp; Knowledge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Pr="00072F77" w:rsidR="00F07010" w:rsidP="00072F77" w:rsidRDefault="00F07010" w14:paraId="74CE19E0" w14:textId="77777777">
            <w:pPr>
              <w:numPr>
                <w:ilvl w:val="0"/>
                <w:numId w:val="33"/>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072F77" w:rsidR="00F07010" w:rsidP="00072F77" w:rsidRDefault="00F07010" w14:paraId="21C3AAC7" w14:textId="77777777">
            <w:pPr>
              <w:numPr>
                <w:ilvl w:val="0"/>
                <w:numId w:val="34"/>
              </w:numPr>
              <w:spacing w:after="0" w:line="250" w:lineRule="auto"/>
              <w:rPr>
                <w:rFonts w:asciiTheme="majorHAnsi" w:hAnsiTheme="majorHAnsi" w:eastAsiaTheme="majorEastAsia" w:cstheme="majorBidi"/>
                <w:sz w:val="24"/>
                <w:szCs w:val="24"/>
                <w:lang w:val="en-GB"/>
              </w:rPr>
            </w:pPr>
          </w:p>
        </w:tc>
      </w:tr>
      <w:tr w:rsidRPr="00072F77" w:rsidR="00F07010" w:rsidTr="00F07010" w14:paraId="6278AD0A"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F07010" w:rsidP="00072F77" w:rsidRDefault="00F07010" w14:paraId="0084B052" w14:textId="380D6230">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Personal</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F07010" w:rsidP="0067433C" w:rsidRDefault="008A53E8" w14:paraId="56E28DB4" w14:textId="77777777">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genuine love of working with young children and their parents/carers</w:t>
            </w:r>
          </w:p>
          <w:p w:rsidR="00264704" w:rsidP="0067433C" w:rsidRDefault="00264704" w14:paraId="4C631EE3" w14:textId="77777777">
            <w:pPr>
              <w:pStyle w:val="ListParagraph"/>
              <w:numPr>
                <w:ilvl w:val="0"/>
                <w:numId w:val="33"/>
              </w:numPr>
              <w:spacing w:after="0" w:line="250" w:lineRule="auto"/>
              <w:contextualSpacing w:val="0"/>
              <w:rPr>
                <w:rFonts w:ascii="Calibri" w:hAnsi="Calibri" w:eastAsia="Calibri" w:cs="Calibri"/>
                <w:sz w:val="24"/>
                <w:szCs w:val="24"/>
              </w:rPr>
            </w:pPr>
            <w:r>
              <w:rPr>
                <w:rFonts w:ascii="Calibri" w:hAnsi="Calibri" w:eastAsia="Calibri" w:cs="Calibri"/>
                <w:sz w:val="24"/>
                <w:szCs w:val="24"/>
              </w:rPr>
              <w:t>A warm, friendly manner and the ability to connect with children and parents/carers</w:t>
            </w:r>
          </w:p>
          <w:p w:rsidR="008D4EE8" w:rsidP="0067433C" w:rsidRDefault="008D4EE8" w14:paraId="2DAB9B43" w14:textId="77777777">
            <w:pPr>
              <w:pStyle w:val="ListParagraph"/>
              <w:numPr>
                <w:ilvl w:val="0"/>
                <w:numId w:val="33"/>
              </w:numPr>
              <w:spacing w:after="0" w:line="250" w:lineRule="auto"/>
              <w:contextualSpacing w:val="0"/>
              <w:rPr>
                <w:rFonts w:ascii="Calibri" w:hAnsi="Calibri" w:eastAsia="Calibri" w:cs="Calibri"/>
                <w:sz w:val="24"/>
                <w:szCs w:val="24"/>
              </w:rPr>
            </w:pPr>
            <w:r>
              <w:rPr>
                <w:rFonts w:ascii="Calibri" w:hAnsi="Calibri" w:eastAsia="Calibri" w:cs="Calibri"/>
                <w:sz w:val="24"/>
                <w:szCs w:val="24"/>
              </w:rPr>
              <w:t>Patience, kindness and a calm, reassuring manner</w:t>
            </w:r>
          </w:p>
          <w:p w:rsidR="00AF1FB6" w:rsidP="0067433C" w:rsidRDefault="00AF1FB6" w14:paraId="66891E1A" w14:textId="77777777">
            <w:pPr>
              <w:pStyle w:val="ListParagraph"/>
              <w:numPr>
                <w:ilvl w:val="0"/>
                <w:numId w:val="33"/>
              </w:numPr>
              <w:spacing w:after="0" w:line="250" w:lineRule="auto"/>
              <w:contextualSpacing w:val="0"/>
              <w:rPr>
                <w:rFonts w:ascii="Calibri" w:hAnsi="Calibri" w:eastAsia="Calibri" w:cs="Calibri"/>
                <w:sz w:val="24"/>
                <w:szCs w:val="24"/>
              </w:rPr>
            </w:pPr>
            <w:r>
              <w:rPr>
                <w:rFonts w:ascii="Calibri" w:hAnsi="Calibri" w:eastAsia="Calibri" w:cs="Calibri"/>
                <w:sz w:val="24"/>
                <w:szCs w:val="24"/>
              </w:rPr>
              <w:t xml:space="preserve">A willingness to have fun and get involved </w:t>
            </w:r>
          </w:p>
          <w:p w:rsidRPr="00E54062" w:rsidR="0067433C" w:rsidP="0067433C" w:rsidRDefault="0067433C" w14:paraId="6D271D11" w14:textId="77777777">
            <w:pPr>
              <w:pStyle w:val="ListParagraph"/>
              <w:numPr>
                <w:ilvl w:val="0"/>
                <w:numId w:val="33"/>
              </w:numPr>
              <w:spacing w:after="0" w:line="250" w:lineRule="auto"/>
              <w:contextualSpacing w:val="0"/>
              <w:rPr>
                <w:rFonts w:ascii="Calibri" w:hAnsi="Calibri" w:eastAsia="Calibri" w:cs="Calibri"/>
                <w:sz w:val="24"/>
                <w:szCs w:val="24"/>
              </w:rPr>
            </w:pPr>
            <w:r w:rsidRPr="0AC90BF4">
              <w:rPr>
                <w:rFonts w:ascii="Calibri" w:hAnsi="Calibri" w:eastAsia="Calibri" w:cs="Calibri"/>
                <w:sz w:val="24"/>
                <w:szCs w:val="24"/>
              </w:rPr>
              <w:t>Fully supportive of the aims and mission of the Church of England</w:t>
            </w:r>
          </w:p>
          <w:p w:rsidRPr="00072F77" w:rsidR="00264704" w:rsidP="0067433C" w:rsidRDefault="00264704" w14:paraId="7D6CDCB4" w14:textId="47D1EADF">
            <w:pPr>
              <w:numPr>
                <w:ilvl w:val="0"/>
                <w:numId w:val="33"/>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00F07010" w:rsidP="00072F77" w:rsidRDefault="00735E68" w14:paraId="71ACD5CC" w14:textId="77777777">
            <w:pPr>
              <w:numPr>
                <w:ilvl w:val="0"/>
                <w:numId w:val="34"/>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practicing Christian</w:t>
            </w:r>
          </w:p>
          <w:p w:rsidRPr="00072F77" w:rsidR="00735E68" w:rsidP="00072F77" w:rsidRDefault="00735E68" w14:paraId="545BD7F5" w14:textId="1F0B77E6">
            <w:pPr>
              <w:numPr>
                <w:ilvl w:val="0"/>
                <w:numId w:val="34"/>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Understanding of Parish life</w:t>
            </w:r>
          </w:p>
        </w:tc>
      </w:tr>
    </w:tbl>
    <w:p w:rsidR="00F07010" w:rsidP="00F07010" w:rsidRDefault="00F07010" w14:paraId="3864C45C" w14:textId="77777777">
      <w:pPr>
        <w:spacing w:after="0" w:line="250" w:lineRule="auto"/>
        <w:rPr>
          <w:rFonts w:asciiTheme="majorHAnsi" w:hAnsiTheme="majorHAnsi" w:eastAsiaTheme="majorEastAsia" w:cstheme="majorBidi"/>
          <w:b/>
          <w:bCs/>
          <w:sz w:val="24"/>
          <w:szCs w:val="24"/>
        </w:rPr>
      </w:pPr>
    </w:p>
    <w:p w:rsidR="00072F77" w:rsidP="0AC90BF4" w:rsidRDefault="00072F77" w14:paraId="3C3E7AE7" w14:textId="77777777">
      <w:pPr>
        <w:spacing w:after="0" w:line="250" w:lineRule="auto"/>
        <w:rPr>
          <w:rFonts w:asciiTheme="majorHAnsi" w:hAnsiTheme="majorHAnsi" w:eastAsiaTheme="majorEastAsia" w:cstheme="majorBidi"/>
          <w:sz w:val="24"/>
          <w:szCs w:val="24"/>
        </w:rPr>
      </w:pPr>
    </w:p>
    <w:sectPr w:rsidR="00072F77" w:rsidSect="00034616">
      <w:footerReference w:type="default" r:id="rId11"/>
      <w:pgSz w:w="12240" w:h="15840" w:orient="portrait"/>
      <w:pgMar w:top="1440" w:right="1800" w:bottom="1440" w:left="1800" w:header="720" w:footer="720" w:gutter="0"/>
      <w:cols w:space="720"/>
      <w:docGrid w:linePitch="360"/>
      <w:headerReference w:type="default" r:id="R8dc934795ef148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5273" w:rsidP="0071255C" w:rsidRDefault="00825273" w14:paraId="269212B8" w14:textId="77777777">
      <w:pPr>
        <w:spacing w:after="0" w:line="240" w:lineRule="auto"/>
      </w:pPr>
      <w:r>
        <w:separator/>
      </w:r>
    </w:p>
  </w:endnote>
  <w:endnote w:type="continuationSeparator" w:id="0">
    <w:p w:rsidR="00825273" w:rsidP="0071255C" w:rsidRDefault="00825273" w14:paraId="017A671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66981" w:rsidR="0071255C" w:rsidP="0071255C" w:rsidRDefault="0071255C" w14:paraId="6B57746D" w14:textId="20EE2646">
    <w:pPr>
      <w:pStyle w:val="Footer"/>
      <w:jc w:val="right"/>
      <w:rPr>
        <w:sz w:val="18"/>
        <w:szCs w:val="18"/>
      </w:rPr>
    </w:pPr>
    <w:r w:rsidRPr="4957D3F9" w:rsidR="4957D3F9">
      <w:rPr>
        <w:sz w:val="18"/>
        <w:szCs w:val="18"/>
      </w:rPr>
      <w:t>Role</w:t>
    </w:r>
    <w:r w:rsidRPr="4957D3F9" w:rsidR="4957D3F9">
      <w:rPr>
        <w:sz w:val="18"/>
        <w:szCs w:val="18"/>
      </w:rPr>
      <w:t xml:space="preserve"> Description: </w:t>
    </w:r>
    <w:r w:rsidRPr="4957D3F9" w:rsidR="4957D3F9">
      <w:rPr>
        <w:sz w:val="18"/>
        <w:szCs w:val="18"/>
      </w:rPr>
      <w:t>Crèche Helper</w:t>
    </w:r>
    <w:r w:rsidRPr="4957D3F9" w:rsidR="4957D3F9">
      <w:rPr>
        <w:sz w:val="18"/>
        <w:szCs w:val="18"/>
      </w:rPr>
      <w:t xml:space="preserve"> l [</w:t>
    </w:r>
    <w:r w:rsidRPr="4957D3F9" w:rsidR="4957D3F9">
      <w:rPr>
        <w:sz w:val="18"/>
        <w:szCs w:val="18"/>
        <w:highlight w:val="yellow"/>
      </w:rPr>
      <w:t>Month</w:t>
    </w:r>
    <w:r w:rsidRPr="4957D3F9" w:rsidR="4957D3F9">
      <w:rPr>
        <w:sz w:val="18"/>
        <w:szCs w:val="18"/>
      </w:rPr>
      <w:t>] [</w:t>
    </w:r>
    <w:r w:rsidRPr="4957D3F9" w:rsidR="4957D3F9">
      <w:rPr>
        <w:sz w:val="18"/>
        <w:szCs w:val="18"/>
        <w:highlight w:val="yellow"/>
      </w:rPr>
      <w:t>Year</w:t>
    </w:r>
    <w:r w:rsidRPr="4957D3F9" w:rsidR="4957D3F9">
      <w:rPr>
        <w:sz w:val="18"/>
        <w:szCs w:val="18"/>
      </w:rPr>
      <w:t>] Page &lt; # &gt; of &lt; # &gt;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5273" w:rsidP="0071255C" w:rsidRDefault="00825273" w14:paraId="5ED2B3FE" w14:textId="77777777">
      <w:pPr>
        <w:spacing w:after="0" w:line="240" w:lineRule="auto"/>
      </w:pPr>
      <w:r>
        <w:separator/>
      </w:r>
    </w:p>
  </w:footnote>
  <w:footnote w:type="continuationSeparator" w:id="0">
    <w:p w:rsidR="00825273" w:rsidP="0071255C" w:rsidRDefault="00825273" w14:paraId="1B4BE6EA"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0D94E02A" w:rsidTr="0D94E02A" w14:paraId="6B34518F">
      <w:trPr>
        <w:trHeight w:val="300"/>
      </w:trPr>
      <w:tc>
        <w:tcPr>
          <w:tcW w:w="2880" w:type="dxa"/>
          <w:tcMar/>
        </w:tcPr>
        <w:p w:rsidR="0D94E02A" w:rsidP="0D94E02A" w:rsidRDefault="0D94E02A" w14:paraId="1EDABD32" w14:textId="57382537">
          <w:pPr>
            <w:pStyle w:val="Header"/>
            <w:bidi w:val="0"/>
            <w:ind w:left="-115"/>
            <w:jc w:val="left"/>
          </w:pPr>
        </w:p>
      </w:tc>
      <w:tc>
        <w:tcPr>
          <w:tcW w:w="2880" w:type="dxa"/>
          <w:tcMar/>
        </w:tcPr>
        <w:p w:rsidR="0D94E02A" w:rsidP="0D94E02A" w:rsidRDefault="0D94E02A" w14:paraId="05C30377" w14:textId="3C88D98C">
          <w:pPr>
            <w:pStyle w:val="Header"/>
            <w:bidi w:val="0"/>
            <w:jc w:val="center"/>
          </w:pPr>
        </w:p>
      </w:tc>
      <w:tc>
        <w:tcPr>
          <w:tcW w:w="2880" w:type="dxa"/>
          <w:tcMar/>
        </w:tcPr>
        <w:p w:rsidR="0D94E02A" w:rsidP="0D94E02A" w:rsidRDefault="0D94E02A" w14:paraId="71A8FE09" w14:textId="167C6EDB">
          <w:pPr>
            <w:pStyle w:val="Header"/>
            <w:bidi w:val="0"/>
            <w:ind w:right="-115"/>
            <w:jc w:val="right"/>
          </w:pPr>
        </w:p>
      </w:tc>
    </w:tr>
  </w:tbl>
  <w:p w:rsidR="0D94E02A" w:rsidP="0D94E02A" w:rsidRDefault="0D94E02A" w14:paraId="5D212095" w14:textId="5948648B">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C49ED6B"/>
    <w:multiLevelType w:val="hybridMultilevel"/>
    <w:tmpl w:val="6468768E"/>
    <w:lvl w:ilvl="0" w:tplc="B9662272">
      <w:start w:val="1"/>
      <w:numFmt w:val="decimal"/>
      <w:lvlText w:val="%1."/>
      <w:lvlJc w:val="left"/>
      <w:pPr>
        <w:ind w:left="360" w:hanging="360"/>
      </w:pPr>
    </w:lvl>
    <w:lvl w:ilvl="1" w:tplc="F7704180">
      <w:start w:val="1"/>
      <w:numFmt w:val="lowerLetter"/>
      <w:lvlText w:val="%2."/>
      <w:lvlJc w:val="left"/>
      <w:pPr>
        <w:ind w:left="1080" w:hanging="360"/>
      </w:pPr>
    </w:lvl>
    <w:lvl w:ilvl="2" w:tplc="3CE8F774">
      <w:start w:val="1"/>
      <w:numFmt w:val="lowerRoman"/>
      <w:lvlText w:val="%3."/>
      <w:lvlJc w:val="right"/>
      <w:pPr>
        <w:ind w:left="1800" w:hanging="180"/>
      </w:pPr>
    </w:lvl>
    <w:lvl w:ilvl="3" w:tplc="9E4E9EBA">
      <w:start w:val="1"/>
      <w:numFmt w:val="decimal"/>
      <w:lvlText w:val="%4."/>
      <w:lvlJc w:val="left"/>
      <w:pPr>
        <w:ind w:left="2520" w:hanging="360"/>
      </w:pPr>
    </w:lvl>
    <w:lvl w:ilvl="4" w:tplc="AD74D798">
      <w:start w:val="1"/>
      <w:numFmt w:val="lowerLetter"/>
      <w:lvlText w:val="%5."/>
      <w:lvlJc w:val="left"/>
      <w:pPr>
        <w:ind w:left="3240" w:hanging="360"/>
      </w:pPr>
    </w:lvl>
    <w:lvl w:ilvl="5" w:tplc="966064A6">
      <w:start w:val="1"/>
      <w:numFmt w:val="lowerRoman"/>
      <w:lvlText w:val="%6."/>
      <w:lvlJc w:val="right"/>
      <w:pPr>
        <w:ind w:left="3960" w:hanging="180"/>
      </w:pPr>
    </w:lvl>
    <w:lvl w:ilvl="6" w:tplc="BB78691A">
      <w:start w:val="1"/>
      <w:numFmt w:val="decimal"/>
      <w:lvlText w:val="%7."/>
      <w:lvlJc w:val="left"/>
      <w:pPr>
        <w:ind w:left="4680" w:hanging="360"/>
      </w:pPr>
    </w:lvl>
    <w:lvl w:ilvl="7" w:tplc="74D69EA0">
      <w:start w:val="1"/>
      <w:numFmt w:val="lowerLetter"/>
      <w:lvlText w:val="%8."/>
      <w:lvlJc w:val="left"/>
      <w:pPr>
        <w:ind w:left="5400" w:hanging="360"/>
      </w:pPr>
    </w:lvl>
    <w:lvl w:ilvl="8" w:tplc="D070CEC0">
      <w:start w:val="1"/>
      <w:numFmt w:val="lowerRoman"/>
      <w:lvlText w:val="%9."/>
      <w:lvlJc w:val="right"/>
      <w:pPr>
        <w:ind w:left="6120" w:hanging="180"/>
      </w:pPr>
    </w:lvl>
  </w:abstractNum>
  <w:abstractNum w:abstractNumId="10" w15:restartNumberingAfterBreak="0">
    <w:nsid w:val="105F712E"/>
    <w:multiLevelType w:val="hybridMultilevel"/>
    <w:tmpl w:val="D8BC4622"/>
    <w:lvl w:ilvl="0" w:tplc="E6920074">
      <w:start w:val="1"/>
      <w:numFmt w:val="bullet"/>
      <w:lvlText w:val=""/>
      <w:lvlJc w:val="left"/>
      <w:pPr>
        <w:ind w:left="720" w:hanging="360"/>
      </w:pPr>
      <w:rPr>
        <w:rFonts w:hint="default" w:ascii="Symbol" w:hAnsi="Symbol"/>
      </w:rPr>
    </w:lvl>
    <w:lvl w:ilvl="1" w:tplc="A8F662BC">
      <w:start w:val="1"/>
      <w:numFmt w:val="bullet"/>
      <w:lvlText w:val="o"/>
      <w:lvlJc w:val="left"/>
      <w:pPr>
        <w:ind w:left="1440" w:hanging="360"/>
      </w:pPr>
      <w:rPr>
        <w:rFonts w:hint="default" w:ascii="Courier New" w:hAnsi="Courier New"/>
      </w:rPr>
    </w:lvl>
    <w:lvl w:ilvl="2" w:tplc="663CAC10">
      <w:start w:val="1"/>
      <w:numFmt w:val="bullet"/>
      <w:lvlText w:val=""/>
      <w:lvlJc w:val="left"/>
      <w:pPr>
        <w:ind w:left="2160" w:hanging="360"/>
      </w:pPr>
      <w:rPr>
        <w:rFonts w:hint="default" w:ascii="Wingdings" w:hAnsi="Wingdings"/>
      </w:rPr>
    </w:lvl>
    <w:lvl w:ilvl="3" w:tplc="5E30CF40">
      <w:start w:val="1"/>
      <w:numFmt w:val="bullet"/>
      <w:lvlText w:val=""/>
      <w:lvlJc w:val="left"/>
      <w:pPr>
        <w:ind w:left="2880" w:hanging="360"/>
      </w:pPr>
      <w:rPr>
        <w:rFonts w:hint="default" w:ascii="Symbol" w:hAnsi="Symbol"/>
      </w:rPr>
    </w:lvl>
    <w:lvl w:ilvl="4" w:tplc="6498A87A">
      <w:start w:val="1"/>
      <w:numFmt w:val="bullet"/>
      <w:lvlText w:val="o"/>
      <w:lvlJc w:val="left"/>
      <w:pPr>
        <w:ind w:left="3600" w:hanging="360"/>
      </w:pPr>
      <w:rPr>
        <w:rFonts w:hint="default" w:ascii="Courier New" w:hAnsi="Courier New"/>
      </w:rPr>
    </w:lvl>
    <w:lvl w:ilvl="5" w:tplc="057CBCCE">
      <w:start w:val="1"/>
      <w:numFmt w:val="bullet"/>
      <w:lvlText w:val=""/>
      <w:lvlJc w:val="left"/>
      <w:pPr>
        <w:ind w:left="4320" w:hanging="360"/>
      </w:pPr>
      <w:rPr>
        <w:rFonts w:hint="default" w:ascii="Wingdings" w:hAnsi="Wingdings"/>
      </w:rPr>
    </w:lvl>
    <w:lvl w:ilvl="6" w:tplc="C3ECD272">
      <w:start w:val="1"/>
      <w:numFmt w:val="bullet"/>
      <w:lvlText w:val=""/>
      <w:lvlJc w:val="left"/>
      <w:pPr>
        <w:ind w:left="5040" w:hanging="360"/>
      </w:pPr>
      <w:rPr>
        <w:rFonts w:hint="default" w:ascii="Symbol" w:hAnsi="Symbol"/>
      </w:rPr>
    </w:lvl>
    <w:lvl w:ilvl="7" w:tplc="1CA2C96E">
      <w:start w:val="1"/>
      <w:numFmt w:val="bullet"/>
      <w:lvlText w:val="o"/>
      <w:lvlJc w:val="left"/>
      <w:pPr>
        <w:ind w:left="5760" w:hanging="360"/>
      </w:pPr>
      <w:rPr>
        <w:rFonts w:hint="default" w:ascii="Courier New" w:hAnsi="Courier New"/>
      </w:rPr>
    </w:lvl>
    <w:lvl w:ilvl="8" w:tplc="23DC2E1E">
      <w:start w:val="1"/>
      <w:numFmt w:val="bullet"/>
      <w:lvlText w:val=""/>
      <w:lvlJc w:val="left"/>
      <w:pPr>
        <w:ind w:left="6480" w:hanging="360"/>
      </w:pPr>
      <w:rPr>
        <w:rFonts w:hint="default" w:ascii="Wingdings" w:hAnsi="Wingdings"/>
      </w:rPr>
    </w:lvl>
  </w:abstractNum>
  <w:abstractNum w:abstractNumId="11" w15:restartNumberingAfterBreak="0">
    <w:nsid w:val="10AEC5A6"/>
    <w:multiLevelType w:val="hybridMultilevel"/>
    <w:tmpl w:val="3188ABBA"/>
    <w:lvl w:ilvl="0" w:tplc="83105D30">
      <w:start w:val="1"/>
      <w:numFmt w:val="bullet"/>
      <w:lvlText w:val=""/>
      <w:lvlJc w:val="left"/>
      <w:pPr>
        <w:ind w:left="720" w:hanging="360"/>
      </w:pPr>
      <w:rPr>
        <w:rFonts w:hint="default" w:ascii="Symbol" w:hAnsi="Symbol"/>
      </w:rPr>
    </w:lvl>
    <w:lvl w:ilvl="1" w:tplc="7F28ACAE">
      <w:start w:val="1"/>
      <w:numFmt w:val="bullet"/>
      <w:lvlText w:val="o"/>
      <w:lvlJc w:val="left"/>
      <w:pPr>
        <w:ind w:left="1440" w:hanging="360"/>
      </w:pPr>
      <w:rPr>
        <w:rFonts w:hint="default" w:ascii="Courier New" w:hAnsi="Courier New"/>
      </w:rPr>
    </w:lvl>
    <w:lvl w:ilvl="2" w:tplc="FF8413A0">
      <w:start w:val="1"/>
      <w:numFmt w:val="bullet"/>
      <w:lvlText w:val=""/>
      <w:lvlJc w:val="left"/>
      <w:pPr>
        <w:ind w:left="2160" w:hanging="360"/>
      </w:pPr>
      <w:rPr>
        <w:rFonts w:hint="default" w:ascii="Wingdings" w:hAnsi="Wingdings"/>
      </w:rPr>
    </w:lvl>
    <w:lvl w:ilvl="3" w:tplc="5A000F9C">
      <w:start w:val="1"/>
      <w:numFmt w:val="bullet"/>
      <w:lvlText w:val=""/>
      <w:lvlJc w:val="left"/>
      <w:pPr>
        <w:ind w:left="2880" w:hanging="360"/>
      </w:pPr>
      <w:rPr>
        <w:rFonts w:hint="default" w:ascii="Symbol" w:hAnsi="Symbol"/>
      </w:rPr>
    </w:lvl>
    <w:lvl w:ilvl="4" w:tplc="3B081330">
      <w:start w:val="1"/>
      <w:numFmt w:val="bullet"/>
      <w:lvlText w:val="o"/>
      <w:lvlJc w:val="left"/>
      <w:pPr>
        <w:ind w:left="3600" w:hanging="360"/>
      </w:pPr>
      <w:rPr>
        <w:rFonts w:hint="default" w:ascii="Courier New" w:hAnsi="Courier New"/>
      </w:rPr>
    </w:lvl>
    <w:lvl w:ilvl="5" w:tplc="7EF2B1E2">
      <w:start w:val="1"/>
      <w:numFmt w:val="bullet"/>
      <w:lvlText w:val=""/>
      <w:lvlJc w:val="left"/>
      <w:pPr>
        <w:ind w:left="4320" w:hanging="360"/>
      </w:pPr>
      <w:rPr>
        <w:rFonts w:hint="default" w:ascii="Wingdings" w:hAnsi="Wingdings"/>
      </w:rPr>
    </w:lvl>
    <w:lvl w:ilvl="6" w:tplc="C3BA441C">
      <w:start w:val="1"/>
      <w:numFmt w:val="bullet"/>
      <w:lvlText w:val=""/>
      <w:lvlJc w:val="left"/>
      <w:pPr>
        <w:ind w:left="5040" w:hanging="360"/>
      </w:pPr>
      <w:rPr>
        <w:rFonts w:hint="default" w:ascii="Symbol" w:hAnsi="Symbol"/>
      </w:rPr>
    </w:lvl>
    <w:lvl w:ilvl="7" w:tplc="3894E31A">
      <w:start w:val="1"/>
      <w:numFmt w:val="bullet"/>
      <w:lvlText w:val="o"/>
      <w:lvlJc w:val="left"/>
      <w:pPr>
        <w:ind w:left="5760" w:hanging="360"/>
      </w:pPr>
      <w:rPr>
        <w:rFonts w:hint="default" w:ascii="Courier New" w:hAnsi="Courier New"/>
      </w:rPr>
    </w:lvl>
    <w:lvl w:ilvl="8" w:tplc="01B8626E">
      <w:start w:val="1"/>
      <w:numFmt w:val="bullet"/>
      <w:lvlText w:val=""/>
      <w:lvlJc w:val="left"/>
      <w:pPr>
        <w:ind w:left="6480" w:hanging="360"/>
      </w:pPr>
      <w:rPr>
        <w:rFonts w:hint="default" w:ascii="Wingdings" w:hAnsi="Wingdings"/>
      </w:rPr>
    </w:lvl>
  </w:abstractNum>
  <w:abstractNum w:abstractNumId="12" w15:restartNumberingAfterBreak="0">
    <w:nsid w:val="14BD3F1D"/>
    <w:multiLevelType w:val="hybridMultilevel"/>
    <w:tmpl w:val="83B419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10892C"/>
    <w:multiLevelType w:val="hybridMultilevel"/>
    <w:tmpl w:val="DDF467EC"/>
    <w:lvl w:ilvl="0" w:tplc="5ABC6016">
      <w:start w:val="1"/>
      <w:numFmt w:val="bullet"/>
      <w:lvlText w:val="·"/>
      <w:lvlJc w:val="left"/>
      <w:pPr>
        <w:ind w:left="720" w:hanging="360"/>
      </w:pPr>
      <w:rPr>
        <w:rFonts w:hint="default" w:ascii="Symbol" w:hAnsi="Symbol"/>
      </w:rPr>
    </w:lvl>
    <w:lvl w:ilvl="1" w:tplc="C414A9E2">
      <w:start w:val="1"/>
      <w:numFmt w:val="bullet"/>
      <w:lvlText w:val="o"/>
      <w:lvlJc w:val="left"/>
      <w:pPr>
        <w:ind w:left="1440" w:hanging="360"/>
      </w:pPr>
      <w:rPr>
        <w:rFonts w:hint="default" w:ascii="Courier New" w:hAnsi="Courier New"/>
      </w:rPr>
    </w:lvl>
    <w:lvl w:ilvl="2" w:tplc="B1126C3E">
      <w:start w:val="1"/>
      <w:numFmt w:val="bullet"/>
      <w:lvlText w:val=""/>
      <w:lvlJc w:val="left"/>
      <w:pPr>
        <w:ind w:left="2160" w:hanging="360"/>
      </w:pPr>
      <w:rPr>
        <w:rFonts w:hint="default" w:ascii="Wingdings" w:hAnsi="Wingdings"/>
      </w:rPr>
    </w:lvl>
    <w:lvl w:ilvl="3" w:tplc="E634E12A">
      <w:start w:val="1"/>
      <w:numFmt w:val="bullet"/>
      <w:lvlText w:val=""/>
      <w:lvlJc w:val="left"/>
      <w:pPr>
        <w:ind w:left="2880" w:hanging="360"/>
      </w:pPr>
      <w:rPr>
        <w:rFonts w:hint="default" w:ascii="Symbol" w:hAnsi="Symbol"/>
      </w:rPr>
    </w:lvl>
    <w:lvl w:ilvl="4" w:tplc="B2C0FA56">
      <w:start w:val="1"/>
      <w:numFmt w:val="bullet"/>
      <w:lvlText w:val="o"/>
      <w:lvlJc w:val="left"/>
      <w:pPr>
        <w:ind w:left="3600" w:hanging="360"/>
      </w:pPr>
      <w:rPr>
        <w:rFonts w:hint="default" w:ascii="Courier New" w:hAnsi="Courier New"/>
      </w:rPr>
    </w:lvl>
    <w:lvl w:ilvl="5" w:tplc="7810833A">
      <w:start w:val="1"/>
      <w:numFmt w:val="bullet"/>
      <w:lvlText w:val=""/>
      <w:lvlJc w:val="left"/>
      <w:pPr>
        <w:ind w:left="4320" w:hanging="360"/>
      </w:pPr>
      <w:rPr>
        <w:rFonts w:hint="default" w:ascii="Wingdings" w:hAnsi="Wingdings"/>
      </w:rPr>
    </w:lvl>
    <w:lvl w:ilvl="6" w:tplc="E3F0F276">
      <w:start w:val="1"/>
      <w:numFmt w:val="bullet"/>
      <w:lvlText w:val=""/>
      <w:lvlJc w:val="left"/>
      <w:pPr>
        <w:ind w:left="5040" w:hanging="360"/>
      </w:pPr>
      <w:rPr>
        <w:rFonts w:hint="default" w:ascii="Symbol" w:hAnsi="Symbol"/>
      </w:rPr>
    </w:lvl>
    <w:lvl w:ilvl="7" w:tplc="4EA47A5A">
      <w:start w:val="1"/>
      <w:numFmt w:val="bullet"/>
      <w:lvlText w:val="o"/>
      <w:lvlJc w:val="left"/>
      <w:pPr>
        <w:ind w:left="5760" w:hanging="360"/>
      </w:pPr>
      <w:rPr>
        <w:rFonts w:hint="default" w:ascii="Courier New" w:hAnsi="Courier New"/>
      </w:rPr>
    </w:lvl>
    <w:lvl w:ilvl="8" w:tplc="3370A564">
      <w:start w:val="1"/>
      <w:numFmt w:val="bullet"/>
      <w:lvlText w:val=""/>
      <w:lvlJc w:val="left"/>
      <w:pPr>
        <w:ind w:left="6480" w:hanging="360"/>
      </w:pPr>
      <w:rPr>
        <w:rFonts w:hint="default" w:ascii="Wingdings" w:hAnsi="Wingdings"/>
      </w:rPr>
    </w:lvl>
  </w:abstractNum>
  <w:abstractNum w:abstractNumId="14" w15:restartNumberingAfterBreak="0">
    <w:nsid w:val="2399574A"/>
    <w:multiLevelType w:val="hybridMultilevel"/>
    <w:tmpl w:val="1D84CF72"/>
    <w:lvl w:ilvl="0" w:tplc="CDD86450">
      <w:start w:val="1"/>
      <w:numFmt w:val="bullet"/>
      <w:lvlText w:val=""/>
      <w:lvlJc w:val="left"/>
      <w:pPr>
        <w:ind w:left="720" w:hanging="360"/>
      </w:pPr>
      <w:rPr>
        <w:rFonts w:hint="default" w:ascii="Symbol" w:hAnsi="Symbol"/>
      </w:rPr>
    </w:lvl>
    <w:lvl w:ilvl="1" w:tplc="A63CE69C">
      <w:start w:val="1"/>
      <w:numFmt w:val="bullet"/>
      <w:lvlText w:val="o"/>
      <w:lvlJc w:val="left"/>
      <w:pPr>
        <w:ind w:left="1440" w:hanging="360"/>
      </w:pPr>
      <w:rPr>
        <w:rFonts w:hint="default" w:ascii="Courier New" w:hAnsi="Courier New"/>
      </w:rPr>
    </w:lvl>
    <w:lvl w:ilvl="2" w:tplc="8990FBF4">
      <w:start w:val="1"/>
      <w:numFmt w:val="bullet"/>
      <w:lvlText w:val=""/>
      <w:lvlJc w:val="left"/>
      <w:pPr>
        <w:ind w:left="2160" w:hanging="360"/>
      </w:pPr>
      <w:rPr>
        <w:rFonts w:hint="default" w:ascii="Wingdings" w:hAnsi="Wingdings"/>
      </w:rPr>
    </w:lvl>
    <w:lvl w:ilvl="3" w:tplc="4A948EDA">
      <w:start w:val="1"/>
      <w:numFmt w:val="bullet"/>
      <w:lvlText w:val=""/>
      <w:lvlJc w:val="left"/>
      <w:pPr>
        <w:ind w:left="2880" w:hanging="360"/>
      </w:pPr>
      <w:rPr>
        <w:rFonts w:hint="default" w:ascii="Symbol" w:hAnsi="Symbol"/>
      </w:rPr>
    </w:lvl>
    <w:lvl w:ilvl="4" w:tplc="EB6417E8">
      <w:start w:val="1"/>
      <w:numFmt w:val="bullet"/>
      <w:lvlText w:val="o"/>
      <w:lvlJc w:val="left"/>
      <w:pPr>
        <w:ind w:left="3600" w:hanging="360"/>
      </w:pPr>
      <w:rPr>
        <w:rFonts w:hint="default" w:ascii="Courier New" w:hAnsi="Courier New"/>
      </w:rPr>
    </w:lvl>
    <w:lvl w:ilvl="5" w:tplc="9C225798">
      <w:start w:val="1"/>
      <w:numFmt w:val="bullet"/>
      <w:lvlText w:val=""/>
      <w:lvlJc w:val="left"/>
      <w:pPr>
        <w:ind w:left="4320" w:hanging="360"/>
      </w:pPr>
      <w:rPr>
        <w:rFonts w:hint="default" w:ascii="Wingdings" w:hAnsi="Wingdings"/>
      </w:rPr>
    </w:lvl>
    <w:lvl w:ilvl="6" w:tplc="F0D81F1E">
      <w:start w:val="1"/>
      <w:numFmt w:val="bullet"/>
      <w:lvlText w:val=""/>
      <w:lvlJc w:val="left"/>
      <w:pPr>
        <w:ind w:left="5040" w:hanging="360"/>
      </w:pPr>
      <w:rPr>
        <w:rFonts w:hint="default" w:ascii="Symbol" w:hAnsi="Symbol"/>
      </w:rPr>
    </w:lvl>
    <w:lvl w:ilvl="7" w:tplc="10C81D14">
      <w:start w:val="1"/>
      <w:numFmt w:val="bullet"/>
      <w:lvlText w:val="o"/>
      <w:lvlJc w:val="left"/>
      <w:pPr>
        <w:ind w:left="5760" w:hanging="360"/>
      </w:pPr>
      <w:rPr>
        <w:rFonts w:hint="default" w:ascii="Courier New" w:hAnsi="Courier New"/>
      </w:rPr>
    </w:lvl>
    <w:lvl w:ilvl="8" w:tplc="EA5EA740">
      <w:start w:val="1"/>
      <w:numFmt w:val="bullet"/>
      <w:lvlText w:val=""/>
      <w:lvlJc w:val="left"/>
      <w:pPr>
        <w:ind w:left="6480" w:hanging="360"/>
      </w:pPr>
      <w:rPr>
        <w:rFonts w:hint="default" w:ascii="Wingdings" w:hAnsi="Wingdings"/>
      </w:rPr>
    </w:lvl>
  </w:abstractNum>
  <w:abstractNum w:abstractNumId="15" w15:restartNumberingAfterBreak="0">
    <w:nsid w:val="276FDCEA"/>
    <w:multiLevelType w:val="hybridMultilevel"/>
    <w:tmpl w:val="2AA2028E"/>
    <w:lvl w:ilvl="0" w:tplc="69A077E6">
      <w:start w:val="1"/>
      <w:numFmt w:val="decimal"/>
      <w:lvlText w:val="%1."/>
      <w:lvlJc w:val="left"/>
      <w:pPr>
        <w:ind w:left="720" w:hanging="360"/>
      </w:pPr>
    </w:lvl>
    <w:lvl w:ilvl="1" w:tplc="2D60369C">
      <w:start w:val="1"/>
      <w:numFmt w:val="lowerLetter"/>
      <w:lvlText w:val="%2."/>
      <w:lvlJc w:val="left"/>
      <w:pPr>
        <w:ind w:left="1440" w:hanging="360"/>
      </w:pPr>
    </w:lvl>
    <w:lvl w:ilvl="2" w:tplc="79ECED96">
      <w:start w:val="1"/>
      <w:numFmt w:val="lowerRoman"/>
      <w:lvlText w:val="%3."/>
      <w:lvlJc w:val="right"/>
      <w:pPr>
        <w:ind w:left="2160" w:hanging="180"/>
      </w:pPr>
    </w:lvl>
    <w:lvl w:ilvl="3" w:tplc="54967B98">
      <w:start w:val="1"/>
      <w:numFmt w:val="decimal"/>
      <w:lvlText w:val="%4."/>
      <w:lvlJc w:val="left"/>
      <w:pPr>
        <w:ind w:left="2880" w:hanging="360"/>
      </w:pPr>
    </w:lvl>
    <w:lvl w:ilvl="4" w:tplc="EC3C7C40">
      <w:start w:val="1"/>
      <w:numFmt w:val="lowerLetter"/>
      <w:lvlText w:val="%5."/>
      <w:lvlJc w:val="left"/>
      <w:pPr>
        <w:ind w:left="3600" w:hanging="360"/>
      </w:pPr>
    </w:lvl>
    <w:lvl w:ilvl="5" w:tplc="3666316C">
      <w:start w:val="1"/>
      <w:numFmt w:val="lowerRoman"/>
      <w:lvlText w:val="%6."/>
      <w:lvlJc w:val="right"/>
      <w:pPr>
        <w:ind w:left="4320" w:hanging="180"/>
      </w:pPr>
    </w:lvl>
    <w:lvl w:ilvl="6" w:tplc="498E6152">
      <w:start w:val="1"/>
      <w:numFmt w:val="decimal"/>
      <w:lvlText w:val="%7."/>
      <w:lvlJc w:val="left"/>
      <w:pPr>
        <w:ind w:left="5040" w:hanging="360"/>
      </w:pPr>
    </w:lvl>
    <w:lvl w:ilvl="7" w:tplc="229C14B4">
      <w:start w:val="1"/>
      <w:numFmt w:val="lowerLetter"/>
      <w:lvlText w:val="%8."/>
      <w:lvlJc w:val="left"/>
      <w:pPr>
        <w:ind w:left="5760" w:hanging="360"/>
      </w:pPr>
    </w:lvl>
    <w:lvl w:ilvl="8" w:tplc="A12CC66C">
      <w:start w:val="1"/>
      <w:numFmt w:val="lowerRoman"/>
      <w:lvlText w:val="%9."/>
      <w:lvlJc w:val="right"/>
      <w:pPr>
        <w:ind w:left="6480" w:hanging="180"/>
      </w:pPr>
    </w:lvl>
  </w:abstractNum>
  <w:abstractNum w:abstractNumId="16" w15:restartNumberingAfterBreak="0">
    <w:nsid w:val="2A47C983"/>
    <w:multiLevelType w:val="hybridMultilevel"/>
    <w:tmpl w:val="D0E8E8EC"/>
    <w:lvl w:ilvl="0" w:tplc="344465FA">
      <w:start w:val="1"/>
      <w:numFmt w:val="decimal"/>
      <w:lvlText w:val="%1."/>
      <w:lvlJc w:val="left"/>
      <w:pPr>
        <w:ind w:left="720" w:hanging="360"/>
      </w:pPr>
    </w:lvl>
    <w:lvl w:ilvl="1" w:tplc="B13E2BBC">
      <w:start w:val="1"/>
      <w:numFmt w:val="lowerLetter"/>
      <w:lvlText w:val="%2."/>
      <w:lvlJc w:val="left"/>
      <w:pPr>
        <w:ind w:left="1440" w:hanging="360"/>
      </w:pPr>
    </w:lvl>
    <w:lvl w:ilvl="2" w:tplc="44F61472">
      <w:start w:val="1"/>
      <w:numFmt w:val="lowerRoman"/>
      <w:lvlText w:val="%3."/>
      <w:lvlJc w:val="right"/>
      <w:pPr>
        <w:ind w:left="2160" w:hanging="180"/>
      </w:pPr>
    </w:lvl>
    <w:lvl w:ilvl="3" w:tplc="AA446494">
      <w:start w:val="1"/>
      <w:numFmt w:val="decimal"/>
      <w:lvlText w:val="%4."/>
      <w:lvlJc w:val="left"/>
      <w:pPr>
        <w:ind w:left="2880" w:hanging="360"/>
      </w:pPr>
    </w:lvl>
    <w:lvl w:ilvl="4" w:tplc="0B1EF908">
      <w:start w:val="1"/>
      <w:numFmt w:val="lowerLetter"/>
      <w:lvlText w:val="%5."/>
      <w:lvlJc w:val="left"/>
      <w:pPr>
        <w:ind w:left="3600" w:hanging="360"/>
      </w:pPr>
    </w:lvl>
    <w:lvl w:ilvl="5" w:tplc="3C46D3BC">
      <w:start w:val="1"/>
      <w:numFmt w:val="lowerRoman"/>
      <w:lvlText w:val="%6."/>
      <w:lvlJc w:val="right"/>
      <w:pPr>
        <w:ind w:left="4320" w:hanging="180"/>
      </w:pPr>
    </w:lvl>
    <w:lvl w:ilvl="6" w:tplc="54F00870">
      <w:start w:val="1"/>
      <w:numFmt w:val="decimal"/>
      <w:lvlText w:val="%7."/>
      <w:lvlJc w:val="left"/>
      <w:pPr>
        <w:ind w:left="5040" w:hanging="360"/>
      </w:pPr>
    </w:lvl>
    <w:lvl w:ilvl="7" w:tplc="170467F0">
      <w:start w:val="1"/>
      <w:numFmt w:val="lowerLetter"/>
      <w:lvlText w:val="%8."/>
      <w:lvlJc w:val="left"/>
      <w:pPr>
        <w:ind w:left="5760" w:hanging="360"/>
      </w:pPr>
    </w:lvl>
    <w:lvl w:ilvl="8" w:tplc="E7E83FA4">
      <w:start w:val="1"/>
      <w:numFmt w:val="lowerRoman"/>
      <w:lvlText w:val="%9."/>
      <w:lvlJc w:val="right"/>
      <w:pPr>
        <w:ind w:left="6480" w:hanging="180"/>
      </w:pPr>
    </w:lvl>
  </w:abstractNum>
  <w:abstractNum w:abstractNumId="17" w15:restartNumberingAfterBreak="0">
    <w:nsid w:val="2B44B2D5"/>
    <w:multiLevelType w:val="hybridMultilevel"/>
    <w:tmpl w:val="18802A84"/>
    <w:lvl w:ilvl="0" w:tplc="721867F6">
      <w:start w:val="1"/>
      <w:numFmt w:val="decimal"/>
      <w:lvlText w:val="%1."/>
      <w:lvlJc w:val="left"/>
      <w:pPr>
        <w:ind w:left="720" w:hanging="360"/>
      </w:pPr>
    </w:lvl>
    <w:lvl w:ilvl="1" w:tplc="BC048A9A">
      <w:start w:val="1"/>
      <w:numFmt w:val="lowerLetter"/>
      <w:lvlText w:val="%2."/>
      <w:lvlJc w:val="left"/>
      <w:pPr>
        <w:ind w:left="1440" w:hanging="360"/>
      </w:pPr>
    </w:lvl>
    <w:lvl w:ilvl="2" w:tplc="A3903678">
      <w:start w:val="1"/>
      <w:numFmt w:val="lowerRoman"/>
      <w:lvlText w:val="%3."/>
      <w:lvlJc w:val="right"/>
      <w:pPr>
        <w:ind w:left="2160" w:hanging="180"/>
      </w:pPr>
    </w:lvl>
    <w:lvl w:ilvl="3" w:tplc="E29C16AA">
      <w:start w:val="1"/>
      <w:numFmt w:val="decimal"/>
      <w:lvlText w:val="%4."/>
      <w:lvlJc w:val="left"/>
      <w:pPr>
        <w:ind w:left="2880" w:hanging="360"/>
      </w:pPr>
    </w:lvl>
    <w:lvl w:ilvl="4" w:tplc="BC22E61E">
      <w:start w:val="1"/>
      <w:numFmt w:val="lowerLetter"/>
      <w:lvlText w:val="%5."/>
      <w:lvlJc w:val="left"/>
      <w:pPr>
        <w:ind w:left="3600" w:hanging="360"/>
      </w:pPr>
    </w:lvl>
    <w:lvl w:ilvl="5" w:tplc="B7641560">
      <w:start w:val="1"/>
      <w:numFmt w:val="lowerRoman"/>
      <w:lvlText w:val="%6."/>
      <w:lvlJc w:val="right"/>
      <w:pPr>
        <w:ind w:left="4320" w:hanging="180"/>
      </w:pPr>
    </w:lvl>
    <w:lvl w:ilvl="6" w:tplc="45380ABE">
      <w:start w:val="1"/>
      <w:numFmt w:val="decimal"/>
      <w:lvlText w:val="%7."/>
      <w:lvlJc w:val="left"/>
      <w:pPr>
        <w:ind w:left="5040" w:hanging="360"/>
      </w:pPr>
    </w:lvl>
    <w:lvl w:ilvl="7" w:tplc="81FAC90E">
      <w:start w:val="1"/>
      <w:numFmt w:val="lowerLetter"/>
      <w:lvlText w:val="%8."/>
      <w:lvlJc w:val="left"/>
      <w:pPr>
        <w:ind w:left="5760" w:hanging="360"/>
      </w:pPr>
    </w:lvl>
    <w:lvl w:ilvl="8" w:tplc="ADDA3352">
      <w:start w:val="1"/>
      <w:numFmt w:val="lowerRoman"/>
      <w:lvlText w:val="%9."/>
      <w:lvlJc w:val="right"/>
      <w:pPr>
        <w:ind w:left="6480" w:hanging="180"/>
      </w:pPr>
    </w:lvl>
  </w:abstractNum>
  <w:abstractNum w:abstractNumId="18" w15:restartNumberingAfterBreak="0">
    <w:nsid w:val="2F004872"/>
    <w:multiLevelType w:val="hybridMultilevel"/>
    <w:tmpl w:val="B590F322"/>
    <w:lvl w:ilvl="0" w:tplc="146E2B32">
      <w:start w:val="1"/>
      <w:numFmt w:val="bullet"/>
      <w:lvlText w:val=""/>
      <w:lvlJc w:val="left"/>
      <w:pPr>
        <w:ind w:left="720" w:hanging="360"/>
      </w:pPr>
      <w:rPr>
        <w:rFonts w:hint="default" w:ascii="Symbol" w:hAnsi="Symbol"/>
      </w:rPr>
    </w:lvl>
    <w:lvl w:ilvl="1" w:tplc="88407C72">
      <w:start w:val="1"/>
      <w:numFmt w:val="bullet"/>
      <w:lvlText w:val="o"/>
      <w:lvlJc w:val="left"/>
      <w:pPr>
        <w:ind w:left="1440" w:hanging="360"/>
      </w:pPr>
      <w:rPr>
        <w:rFonts w:hint="default" w:ascii="Courier New" w:hAnsi="Courier New"/>
      </w:rPr>
    </w:lvl>
    <w:lvl w:ilvl="2" w:tplc="9F7E35E2">
      <w:start w:val="1"/>
      <w:numFmt w:val="bullet"/>
      <w:lvlText w:val=""/>
      <w:lvlJc w:val="left"/>
      <w:pPr>
        <w:ind w:left="2160" w:hanging="360"/>
      </w:pPr>
      <w:rPr>
        <w:rFonts w:hint="default" w:ascii="Wingdings" w:hAnsi="Wingdings"/>
      </w:rPr>
    </w:lvl>
    <w:lvl w:ilvl="3" w:tplc="6FB8871A">
      <w:start w:val="1"/>
      <w:numFmt w:val="bullet"/>
      <w:lvlText w:val=""/>
      <w:lvlJc w:val="left"/>
      <w:pPr>
        <w:ind w:left="2880" w:hanging="360"/>
      </w:pPr>
      <w:rPr>
        <w:rFonts w:hint="default" w:ascii="Symbol" w:hAnsi="Symbol"/>
      </w:rPr>
    </w:lvl>
    <w:lvl w:ilvl="4" w:tplc="8A36B262">
      <w:start w:val="1"/>
      <w:numFmt w:val="bullet"/>
      <w:lvlText w:val="o"/>
      <w:lvlJc w:val="left"/>
      <w:pPr>
        <w:ind w:left="3600" w:hanging="360"/>
      </w:pPr>
      <w:rPr>
        <w:rFonts w:hint="default" w:ascii="Courier New" w:hAnsi="Courier New"/>
      </w:rPr>
    </w:lvl>
    <w:lvl w:ilvl="5" w:tplc="002A8E02">
      <w:start w:val="1"/>
      <w:numFmt w:val="bullet"/>
      <w:lvlText w:val=""/>
      <w:lvlJc w:val="left"/>
      <w:pPr>
        <w:ind w:left="4320" w:hanging="360"/>
      </w:pPr>
      <w:rPr>
        <w:rFonts w:hint="default" w:ascii="Wingdings" w:hAnsi="Wingdings"/>
      </w:rPr>
    </w:lvl>
    <w:lvl w:ilvl="6" w:tplc="78C6B8C8">
      <w:start w:val="1"/>
      <w:numFmt w:val="bullet"/>
      <w:lvlText w:val=""/>
      <w:lvlJc w:val="left"/>
      <w:pPr>
        <w:ind w:left="5040" w:hanging="360"/>
      </w:pPr>
      <w:rPr>
        <w:rFonts w:hint="default" w:ascii="Symbol" w:hAnsi="Symbol"/>
      </w:rPr>
    </w:lvl>
    <w:lvl w:ilvl="7" w:tplc="87B6E874">
      <w:start w:val="1"/>
      <w:numFmt w:val="bullet"/>
      <w:lvlText w:val="o"/>
      <w:lvlJc w:val="left"/>
      <w:pPr>
        <w:ind w:left="5760" w:hanging="360"/>
      </w:pPr>
      <w:rPr>
        <w:rFonts w:hint="default" w:ascii="Courier New" w:hAnsi="Courier New"/>
      </w:rPr>
    </w:lvl>
    <w:lvl w:ilvl="8" w:tplc="54FCB71A">
      <w:start w:val="1"/>
      <w:numFmt w:val="bullet"/>
      <w:lvlText w:val=""/>
      <w:lvlJc w:val="left"/>
      <w:pPr>
        <w:ind w:left="6480" w:hanging="360"/>
      </w:pPr>
      <w:rPr>
        <w:rFonts w:hint="default" w:ascii="Wingdings" w:hAnsi="Wingdings"/>
      </w:rPr>
    </w:lvl>
  </w:abstractNum>
  <w:abstractNum w:abstractNumId="19" w15:restartNumberingAfterBreak="0">
    <w:nsid w:val="2F6F5508"/>
    <w:multiLevelType w:val="hybridMultilevel"/>
    <w:tmpl w:val="DA466282"/>
    <w:lvl w:ilvl="0" w:tplc="929871D0">
      <w:start w:val="1"/>
      <w:numFmt w:val="bullet"/>
      <w:lvlText w:val=""/>
      <w:lvlJc w:val="left"/>
      <w:pPr>
        <w:ind w:left="720" w:hanging="360"/>
      </w:pPr>
      <w:rPr>
        <w:rFonts w:hint="default" w:ascii="Symbol" w:hAnsi="Symbol"/>
      </w:rPr>
    </w:lvl>
    <w:lvl w:ilvl="1" w:tplc="A3708328">
      <w:start w:val="1"/>
      <w:numFmt w:val="bullet"/>
      <w:lvlText w:val="o"/>
      <w:lvlJc w:val="left"/>
      <w:pPr>
        <w:ind w:left="1440" w:hanging="360"/>
      </w:pPr>
      <w:rPr>
        <w:rFonts w:hint="default" w:ascii="Courier New" w:hAnsi="Courier New"/>
      </w:rPr>
    </w:lvl>
    <w:lvl w:ilvl="2" w:tplc="F3D4B92C">
      <w:start w:val="1"/>
      <w:numFmt w:val="bullet"/>
      <w:lvlText w:val=""/>
      <w:lvlJc w:val="left"/>
      <w:pPr>
        <w:ind w:left="2160" w:hanging="360"/>
      </w:pPr>
      <w:rPr>
        <w:rFonts w:hint="default" w:ascii="Wingdings" w:hAnsi="Wingdings"/>
      </w:rPr>
    </w:lvl>
    <w:lvl w:ilvl="3" w:tplc="5E463900">
      <w:start w:val="1"/>
      <w:numFmt w:val="bullet"/>
      <w:lvlText w:val=""/>
      <w:lvlJc w:val="left"/>
      <w:pPr>
        <w:ind w:left="2880" w:hanging="360"/>
      </w:pPr>
      <w:rPr>
        <w:rFonts w:hint="default" w:ascii="Symbol" w:hAnsi="Symbol"/>
      </w:rPr>
    </w:lvl>
    <w:lvl w:ilvl="4" w:tplc="1CCE63FE">
      <w:start w:val="1"/>
      <w:numFmt w:val="bullet"/>
      <w:lvlText w:val="o"/>
      <w:lvlJc w:val="left"/>
      <w:pPr>
        <w:ind w:left="3600" w:hanging="360"/>
      </w:pPr>
      <w:rPr>
        <w:rFonts w:hint="default" w:ascii="Courier New" w:hAnsi="Courier New"/>
      </w:rPr>
    </w:lvl>
    <w:lvl w:ilvl="5" w:tplc="7A22F34E">
      <w:start w:val="1"/>
      <w:numFmt w:val="bullet"/>
      <w:lvlText w:val=""/>
      <w:lvlJc w:val="left"/>
      <w:pPr>
        <w:ind w:left="4320" w:hanging="360"/>
      </w:pPr>
      <w:rPr>
        <w:rFonts w:hint="default" w:ascii="Wingdings" w:hAnsi="Wingdings"/>
      </w:rPr>
    </w:lvl>
    <w:lvl w:ilvl="6" w:tplc="883876B0">
      <w:start w:val="1"/>
      <w:numFmt w:val="bullet"/>
      <w:lvlText w:val=""/>
      <w:lvlJc w:val="left"/>
      <w:pPr>
        <w:ind w:left="5040" w:hanging="360"/>
      </w:pPr>
      <w:rPr>
        <w:rFonts w:hint="default" w:ascii="Symbol" w:hAnsi="Symbol"/>
      </w:rPr>
    </w:lvl>
    <w:lvl w:ilvl="7" w:tplc="CEC27D88">
      <w:start w:val="1"/>
      <w:numFmt w:val="bullet"/>
      <w:lvlText w:val="o"/>
      <w:lvlJc w:val="left"/>
      <w:pPr>
        <w:ind w:left="5760" w:hanging="360"/>
      </w:pPr>
      <w:rPr>
        <w:rFonts w:hint="default" w:ascii="Courier New" w:hAnsi="Courier New"/>
      </w:rPr>
    </w:lvl>
    <w:lvl w:ilvl="8" w:tplc="2E189EEC">
      <w:start w:val="1"/>
      <w:numFmt w:val="bullet"/>
      <w:lvlText w:val=""/>
      <w:lvlJc w:val="left"/>
      <w:pPr>
        <w:ind w:left="6480" w:hanging="360"/>
      </w:pPr>
      <w:rPr>
        <w:rFonts w:hint="default" w:ascii="Wingdings" w:hAnsi="Wingdings"/>
      </w:rPr>
    </w:lvl>
  </w:abstractNum>
  <w:abstractNum w:abstractNumId="20" w15:restartNumberingAfterBreak="0">
    <w:nsid w:val="2FDB0ED6"/>
    <w:multiLevelType w:val="hybridMultilevel"/>
    <w:tmpl w:val="CBFACA3E"/>
    <w:lvl w:ilvl="0" w:tplc="70282D68">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1" w15:restartNumberingAfterBreak="0">
    <w:nsid w:val="3E114856"/>
    <w:multiLevelType w:val="hybridMultilevel"/>
    <w:tmpl w:val="83CEFF68"/>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5B7979"/>
    <w:multiLevelType w:val="hybridMultilevel"/>
    <w:tmpl w:val="013A519A"/>
    <w:lvl w:ilvl="0" w:tplc="D3D886AE">
      <w:start w:val="1"/>
      <w:numFmt w:val="decimal"/>
      <w:lvlText w:val="%1."/>
      <w:lvlJc w:val="left"/>
      <w:pPr>
        <w:ind w:left="720" w:hanging="360"/>
      </w:pPr>
    </w:lvl>
    <w:lvl w:ilvl="1" w:tplc="23609A06">
      <w:start w:val="1"/>
      <w:numFmt w:val="lowerLetter"/>
      <w:lvlText w:val="%2."/>
      <w:lvlJc w:val="left"/>
      <w:pPr>
        <w:ind w:left="1440" w:hanging="360"/>
      </w:pPr>
    </w:lvl>
    <w:lvl w:ilvl="2" w:tplc="6AFEF212">
      <w:start w:val="1"/>
      <w:numFmt w:val="lowerRoman"/>
      <w:lvlText w:val="%3."/>
      <w:lvlJc w:val="right"/>
      <w:pPr>
        <w:ind w:left="2160" w:hanging="180"/>
      </w:pPr>
    </w:lvl>
    <w:lvl w:ilvl="3" w:tplc="656E8392">
      <w:start w:val="1"/>
      <w:numFmt w:val="decimal"/>
      <w:lvlText w:val="%4."/>
      <w:lvlJc w:val="left"/>
      <w:pPr>
        <w:ind w:left="2880" w:hanging="360"/>
      </w:pPr>
    </w:lvl>
    <w:lvl w:ilvl="4" w:tplc="D6D66BF0">
      <w:start w:val="1"/>
      <w:numFmt w:val="lowerLetter"/>
      <w:lvlText w:val="%5."/>
      <w:lvlJc w:val="left"/>
      <w:pPr>
        <w:ind w:left="3600" w:hanging="360"/>
      </w:pPr>
    </w:lvl>
    <w:lvl w:ilvl="5" w:tplc="446AE324">
      <w:start w:val="1"/>
      <w:numFmt w:val="lowerRoman"/>
      <w:lvlText w:val="%6."/>
      <w:lvlJc w:val="right"/>
      <w:pPr>
        <w:ind w:left="4320" w:hanging="180"/>
      </w:pPr>
    </w:lvl>
    <w:lvl w:ilvl="6" w:tplc="76564150">
      <w:start w:val="1"/>
      <w:numFmt w:val="decimal"/>
      <w:lvlText w:val="%7."/>
      <w:lvlJc w:val="left"/>
      <w:pPr>
        <w:ind w:left="5040" w:hanging="360"/>
      </w:pPr>
    </w:lvl>
    <w:lvl w:ilvl="7" w:tplc="2B6411A4">
      <w:start w:val="1"/>
      <w:numFmt w:val="lowerLetter"/>
      <w:lvlText w:val="%8."/>
      <w:lvlJc w:val="left"/>
      <w:pPr>
        <w:ind w:left="5760" w:hanging="360"/>
      </w:pPr>
    </w:lvl>
    <w:lvl w:ilvl="8" w:tplc="113A5252">
      <w:start w:val="1"/>
      <w:numFmt w:val="lowerRoman"/>
      <w:lvlText w:val="%9."/>
      <w:lvlJc w:val="right"/>
      <w:pPr>
        <w:ind w:left="6480" w:hanging="180"/>
      </w:pPr>
    </w:lvl>
  </w:abstractNum>
  <w:abstractNum w:abstractNumId="23" w15:restartNumberingAfterBreak="0">
    <w:nsid w:val="4557352B"/>
    <w:multiLevelType w:val="hybridMultilevel"/>
    <w:tmpl w:val="6D18D508"/>
    <w:lvl w:ilvl="0" w:tplc="25941BFC">
      <w:start w:val="1"/>
      <w:numFmt w:val="bullet"/>
      <w:lvlText w:val="·"/>
      <w:lvlJc w:val="left"/>
      <w:pPr>
        <w:ind w:left="720" w:hanging="360"/>
      </w:pPr>
      <w:rPr>
        <w:rFonts w:hint="default" w:ascii="Symbol" w:hAnsi="Symbol"/>
      </w:rPr>
    </w:lvl>
    <w:lvl w:ilvl="1" w:tplc="EEC4598C">
      <w:start w:val="1"/>
      <w:numFmt w:val="bullet"/>
      <w:lvlText w:val="o"/>
      <w:lvlJc w:val="left"/>
      <w:pPr>
        <w:ind w:left="1440" w:hanging="360"/>
      </w:pPr>
      <w:rPr>
        <w:rFonts w:hint="default" w:ascii="Courier New" w:hAnsi="Courier New"/>
      </w:rPr>
    </w:lvl>
    <w:lvl w:ilvl="2" w:tplc="ED428EDA">
      <w:start w:val="1"/>
      <w:numFmt w:val="bullet"/>
      <w:lvlText w:val=""/>
      <w:lvlJc w:val="left"/>
      <w:pPr>
        <w:ind w:left="2160" w:hanging="360"/>
      </w:pPr>
      <w:rPr>
        <w:rFonts w:hint="default" w:ascii="Wingdings" w:hAnsi="Wingdings"/>
      </w:rPr>
    </w:lvl>
    <w:lvl w:ilvl="3" w:tplc="AC189A12">
      <w:start w:val="1"/>
      <w:numFmt w:val="bullet"/>
      <w:lvlText w:val=""/>
      <w:lvlJc w:val="left"/>
      <w:pPr>
        <w:ind w:left="2880" w:hanging="360"/>
      </w:pPr>
      <w:rPr>
        <w:rFonts w:hint="default" w:ascii="Symbol" w:hAnsi="Symbol"/>
      </w:rPr>
    </w:lvl>
    <w:lvl w:ilvl="4" w:tplc="51D4B972">
      <w:start w:val="1"/>
      <w:numFmt w:val="bullet"/>
      <w:lvlText w:val="o"/>
      <w:lvlJc w:val="left"/>
      <w:pPr>
        <w:ind w:left="3600" w:hanging="360"/>
      </w:pPr>
      <w:rPr>
        <w:rFonts w:hint="default" w:ascii="Courier New" w:hAnsi="Courier New"/>
      </w:rPr>
    </w:lvl>
    <w:lvl w:ilvl="5" w:tplc="B9F44EF0">
      <w:start w:val="1"/>
      <w:numFmt w:val="bullet"/>
      <w:lvlText w:val=""/>
      <w:lvlJc w:val="left"/>
      <w:pPr>
        <w:ind w:left="4320" w:hanging="360"/>
      </w:pPr>
      <w:rPr>
        <w:rFonts w:hint="default" w:ascii="Wingdings" w:hAnsi="Wingdings"/>
      </w:rPr>
    </w:lvl>
    <w:lvl w:ilvl="6" w:tplc="BACE0FA4">
      <w:start w:val="1"/>
      <w:numFmt w:val="bullet"/>
      <w:lvlText w:val=""/>
      <w:lvlJc w:val="left"/>
      <w:pPr>
        <w:ind w:left="5040" w:hanging="360"/>
      </w:pPr>
      <w:rPr>
        <w:rFonts w:hint="default" w:ascii="Symbol" w:hAnsi="Symbol"/>
      </w:rPr>
    </w:lvl>
    <w:lvl w:ilvl="7" w:tplc="698A3E20">
      <w:start w:val="1"/>
      <w:numFmt w:val="bullet"/>
      <w:lvlText w:val="o"/>
      <w:lvlJc w:val="left"/>
      <w:pPr>
        <w:ind w:left="5760" w:hanging="360"/>
      </w:pPr>
      <w:rPr>
        <w:rFonts w:hint="default" w:ascii="Courier New" w:hAnsi="Courier New"/>
      </w:rPr>
    </w:lvl>
    <w:lvl w:ilvl="8" w:tplc="C1DEDFFC">
      <w:start w:val="1"/>
      <w:numFmt w:val="bullet"/>
      <w:lvlText w:val=""/>
      <w:lvlJc w:val="left"/>
      <w:pPr>
        <w:ind w:left="6480" w:hanging="360"/>
      </w:pPr>
      <w:rPr>
        <w:rFonts w:hint="default" w:ascii="Wingdings" w:hAnsi="Wingdings"/>
      </w:rPr>
    </w:lvl>
  </w:abstractNum>
  <w:abstractNum w:abstractNumId="24" w15:restartNumberingAfterBreak="0">
    <w:nsid w:val="494EEBFC"/>
    <w:multiLevelType w:val="hybridMultilevel"/>
    <w:tmpl w:val="705C17C4"/>
    <w:lvl w:ilvl="0" w:tplc="39E0A302">
      <w:start w:val="1"/>
      <w:numFmt w:val="decimal"/>
      <w:lvlText w:val="%1."/>
      <w:lvlJc w:val="left"/>
      <w:pPr>
        <w:ind w:left="720" w:hanging="360"/>
      </w:pPr>
    </w:lvl>
    <w:lvl w:ilvl="1" w:tplc="13D4F3B4">
      <w:start w:val="1"/>
      <w:numFmt w:val="lowerLetter"/>
      <w:lvlText w:val="%2."/>
      <w:lvlJc w:val="left"/>
      <w:pPr>
        <w:ind w:left="1440" w:hanging="360"/>
      </w:pPr>
    </w:lvl>
    <w:lvl w:ilvl="2" w:tplc="F33CF4F6">
      <w:start w:val="1"/>
      <w:numFmt w:val="lowerRoman"/>
      <w:lvlText w:val="%3."/>
      <w:lvlJc w:val="right"/>
      <w:pPr>
        <w:ind w:left="2160" w:hanging="180"/>
      </w:pPr>
    </w:lvl>
    <w:lvl w:ilvl="3" w:tplc="2C7CEFCC">
      <w:start w:val="1"/>
      <w:numFmt w:val="decimal"/>
      <w:lvlText w:val="%4."/>
      <w:lvlJc w:val="left"/>
      <w:pPr>
        <w:ind w:left="2880" w:hanging="360"/>
      </w:pPr>
    </w:lvl>
    <w:lvl w:ilvl="4" w:tplc="20C22280">
      <w:start w:val="1"/>
      <w:numFmt w:val="lowerLetter"/>
      <w:lvlText w:val="%5."/>
      <w:lvlJc w:val="left"/>
      <w:pPr>
        <w:ind w:left="3600" w:hanging="360"/>
      </w:pPr>
    </w:lvl>
    <w:lvl w:ilvl="5" w:tplc="D36C883E">
      <w:start w:val="1"/>
      <w:numFmt w:val="lowerRoman"/>
      <w:lvlText w:val="%6."/>
      <w:lvlJc w:val="right"/>
      <w:pPr>
        <w:ind w:left="4320" w:hanging="180"/>
      </w:pPr>
    </w:lvl>
    <w:lvl w:ilvl="6" w:tplc="1C403F9A">
      <w:start w:val="1"/>
      <w:numFmt w:val="decimal"/>
      <w:lvlText w:val="%7."/>
      <w:lvlJc w:val="left"/>
      <w:pPr>
        <w:ind w:left="5040" w:hanging="360"/>
      </w:pPr>
    </w:lvl>
    <w:lvl w:ilvl="7" w:tplc="7C1835B4">
      <w:start w:val="1"/>
      <w:numFmt w:val="lowerLetter"/>
      <w:lvlText w:val="%8."/>
      <w:lvlJc w:val="left"/>
      <w:pPr>
        <w:ind w:left="5760" w:hanging="360"/>
      </w:pPr>
    </w:lvl>
    <w:lvl w:ilvl="8" w:tplc="C2C81C74">
      <w:start w:val="1"/>
      <w:numFmt w:val="lowerRoman"/>
      <w:lvlText w:val="%9."/>
      <w:lvlJc w:val="right"/>
      <w:pPr>
        <w:ind w:left="6480" w:hanging="180"/>
      </w:pPr>
    </w:lvl>
  </w:abstractNum>
  <w:abstractNum w:abstractNumId="25" w15:restartNumberingAfterBreak="0">
    <w:nsid w:val="51B4669E"/>
    <w:multiLevelType w:val="hybridMultilevel"/>
    <w:tmpl w:val="A0D6AAD0"/>
    <w:lvl w:ilvl="0" w:tplc="721C1E52">
      <w:start w:val="1"/>
      <w:numFmt w:val="bullet"/>
      <w:lvlText w:val="·"/>
      <w:lvlJc w:val="left"/>
      <w:pPr>
        <w:ind w:left="720" w:hanging="360"/>
      </w:pPr>
      <w:rPr>
        <w:rFonts w:hint="default" w:ascii="Symbol" w:hAnsi="Symbol"/>
      </w:rPr>
    </w:lvl>
    <w:lvl w:ilvl="1" w:tplc="9A4CC2FA">
      <w:start w:val="1"/>
      <w:numFmt w:val="bullet"/>
      <w:lvlText w:val="o"/>
      <w:lvlJc w:val="left"/>
      <w:pPr>
        <w:ind w:left="1440" w:hanging="360"/>
      </w:pPr>
      <w:rPr>
        <w:rFonts w:hint="default" w:ascii="Courier New" w:hAnsi="Courier New"/>
      </w:rPr>
    </w:lvl>
    <w:lvl w:ilvl="2" w:tplc="A4F6F13C">
      <w:start w:val="1"/>
      <w:numFmt w:val="bullet"/>
      <w:lvlText w:val=""/>
      <w:lvlJc w:val="left"/>
      <w:pPr>
        <w:ind w:left="2160" w:hanging="360"/>
      </w:pPr>
      <w:rPr>
        <w:rFonts w:hint="default" w:ascii="Wingdings" w:hAnsi="Wingdings"/>
      </w:rPr>
    </w:lvl>
    <w:lvl w:ilvl="3" w:tplc="31BEBD72">
      <w:start w:val="1"/>
      <w:numFmt w:val="bullet"/>
      <w:lvlText w:val=""/>
      <w:lvlJc w:val="left"/>
      <w:pPr>
        <w:ind w:left="2880" w:hanging="360"/>
      </w:pPr>
      <w:rPr>
        <w:rFonts w:hint="default" w:ascii="Symbol" w:hAnsi="Symbol"/>
      </w:rPr>
    </w:lvl>
    <w:lvl w:ilvl="4" w:tplc="7096AF38">
      <w:start w:val="1"/>
      <w:numFmt w:val="bullet"/>
      <w:lvlText w:val="o"/>
      <w:lvlJc w:val="left"/>
      <w:pPr>
        <w:ind w:left="3600" w:hanging="360"/>
      </w:pPr>
      <w:rPr>
        <w:rFonts w:hint="default" w:ascii="Courier New" w:hAnsi="Courier New"/>
      </w:rPr>
    </w:lvl>
    <w:lvl w:ilvl="5" w:tplc="888AA434">
      <w:start w:val="1"/>
      <w:numFmt w:val="bullet"/>
      <w:lvlText w:val=""/>
      <w:lvlJc w:val="left"/>
      <w:pPr>
        <w:ind w:left="4320" w:hanging="360"/>
      </w:pPr>
      <w:rPr>
        <w:rFonts w:hint="default" w:ascii="Wingdings" w:hAnsi="Wingdings"/>
      </w:rPr>
    </w:lvl>
    <w:lvl w:ilvl="6" w:tplc="ED7A1728">
      <w:start w:val="1"/>
      <w:numFmt w:val="bullet"/>
      <w:lvlText w:val=""/>
      <w:lvlJc w:val="left"/>
      <w:pPr>
        <w:ind w:left="5040" w:hanging="360"/>
      </w:pPr>
      <w:rPr>
        <w:rFonts w:hint="default" w:ascii="Symbol" w:hAnsi="Symbol"/>
      </w:rPr>
    </w:lvl>
    <w:lvl w:ilvl="7" w:tplc="B554ECDE">
      <w:start w:val="1"/>
      <w:numFmt w:val="bullet"/>
      <w:lvlText w:val="o"/>
      <w:lvlJc w:val="left"/>
      <w:pPr>
        <w:ind w:left="5760" w:hanging="360"/>
      </w:pPr>
      <w:rPr>
        <w:rFonts w:hint="default" w:ascii="Courier New" w:hAnsi="Courier New"/>
      </w:rPr>
    </w:lvl>
    <w:lvl w:ilvl="8" w:tplc="AD180700">
      <w:start w:val="1"/>
      <w:numFmt w:val="bullet"/>
      <w:lvlText w:val=""/>
      <w:lvlJc w:val="left"/>
      <w:pPr>
        <w:ind w:left="6480" w:hanging="360"/>
      </w:pPr>
      <w:rPr>
        <w:rFonts w:hint="default" w:ascii="Wingdings" w:hAnsi="Wingdings"/>
      </w:rPr>
    </w:lvl>
  </w:abstractNum>
  <w:abstractNum w:abstractNumId="26" w15:restartNumberingAfterBreak="0">
    <w:nsid w:val="5AAC9534"/>
    <w:multiLevelType w:val="hybridMultilevel"/>
    <w:tmpl w:val="EE2EF60E"/>
    <w:lvl w:ilvl="0" w:tplc="4386F9CE">
      <w:start w:val="1"/>
      <w:numFmt w:val="bullet"/>
      <w:lvlText w:val=""/>
      <w:lvlJc w:val="left"/>
      <w:pPr>
        <w:ind w:left="720" w:hanging="360"/>
      </w:pPr>
      <w:rPr>
        <w:rFonts w:hint="default" w:ascii="Symbol" w:hAnsi="Symbol"/>
      </w:rPr>
    </w:lvl>
    <w:lvl w:ilvl="1" w:tplc="013CD52A">
      <w:start w:val="1"/>
      <w:numFmt w:val="bullet"/>
      <w:lvlText w:val="o"/>
      <w:lvlJc w:val="left"/>
      <w:pPr>
        <w:ind w:left="1440" w:hanging="360"/>
      </w:pPr>
      <w:rPr>
        <w:rFonts w:hint="default" w:ascii="Courier New" w:hAnsi="Courier New"/>
      </w:rPr>
    </w:lvl>
    <w:lvl w:ilvl="2" w:tplc="55B6985A">
      <w:start w:val="1"/>
      <w:numFmt w:val="bullet"/>
      <w:lvlText w:val=""/>
      <w:lvlJc w:val="left"/>
      <w:pPr>
        <w:ind w:left="2160" w:hanging="360"/>
      </w:pPr>
      <w:rPr>
        <w:rFonts w:hint="default" w:ascii="Wingdings" w:hAnsi="Wingdings"/>
      </w:rPr>
    </w:lvl>
    <w:lvl w:ilvl="3" w:tplc="419A1EC8">
      <w:start w:val="1"/>
      <w:numFmt w:val="bullet"/>
      <w:lvlText w:val=""/>
      <w:lvlJc w:val="left"/>
      <w:pPr>
        <w:ind w:left="2880" w:hanging="360"/>
      </w:pPr>
      <w:rPr>
        <w:rFonts w:hint="default" w:ascii="Symbol" w:hAnsi="Symbol"/>
      </w:rPr>
    </w:lvl>
    <w:lvl w:ilvl="4" w:tplc="673ABC30">
      <w:start w:val="1"/>
      <w:numFmt w:val="bullet"/>
      <w:lvlText w:val="o"/>
      <w:lvlJc w:val="left"/>
      <w:pPr>
        <w:ind w:left="3600" w:hanging="360"/>
      </w:pPr>
      <w:rPr>
        <w:rFonts w:hint="default" w:ascii="Courier New" w:hAnsi="Courier New"/>
      </w:rPr>
    </w:lvl>
    <w:lvl w:ilvl="5" w:tplc="2FECDB40">
      <w:start w:val="1"/>
      <w:numFmt w:val="bullet"/>
      <w:lvlText w:val=""/>
      <w:lvlJc w:val="left"/>
      <w:pPr>
        <w:ind w:left="4320" w:hanging="360"/>
      </w:pPr>
      <w:rPr>
        <w:rFonts w:hint="default" w:ascii="Wingdings" w:hAnsi="Wingdings"/>
      </w:rPr>
    </w:lvl>
    <w:lvl w:ilvl="6" w:tplc="D808544E">
      <w:start w:val="1"/>
      <w:numFmt w:val="bullet"/>
      <w:lvlText w:val=""/>
      <w:lvlJc w:val="left"/>
      <w:pPr>
        <w:ind w:left="5040" w:hanging="360"/>
      </w:pPr>
      <w:rPr>
        <w:rFonts w:hint="default" w:ascii="Symbol" w:hAnsi="Symbol"/>
      </w:rPr>
    </w:lvl>
    <w:lvl w:ilvl="7" w:tplc="CD361F1E">
      <w:start w:val="1"/>
      <w:numFmt w:val="bullet"/>
      <w:lvlText w:val="o"/>
      <w:lvlJc w:val="left"/>
      <w:pPr>
        <w:ind w:left="5760" w:hanging="360"/>
      </w:pPr>
      <w:rPr>
        <w:rFonts w:hint="default" w:ascii="Courier New" w:hAnsi="Courier New"/>
      </w:rPr>
    </w:lvl>
    <w:lvl w:ilvl="8" w:tplc="140A1DCC">
      <w:start w:val="1"/>
      <w:numFmt w:val="bullet"/>
      <w:lvlText w:val=""/>
      <w:lvlJc w:val="left"/>
      <w:pPr>
        <w:ind w:left="6480" w:hanging="360"/>
      </w:pPr>
      <w:rPr>
        <w:rFonts w:hint="default" w:ascii="Wingdings" w:hAnsi="Wingdings"/>
      </w:rPr>
    </w:lvl>
  </w:abstractNum>
  <w:abstractNum w:abstractNumId="27" w15:restartNumberingAfterBreak="0">
    <w:nsid w:val="5D4A1DAA"/>
    <w:multiLevelType w:val="multilevel"/>
    <w:tmpl w:val="568E1F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3161386"/>
    <w:multiLevelType w:val="hybridMultilevel"/>
    <w:tmpl w:val="43F6C122"/>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17F00A6"/>
    <w:multiLevelType w:val="hybridMultilevel"/>
    <w:tmpl w:val="8996A11E"/>
    <w:lvl w:ilvl="0" w:tplc="6D049016">
      <w:start w:val="1"/>
      <w:numFmt w:val="bullet"/>
      <w:lvlText w:val=""/>
      <w:lvlJc w:val="left"/>
      <w:pPr>
        <w:ind w:left="720" w:hanging="360"/>
      </w:pPr>
      <w:rPr>
        <w:rFonts w:hint="default" w:ascii="Symbol" w:hAnsi="Symbol"/>
      </w:rPr>
    </w:lvl>
    <w:lvl w:ilvl="1" w:tplc="196E119C">
      <w:start w:val="1"/>
      <w:numFmt w:val="bullet"/>
      <w:lvlText w:val="o"/>
      <w:lvlJc w:val="left"/>
      <w:pPr>
        <w:ind w:left="1440" w:hanging="360"/>
      </w:pPr>
      <w:rPr>
        <w:rFonts w:hint="default" w:ascii="Courier New" w:hAnsi="Courier New"/>
      </w:rPr>
    </w:lvl>
    <w:lvl w:ilvl="2" w:tplc="104EEBAA">
      <w:start w:val="1"/>
      <w:numFmt w:val="bullet"/>
      <w:lvlText w:val=""/>
      <w:lvlJc w:val="left"/>
      <w:pPr>
        <w:ind w:left="2160" w:hanging="360"/>
      </w:pPr>
      <w:rPr>
        <w:rFonts w:hint="default" w:ascii="Wingdings" w:hAnsi="Wingdings"/>
      </w:rPr>
    </w:lvl>
    <w:lvl w:ilvl="3" w:tplc="7D5A6276">
      <w:start w:val="1"/>
      <w:numFmt w:val="bullet"/>
      <w:lvlText w:val=""/>
      <w:lvlJc w:val="left"/>
      <w:pPr>
        <w:ind w:left="2880" w:hanging="360"/>
      </w:pPr>
      <w:rPr>
        <w:rFonts w:hint="default" w:ascii="Symbol" w:hAnsi="Symbol"/>
      </w:rPr>
    </w:lvl>
    <w:lvl w:ilvl="4" w:tplc="C3C84DA8">
      <w:start w:val="1"/>
      <w:numFmt w:val="bullet"/>
      <w:lvlText w:val="o"/>
      <w:lvlJc w:val="left"/>
      <w:pPr>
        <w:ind w:left="3600" w:hanging="360"/>
      </w:pPr>
      <w:rPr>
        <w:rFonts w:hint="default" w:ascii="Courier New" w:hAnsi="Courier New"/>
      </w:rPr>
    </w:lvl>
    <w:lvl w:ilvl="5" w:tplc="869C70AE">
      <w:start w:val="1"/>
      <w:numFmt w:val="bullet"/>
      <w:lvlText w:val=""/>
      <w:lvlJc w:val="left"/>
      <w:pPr>
        <w:ind w:left="4320" w:hanging="360"/>
      </w:pPr>
      <w:rPr>
        <w:rFonts w:hint="default" w:ascii="Wingdings" w:hAnsi="Wingdings"/>
      </w:rPr>
    </w:lvl>
    <w:lvl w:ilvl="6" w:tplc="5A3E9950">
      <w:start w:val="1"/>
      <w:numFmt w:val="bullet"/>
      <w:lvlText w:val=""/>
      <w:lvlJc w:val="left"/>
      <w:pPr>
        <w:ind w:left="5040" w:hanging="360"/>
      </w:pPr>
      <w:rPr>
        <w:rFonts w:hint="default" w:ascii="Symbol" w:hAnsi="Symbol"/>
      </w:rPr>
    </w:lvl>
    <w:lvl w:ilvl="7" w:tplc="3B8A6918">
      <w:start w:val="1"/>
      <w:numFmt w:val="bullet"/>
      <w:lvlText w:val="o"/>
      <w:lvlJc w:val="left"/>
      <w:pPr>
        <w:ind w:left="5760" w:hanging="360"/>
      </w:pPr>
      <w:rPr>
        <w:rFonts w:hint="default" w:ascii="Courier New" w:hAnsi="Courier New"/>
      </w:rPr>
    </w:lvl>
    <w:lvl w:ilvl="8" w:tplc="405210FA">
      <w:start w:val="1"/>
      <w:numFmt w:val="bullet"/>
      <w:lvlText w:val=""/>
      <w:lvlJc w:val="left"/>
      <w:pPr>
        <w:ind w:left="6480" w:hanging="360"/>
      </w:pPr>
      <w:rPr>
        <w:rFonts w:hint="default" w:ascii="Wingdings" w:hAnsi="Wingdings"/>
      </w:rPr>
    </w:lvl>
  </w:abstractNum>
  <w:abstractNum w:abstractNumId="30" w15:restartNumberingAfterBreak="0">
    <w:nsid w:val="75B4402C"/>
    <w:multiLevelType w:val="hybridMultilevel"/>
    <w:tmpl w:val="37589A0A"/>
    <w:lvl w:ilvl="0" w:tplc="013E053E">
      <w:start w:val="1"/>
      <w:numFmt w:val="bullet"/>
      <w:lvlText w:val=""/>
      <w:lvlJc w:val="left"/>
      <w:pPr>
        <w:ind w:left="720" w:hanging="360"/>
      </w:pPr>
      <w:rPr>
        <w:rFonts w:hint="default" w:ascii="Symbol" w:hAnsi="Symbol"/>
      </w:rPr>
    </w:lvl>
    <w:lvl w:ilvl="1" w:tplc="9DD2043A">
      <w:start w:val="1"/>
      <w:numFmt w:val="bullet"/>
      <w:lvlText w:val="o"/>
      <w:lvlJc w:val="left"/>
      <w:pPr>
        <w:ind w:left="1440" w:hanging="360"/>
      </w:pPr>
      <w:rPr>
        <w:rFonts w:hint="default" w:ascii="Courier New" w:hAnsi="Courier New"/>
      </w:rPr>
    </w:lvl>
    <w:lvl w:ilvl="2" w:tplc="5EC6521C">
      <w:start w:val="1"/>
      <w:numFmt w:val="bullet"/>
      <w:lvlText w:val=""/>
      <w:lvlJc w:val="left"/>
      <w:pPr>
        <w:ind w:left="2160" w:hanging="360"/>
      </w:pPr>
      <w:rPr>
        <w:rFonts w:hint="default" w:ascii="Wingdings" w:hAnsi="Wingdings"/>
      </w:rPr>
    </w:lvl>
    <w:lvl w:ilvl="3" w:tplc="632E6F04">
      <w:start w:val="1"/>
      <w:numFmt w:val="bullet"/>
      <w:lvlText w:val=""/>
      <w:lvlJc w:val="left"/>
      <w:pPr>
        <w:ind w:left="2880" w:hanging="360"/>
      </w:pPr>
      <w:rPr>
        <w:rFonts w:hint="default" w:ascii="Symbol" w:hAnsi="Symbol"/>
      </w:rPr>
    </w:lvl>
    <w:lvl w:ilvl="4" w:tplc="4BA2040A">
      <w:start w:val="1"/>
      <w:numFmt w:val="bullet"/>
      <w:lvlText w:val="o"/>
      <w:lvlJc w:val="left"/>
      <w:pPr>
        <w:ind w:left="3600" w:hanging="360"/>
      </w:pPr>
      <w:rPr>
        <w:rFonts w:hint="default" w:ascii="Courier New" w:hAnsi="Courier New"/>
      </w:rPr>
    </w:lvl>
    <w:lvl w:ilvl="5" w:tplc="39AE2DE6">
      <w:start w:val="1"/>
      <w:numFmt w:val="bullet"/>
      <w:lvlText w:val=""/>
      <w:lvlJc w:val="left"/>
      <w:pPr>
        <w:ind w:left="4320" w:hanging="360"/>
      </w:pPr>
      <w:rPr>
        <w:rFonts w:hint="default" w:ascii="Wingdings" w:hAnsi="Wingdings"/>
      </w:rPr>
    </w:lvl>
    <w:lvl w:ilvl="6" w:tplc="56207974">
      <w:start w:val="1"/>
      <w:numFmt w:val="bullet"/>
      <w:lvlText w:val=""/>
      <w:lvlJc w:val="left"/>
      <w:pPr>
        <w:ind w:left="5040" w:hanging="360"/>
      </w:pPr>
      <w:rPr>
        <w:rFonts w:hint="default" w:ascii="Symbol" w:hAnsi="Symbol"/>
      </w:rPr>
    </w:lvl>
    <w:lvl w:ilvl="7" w:tplc="E2C40096">
      <w:start w:val="1"/>
      <w:numFmt w:val="bullet"/>
      <w:lvlText w:val="o"/>
      <w:lvlJc w:val="left"/>
      <w:pPr>
        <w:ind w:left="5760" w:hanging="360"/>
      </w:pPr>
      <w:rPr>
        <w:rFonts w:hint="default" w:ascii="Courier New" w:hAnsi="Courier New"/>
      </w:rPr>
    </w:lvl>
    <w:lvl w:ilvl="8" w:tplc="E56AC9B0">
      <w:start w:val="1"/>
      <w:numFmt w:val="bullet"/>
      <w:lvlText w:val=""/>
      <w:lvlJc w:val="left"/>
      <w:pPr>
        <w:ind w:left="6480" w:hanging="360"/>
      </w:pPr>
      <w:rPr>
        <w:rFonts w:hint="default" w:ascii="Wingdings" w:hAnsi="Wingdings"/>
      </w:rPr>
    </w:lvl>
  </w:abstractNum>
  <w:abstractNum w:abstractNumId="31" w15:restartNumberingAfterBreak="0">
    <w:nsid w:val="7E2A6AAF"/>
    <w:multiLevelType w:val="hybridMultilevel"/>
    <w:tmpl w:val="F6EE9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F1230CF"/>
    <w:multiLevelType w:val="multilevel"/>
    <w:tmpl w:val="673CC7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F5F765F"/>
    <w:multiLevelType w:val="hybridMultilevel"/>
    <w:tmpl w:val="CB82D490"/>
    <w:lvl w:ilvl="0" w:tplc="70282D68">
      <w:start w:val="1"/>
      <w:numFmt w:val="bullet"/>
      <w:lvlText w:val="·"/>
      <w:lvlJc w:val="left"/>
      <w:pPr>
        <w:ind w:left="720" w:hanging="360"/>
      </w:pPr>
      <w:rPr>
        <w:rFonts w:hint="default" w:ascii="Symbol" w:hAnsi="Symbol"/>
      </w:rPr>
    </w:lvl>
    <w:lvl w:ilvl="1" w:tplc="75DE2D34">
      <w:start w:val="1"/>
      <w:numFmt w:val="bullet"/>
      <w:lvlText w:val="o"/>
      <w:lvlJc w:val="left"/>
      <w:pPr>
        <w:ind w:left="1440" w:hanging="360"/>
      </w:pPr>
      <w:rPr>
        <w:rFonts w:hint="default" w:ascii="Courier New" w:hAnsi="Courier New"/>
      </w:rPr>
    </w:lvl>
    <w:lvl w:ilvl="2" w:tplc="A37AE800">
      <w:start w:val="1"/>
      <w:numFmt w:val="bullet"/>
      <w:lvlText w:val=""/>
      <w:lvlJc w:val="left"/>
      <w:pPr>
        <w:ind w:left="2160" w:hanging="360"/>
      </w:pPr>
      <w:rPr>
        <w:rFonts w:hint="default" w:ascii="Wingdings" w:hAnsi="Wingdings"/>
      </w:rPr>
    </w:lvl>
    <w:lvl w:ilvl="3" w:tplc="FBC2F968">
      <w:start w:val="1"/>
      <w:numFmt w:val="bullet"/>
      <w:lvlText w:val=""/>
      <w:lvlJc w:val="left"/>
      <w:pPr>
        <w:ind w:left="2880" w:hanging="360"/>
      </w:pPr>
      <w:rPr>
        <w:rFonts w:hint="default" w:ascii="Symbol" w:hAnsi="Symbol"/>
      </w:rPr>
    </w:lvl>
    <w:lvl w:ilvl="4" w:tplc="ACFCC95A">
      <w:start w:val="1"/>
      <w:numFmt w:val="bullet"/>
      <w:lvlText w:val="o"/>
      <w:lvlJc w:val="left"/>
      <w:pPr>
        <w:ind w:left="3600" w:hanging="360"/>
      </w:pPr>
      <w:rPr>
        <w:rFonts w:hint="default" w:ascii="Courier New" w:hAnsi="Courier New"/>
      </w:rPr>
    </w:lvl>
    <w:lvl w:ilvl="5" w:tplc="0EB6D2F2">
      <w:start w:val="1"/>
      <w:numFmt w:val="bullet"/>
      <w:lvlText w:val=""/>
      <w:lvlJc w:val="left"/>
      <w:pPr>
        <w:ind w:left="4320" w:hanging="360"/>
      </w:pPr>
      <w:rPr>
        <w:rFonts w:hint="default" w:ascii="Wingdings" w:hAnsi="Wingdings"/>
      </w:rPr>
    </w:lvl>
    <w:lvl w:ilvl="6" w:tplc="3D868798">
      <w:start w:val="1"/>
      <w:numFmt w:val="bullet"/>
      <w:lvlText w:val=""/>
      <w:lvlJc w:val="left"/>
      <w:pPr>
        <w:ind w:left="5040" w:hanging="360"/>
      </w:pPr>
      <w:rPr>
        <w:rFonts w:hint="default" w:ascii="Symbol" w:hAnsi="Symbol"/>
      </w:rPr>
    </w:lvl>
    <w:lvl w:ilvl="7" w:tplc="39303A6A">
      <w:start w:val="1"/>
      <w:numFmt w:val="bullet"/>
      <w:lvlText w:val="o"/>
      <w:lvlJc w:val="left"/>
      <w:pPr>
        <w:ind w:left="5760" w:hanging="360"/>
      </w:pPr>
      <w:rPr>
        <w:rFonts w:hint="default" w:ascii="Courier New" w:hAnsi="Courier New"/>
      </w:rPr>
    </w:lvl>
    <w:lvl w:ilvl="8" w:tplc="4E4ABE26">
      <w:start w:val="1"/>
      <w:numFmt w:val="bullet"/>
      <w:lvlText w:val=""/>
      <w:lvlJc w:val="left"/>
      <w:pPr>
        <w:ind w:left="6480" w:hanging="360"/>
      </w:pPr>
      <w:rPr>
        <w:rFonts w:hint="default" w:ascii="Wingdings" w:hAnsi="Wingdings"/>
      </w:rPr>
    </w:lvl>
  </w:abstractNum>
  <w:num w:numId="1" w16cid:durableId="280889083">
    <w:abstractNumId w:val="11"/>
  </w:num>
  <w:num w:numId="2" w16cid:durableId="2132936174">
    <w:abstractNumId w:val="18"/>
  </w:num>
  <w:num w:numId="3" w16cid:durableId="840509785">
    <w:abstractNumId w:val="30"/>
  </w:num>
  <w:num w:numId="4" w16cid:durableId="694039668">
    <w:abstractNumId w:val="19"/>
  </w:num>
  <w:num w:numId="5" w16cid:durableId="1238399714">
    <w:abstractNumId w:val="29"/>
  </w:num>
  <w:num w:numId="6" w16cid:durableId="329337009">
    <w:abstractNumId w:val="33"/>
  </w:num>
  <w:num w:numId="7" w16cid:durableId="1678652291">
    <w:abstractNumId w:val="10"/>
  </w:num>
  <w:num w:numId="8" w16cid:durableId="1229610670">
    <w:abstractNumId w:val="26"/>
  </w:num>
  <w:num w:numId="9" w16cid:durableId="2070885378">
    <w:abstractNumId w:val="14"/>
  </w:num>
  <w:num w:numId="10" w16cid:durableId="704402915">
    <w:abstractNumId w:val="25"/>
  </w:num>
  <w:num w:numId="11" w16cid:durableId="1239513986">
    <w:abstractNumId w:val="23"/>
  </w:num>
  <w:num w:numId="12" w16cid:durableId="172568845">
    <w:abstractNumId w:val="13"/>
  </w:num>
  <w:num w:numId="13" w16cid:durableId="368840443">
    <w:abstractNumId w:val="15"/>
  </w:num>
  <w:num w:numId="14" w16cid:durableId="1686401069">
    <w:abstractNumId w:val="17"/>
  </w:num>
  <w:num w:numId="15" w16cid:durableId="1735350414">
    <w:abstractNumId w:val="22"/>
  </w:num>
  <w:num w:numId="16" w16cid:durableId="1032147672">
    <w:abstractNumId w:val="16"/>
  </w:num>
  <w:num w:numId="17" w16cid:durableId="765923970">
    <w:abstractNumId w:val="9"/>
  </w:num>
  <w:num w:numId="18" w16cid:durableId="1064567148">
    <w:abstractNumId w:val="24"/>
  </w:num>
  <w:num w:numId="19" w16cid:durableId="1045905787">
    <w:abstractNumId w:val="8"/>
  </w:num>
  <w:num w:numId="20" w16cid:durableId="244993669">
    <w:abstractNumId w:val="6"/>
  </w:num>
  <w:num w:numId="21" w16cid:durableId="864362957">
    <w:abstractNumId w:val="5"/>
  </w:num>
  <w:num w:numId="22" w16cid:durableId="1862161604">
    <w:abstractNumId w:val="4"/>
  </w:num>
  <w:num w:numId="23" w16cid:durableId="848713669">
    <w:abstractNumId w:val="7"/>
  </w:num>
  <w:num w:numId="24" w16cid:durableId="935283686">
    <w:abstractNumId w:val="3"/>
  </w:num>
  <w:num w:numId="25" w16cid:durableId="338389038">
    <w:abstractNumId w:val="2"/>
  </w:num>
  <w:num w:numId="26" w16cid:durableId="791482611">
    <w:abstractNumId w:val="1"/>
  </w:num>
  <w:num w:numId="27" w16cid:durableId="1993755333">
    <w:abstractNumId w:val="0"/>
  </w:num>
  <w:num w:numId="28" w16cid:durableId="1444156219">
    <w:abstractNumId w:val="31"/>
  </w:num>
  <w:num w:numId="29" w16cid:durableId="982660569">
    <w:abstractNumId w:val="12"/>
  </w:num>
  <w:num w:numId="30" w16cid:durableId="1557281110">
    <w:abstractNumId w:val="20"/>
  </w:num>
  <w:num w:numId="31" w16cid:durableId="1279337942">
    <w:abstractNumId w:val="21"/>
  </w:num>
  <w:num w:numId="32" w16cid:durableId="1980110274">
    <w:abstractNumId w:val="28"/>
  </w:num>
  <w:num w:numId="33" w16cid:durableId="1573078876">
    <w:abstractNumId w:val="32"/>
  </w:num>
  <w:num w:numId="34" w16cid:durableId="139345749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EC"/>
    <w:rsid w:val="00034616"/>
    <w:rsid w:val="0005143E"/>
    <w:rsid w:val="0006063C"/>
    <w:rsid w:val="00072412"/>
    <w:rsid w:val="00072F77"/>
    <w:rsid w:val="00082A4F"/>
    <w:rsid w:val="00093DDC"/>
    <w:rsid w:val="000A7BD9"/>
    <w:rsid w:val="000E3F11"/>
    <w:rsid w:val="000E3F4D"/>
    <w:rsid w:val="000E6256"/>
    <w:rsid w:val="001007EA"/>
    <w:rsid w:val="0010303D"/>
    <w:rsid w:val="00125984"/>
    <w:rsid w:val="001345B2"/>
    <w:rsid w:val="001366EE"/>
    <w:rsid w:val="001370F2"/>
    <w:rsid w:val="00141F59"/>
    <w:rsid w:val="0015074B"/>
    <w:rsid w:val="00167F8C"/>
    <w:rsid w:val="00172018"/>
    <w:rsid w:val="00181413"/>
    <w:rsid w:val="0018392D"/>
    <w:rsid w:val="00192BFD"/>
    <w:rsid w:val="001B09CA"/>
    <w:rsid w:val="001B759B"/>
    <w:rsid w:val="001C22F5"/>
    <w:rsid w:val="001D54A9"/>
    <w:rsid w:val="001E3408"/>
    <w:rsid w:val="001E7C25"/>
    <w:rsid w:val="001F381C"/>
    <w:rsid w:val="00201161"/>
    <w:rsid w:val="002033A2"/>
    <w:rsid w:val="0021317E"/>
    <w:rsid w:val="00216890"/>
    <w:rsid w:val="00243363"/>
    <w:rsid w:val="00252233"/>
    <w:rsid w:val="002616CF"/>
    <w:rsid w:val="00264704"/>
    <w:rsid w:val="00266095"/>
    <w:rsid w:val="00266A2E"/>
    <w:rsid w:val="00272D56"/>
    <w:rsid w:val="00274071"/>
    <w:rsid w:val="00282EF3"/>
    <w:rsid w:val="0029639D"/>
    <w:rsid w:val="002A169E"/>
    <w:rsid w:val="002A5D10"/>
    <w:rsid w:val="002D1F2A"/>
    <w:rsid w:val="002D7521"/>
    <w:rsid w:val="002E44E0"/>
    <w:rsid w:val="002F727E"/>
    <w:rsid w:val="003112A4"/>
    <w:rsid w:val="003204F0"/>
    <w:rsid w:val="00322903"/>
    <w:rsid w:val="003244EB"/>
    <w:rsid w:val="00326F90"/>
    <w:rsid w:val="00347DBD"/>
    <w:rsid w:val="0037214A"/>
    <w:rsid w:val="00382962"/>
    <w:rsid w:val="00385268"/>
    <w:rsid w:val="003A2FE5"/>
    <w:rsid w:val="003A6BD7"/>
    <w:rsid w:val="003B09C3"/>
    <w:rsid w:val="003B6641"/>
    <w:rsid w:val="003C568E"/>
    <w:rsid w:val="003D0E43"/>
    <w:rsid w:val="003E2C96"/>
    <w:rsid w:val="003F1592"/>
    <w:rsid w:val="00404917"/>
    <w:rsid w:val="004270B2"/>
    <w:rsid w:val="00434512"/>
    <w:rsid w:val="00437E93"/>
    <w:rsid w:val="0044205B"/>
    <w:rsid w:val="00443AF3"/>
    <w:rsid w:val="0044647F"/>
    <w:rsid w:val="00463DC2"/>
    <w:rsid w:val="00472ED0"/>
    <w:rsid w:val="00475439"/>
    <w:rsid w:val="00482085"/>
    <w:rsid w:val="004A4B1B"/>
    <w:rsid w:val="004B2D3E"/>
    <w:rsid w:val="004B7664"/>
    <w:rsid w:val="004C29E2"/>
    <w:rsid w:val="004C4BA1"/>
    <w:rsid w:val="004D0B06"/>
    <w:rsid w:val="004E7BB0"/>
    <w:rsid w:val="004F2847"/>
    <w:rsid w:val="004F5C89"/>
    <w:rsid w:val="0050197D"/>
    <w:rsid w:val="005275CF"/>
    <w:rsid w:val="00533F33"/>
    <w:rsid w:val="00553F95"/>
    <w:rsid w:val="005640E1"/>
    <w:rsid w:val="00577C2A"/>
    <w:rsid w:val="00592C31"/>
    <w:rsid w:val="005A694C"/>
    <w:rsid w:val="005F4A51"/>
    <w:rsid w:val="00606700"/>
    <w:rsid w:val="006116FA"/>
    <w:rsid w:val="00632444"/>
    <w:rsid w:val="00634A02"/>
    <w:rsid w:val="00647C41"/>
    <w:rsid w:val="006534FB"/>
    <w:rsid w:val="00666981"/>
    <w:rsid w:val="00672FD8"/>
    <w:rsid w:val="0067433C"/>
    <w:rsid w:val="00693271"/>
    <w:rsid w:val="006941EA"/>
    <w:rsid w:val="00697B8A"/>
    <w:rsid w:val="006A2E8A"/>
    <w:rsid w:val="006B669B"/>
    <w:rsid w:val="006C3E6C"/>
    <w:rsid w:val="006D0750"/>
    <w:rsid w:val="006E0CF1"/>
    <w:rsid w:val="006E5F63"/>
    <w:rsid w:val="006F2F81"/>
    <w:rsid w:val="00711F08"/>
    <w:rsid w:val="0071255C"/>
    <w:rsid w:val="00726251"/>
    <w:rsid w:val="00731342"/>
    <w:rsid w:val="00735E68"/>
    <w:rsid w:val="0074554F"/>
    <w:rsid w:val="00782E1F"/>
    <w:rsid w:val="00791506"/>
    <w:rsid w:val="007C05BB"/>
    <w:rsid w:val="007C6D52"/>
    <w:rsid w:val="007D1A9E"/>
    <w:rsid w:val="007D4FCD"/>
    <w:rsid w:val="007E5054"/>
    <w:rsid w:val="007F0AC6"/>
    <w:rsid w:val="007F3473"/>
    <w:rsid w:val="008043A9"/>
    <w:rsid w:val="00813896"/>
    <w:rsid w:val="00825273"/>
    <w:rsid w:val="008322A4"/>
    <w:rsid w:val="00836176"/>
    <w:rsid w:val="008367E8"/>
    <w:rsid w:val="00846B11"/>
    <w:rsid w:val="00851253"/>
    <w:rsid w:val="008817A0"/>
    <w:rsid w:val="00892EAF"/>
    <w:rsid w:val="008A53E8"/>
    <w:rsid w:val="008A5BD3"/>
    <w:rsid w:val="008A720F"/>
    <w:rsid w:val="008B0F11"/>
    <w:rsid w:val="008D395C"/>
    <w:rsid w:val="008D4EE8"/>
    <w:rsid w:val="008E4E78"/>
    <w:rsid w:val="00925B3E"/>
    <w:rsid w:val="00934843"/>
    <w:rsid w:val="00946992"/>
    <w:rsid w:val="00946E98"/>
    <w:rsid w:val="0095038D"/>
    <w:rsid w:val="00951718"/>
    <w:rsid w:val="00956189"/>
    <w:rsid w:val="00957280"/>
    <w:rsid w:val="009706D6"/>
    <w:rsid w:val="00972540"/>
    <w:rsid w:val="00976F39"/>
    <w:rsid w:val="00996133"/>
    <w:rsid w:val="009978D9"/>
    <w:rsid w:val="009A3521"/>
    <w:rsid w:val="009A4DDE"/>
    <w:rsid w:val="009B20D8"/>
    <w:rsid w:val="009D6F52"/>
    <w:rsid w:val="009E015A"/>
    <w:rsid w:val="00A04D7D"/>
    <w:rsid w:val="00A05589"/>
    <w:rsid w:val="00A1731C"/>
    <w:rsid w:val="00A2373D"/>
    <w:rsid w:val="00A34D55"/>
    <w:rsid w:val="00A359F8"/>
    <w:rsid w:val="00A36BE7"/>
    <w:rsid w:val="00A62E59"/>
    <w:rsid w:val="00A63EC2"/>
    <w:rsid w:val="00A64D41"/>
    <w:rsid w:val="00A74483"/>
    <w:rsid w:val="00A85697"/>
    <w:rsid w:val="00AA143D"/>
    <w:rsid w:val="00AA1ACF"/>
    <w:rsid w:val="00AA1D8D"/>
    <w:rsid w:val="00AC08F0"/>
    <w:rsid w:val="00AD762D"/>
    <w:rsid w:val="00AE0A47"/>
    <w:rsid w:val="00AF1FB6"/>
    <w:rsid w:val="00B02351"/>
    <w:rsid w:val="00B13BBE"/>
    <w:rsid w:val="00B20DA7"/>
    <w:rsid w:val="00B43D07"/>
    <w:rsid w:val="00B47730"/>
    <w:rsid w:val="00B66A77"/>
    <w:rsid w:val="00B76A19"/>
    <w:rsid w:val="00B87D43"/>
    <w:rsid w:val="00B92704"/>
    <w:rsid w:val="00B94BA6"/>
    <w:rsid w:val="00BA5581"/>
    <w:rsid w:val="00BA7235"/>
    <w:rsid w:val="00BD1466"/>
    <w:rsid w:val="00BD15A8"/>
    <w:rsid w:val="00BD5055"/>
    <w:rsid w:val="00BE5ADA"/>
    <w:rsid w:val="00BE6D05"/>
    <w:rsid w:val="00BF033D"/>
    <w:rsid w:val="00C1211E"/>
    <w:rsid w:val="00C22C46"/>
    <w:rsid w:val="00C343D0"/>
    <w:rsid w:val="00C4298F"/>
    <w:rsid w:val="00C466B8"/>
    <w:rsid w:val="00CA4431"/>
    <w:rsid w:val="00CB0664"/>
    <w:rsid w:val="00CC6413"/>
    <w:rsid w:val="00CE582B"/>
    <w:rsid w:val="00CF4EEA"/>
    <w:rsid w:val="00D0310B"/>
    <w:rsid w:val="00D136FB"/>
    <w:rsid w:val="00D17029"/>
    <w:rsid w:val="00D31DA2"/>
    <w:rsid w:val="00D550B8"/>
    <w:rsid w:val="00D7405E"/>
    <w:rsid w:val="00D76A87"/>
    <w:rsid w:val="00D82FAB"/>
    <w:rsid w:val="00DB64B6"/>
    <w:rsid w:val="00DD2735"/>
    <w:rsid w:val="00DE2FEB"/>
    <w:rsid w:val="00E12E8C"/>
    <w:rsid w:val="00E32281"/>
    <w:rsid w:val="00E51904"/>
    <w:rsid w:val="00E54062"/>
    <w:rsid w:val="00E6128D"/>
    <w:rsid w:val="00E74709"/>
    <w:rsid w:val="00E83EC5"/>
    <w:rsid w:val="00EA63AC"/>
    <w:rsid w:val="00EBA87F"/>
    <w:rsid w:val="00EE10F9"/>
    <w:rsid w:val="00EE281F"/>
    <w:rsid w:val="00F07010"/>
    <w:rsid w:val="00F16572"/>
    <w:rsid w:val="00F358E0"/>
    <w:rsid w:val="00F42BA5"/>
    <w:rsid w:val="00F42E5B"/>
    <w:rsid w:val="00F90E1D"/>
    <w:rsid w:val="00FA0CCF"/>
    <w:rsid w:val="00FA36FD"/>
    <w:rsid w:val="00FA4E4A"/>
    <w:rsid w:val="00FC693F"/>
    <w:rsid w:val="00FE05BE"/>
    <w:rsid w:val="00FE352E"/>
    <w:rsid w:val="00FE4461"/>
    <w:rsid w:val="0153DBFC"/>
    <w:rsid w:val="029F5F8B"/>
    <w:rsid w:val="02C4E47E"/>
    <w:rsid w:val="03B4469A"/>
    <w:rsid w:val="04255A4E"/>
    <w:rsid w:val="04747142"/>
    <w:rsid w:val="04CDFA2E"/>
    <w:rsid w:val="05BDBF63"/>
    <w:rsid w:val="05F82897"/>
    <w:rsid w:val="076676E8"/>
    <w:rsid w:val="076B06E9"/>
    <w:rsid w:val="0780E86B"/>
    <w:rsid w:val="0AC90BF4"/>
    <w:rsid w:val="0B576E02"/>
    <w:rsid w:val="0D1F11BB"/>
    <w:rsid w:val="0D94E02A"/>
    <w:rsid w:val="0E53C024"/>
    <w:rsid w:val="0ED1A028"/>
    <w:rsid w:val="0EF59B87"/>
    <w:rsid w:val="10A340A4"/>
    <w:rsid w:val="11953E16"/>
    <w:rsid w:val="1226B013"/>
    <w:rsid w:val="12663204"/>
    <w:rsid w:val="126A3D0D"/>
    <w:rsid w:val="127EC464"/>
    <w:rsid w:val="12B8A96E"/>
    <w:rsid w:val="12E283CF"/>
    <w:rsid w:val="13105110"/>
    <w:rsid w:val="134BA78B"/>
    <w:rsid w:val="142B0EB8"/>
    <w:rsid w:val="142D0541"/>
    <w:rsid w:val="148EE727"/>
    <w:rsid w:val="14FEEE8F"/>
    <w:rsid w:val="156273A6"/>
    <w:rsid w:val="18527D48"/>
    <w:rsid w:val="186D201A"/>
    <w:rsid w:val="19C5DC2D"/>
    <w:rsid w:val="1AA2412A"/>
    <w:rsid w:val="1AD85E76"/>
    <w:rsid w:val="1AE5CA02"/>
    <w:rsid w:val="1B36A39B"/>
    <w:rsid w:val="1C62E8D3"/>
    <w:rsid w:val="1CE834FA"/>
    <w:rsid w:val="1DD0DEE3"/>
    <w:rsid w:val="1E45E30E"/>
    <w:rsid w:val="1E5E2E92"/>
    <w:rsid w:val="1E602C0F"/>
    <w:rsid w:val="1F05421E"/>
    <w:rsid w:val="1FA4326C"/>
    <w:rsid w:val="20D866AD"/>
    <w:rsid w:val="211455B0"/>
    <w:rsid w:val="213B05A8"/>
    <w:rsid w:val="21415754"/>
    <w:rsid w:val="220ED4DB"/>
    <w:rsid w:val="237C7A13"/>
    <w:rsid w:val="24FA2DA3"/>
    <w:rsid w:val="25A9587E"/>
    <w:rsid w:val="25D6DA52"/>
    <w:rsid w:val="261FEA3B"/>
    <w:rsid w:val="263B6647"/>
    <w:rsid w:val="267F8F2B"/>
    <w:rsid w:val="27DFC344"/>
    <w:rsid w:val="27E2545C"/>
    <w:rsid w:val="2810666A"/>
    <w:rsid w:val="29C5D2C2"/>
    <w:rsid w:val="2BBE4A81"/>
    <w:rsid w:val="2D0DFBC4"/>
    <w:rsid w:val="2D89318E"/>
    <w:rsid w:val="2D9C832B"/>
    <w:rsid w:val="2E979FA6"/>
    <w:rsid w:val="2EB5B205"/>
    <w:rsid w:val="2FBC0B39"/>
    <w:rsid w:val="30F5B9A2"/>
    <w:rsid w:val="3210CD59"/>
    <w:rsid w:val="32337687"/>
    <w:rsid w:val="33E0A337"/>
    <w:rsid w:val="34802F7A"/>
    <w:rsid w:val="34AFE220"/>
    <w:rsid w:val="34CEAE3D"/>
    <w:rsid w:val="35B3DAD5"/>
    <w:rsid w:val="361CE775"/>
    <w:rsid w:val="36C80FD0"/>
    <w:rsid w:val="36DE6A2C"/>
    <w:rsid w:val="3895CFD6"/>
    <w:rsid w:val="38CB67DE"/>
    <w:rsid w:val="398C99B5"/>
    <w:rsid w:val="39BC1FE1"/>
    <w:rsid w:val="3BD455C2"/>
    <w:rsid w:val="3C4729D5"/>
    <w:rsid w:val="3CB95D6F"/>
    <w:rsid w:val="3D0EE2AB"/>
    <w:rsid w:val="3E385B23"/>
    <w:rsid w:val="3F42D2A6"/>
    <w:rsid w:val="4115B8FA"/>
    <w:rsid w:val="43B824F8"/>
    <w:rsid w:val="43BF1F6B"/>
    <w:rsid w:val="43D13A5E"/>
    <w:rsid w:val="45D012B4"/>
    <w:rsid w:val="46942EA2"/>
    <w:rsid w:val="4957D3F9"/>
    <w:rsid w:val="497B0C2F"/>
    <w:rsid w:val="49E955A4"/>
    <w:rsid w:val="4A19207B"/>
    <w:rsid w:val="4A2DA7B0"/>
    <w:rsid w:val="4A3383E9"/>
    <w:rsid w:val="4A8BBD87"/>
    <w:rsid w:val="4AA12879"/>
    <w:rsid w:val="4BE1EA7C"/>
    <w:rsid w:val="4C433401"/>
    <w:rsid w:val="4CB2AD56"/>
    <w:rsid w:val="4D60C9BA"/>
    <w:rsid w:val="4F04F260"/>
    <w:rsid w:val="50C66F2F"/>
    <w:rsid w:val="51AF1D13"/>
    <w:rsid w:val="51B07263"/>
    <w:rsid w:val="522C63AA"/>
    <w:rsid w:val="525665DB"/>
    <w:rsid w:val="534A41C7"/>
    <w:rsid w:val="548E47A6"/>
    <w:rsid w:val="5582419C"/>
    <w:rsid w:val="55D61604"/>
    <w:rsid w:val="56745958"/>
    <w:rsid w:val="5725FA7D"/>
    <w:rsid w:val="576A3097"/>
    <w:rsid w:val="57864579"/>
    <w:rsid w:val="57A9D441"/>
    <w:rsid w:val="57E22C9B"/>
    <w:rsid w:val="58ADA146"/>
    <w:rsid w:val="58BBFF25"/>
    <w:rsid w:val="5906620B"/>
    <w:rsid w:val="598DF730"/>
    <w:rsid w:val="59D79CD0"/>
    <w:rsid w:val="5AD54DB9"/>
    <w:rsid w:val="5B7A2CB1"/>
    <w:rsid w:val="5DC9D932"/>
    <w:rsid w:val="607F6DD4"/>
    <w:rsid w:val="60AA30BF"/>
    <w:rsid w:val="612143A7"/>
    <w:rsid w:val="62C3C77A"/>
    <w:rsid w:val="64575C5B"/>
    <w:rsid w:val="64B6677C"/>
    <w:rsid w:val="64E3D685"/>
    <w:rsid w:val="654DDE55"/>
    <w:rsid w:val="6600A7F3"/>
    <w:rsid w:val="66F30BE2"/>
    <w:rsid w:val="673375A8"/>
    <w:rsid w:val="6B0BE3B9"/>
    <w:rsid w:val="6F541BAC"/>
    <w:rsid w:val="6FF6CB8E"/>
    <w:rsid w:val="7057CAE6"/>
    <w:rsid w:val="718C7A9E"/>
    <w:rsid w:val="7295EB0C"/>
    <w:rsid w:val="72A71C3B"/>
    <w:rsid w:val="73FE4CE0"/>
    <w:rsid w:val="76CB0AE9"/>
    <w:rsid w:val="77D74F77"/>
    <w:rsid w:val="77ED4476"/>
    <w:rsid w:val="78124527"/>
    <w:rsid w:val="78392A10"/>
    <w:rsid w:val="7907CD71"/>
    <w:rsid w:val="798BC22B"/>
    <w:rsid w:val="7B6576A4"/>
    <w:rsid w:val="7BA3807D"/>
    <w:rsid w:val="7BA4AF86"/>
    <w:rsid w:val="7C222D70"/>
    <w:rsid w:val="7C5AF2F1"/>
    <w:rsid w:val="7D54D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6D8F31C-ABD0-49E3-AD0C-15D7AFEE1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20"/>
      </w:numPr>
      <w:contextualSpacing/>
    </w:pPr>
  </w:style>
  <w:style w:type="paragraph" w:styleId="ListBullet3">
    <w:name w:val="List Bullet 3"/>
    <w:basedOn w:val="Normal"/>
    <w:uiPriority w:val="99"/>
    <w:unhideWhenUsed/>
    <w:rsid w:val="00326F90"/>
    <w:pPr>
      <w:numPr>
        <w:numId w:val="21"/>
      </w:numPr>
      <w:contextualSpacing/>
    </w:pPr>
  </w:style>
  <w:style w:type="paragraph" w:styleId="ListNumber">
    <w:name w:val="List Number"/>
    <w:basedOn w:val="Normal"/>
    <w:uiPriority w:val="99"/>
    <w:unhideWhenUsed/>
    <w:rsid w:val="00326F90"/>
    <w:pPr>
      <w:numPr>
        <w:numId w:val="23"/>
      </w:numPr>
      <w:contextualSpacing/>
    </w:pPr>
  </w:style>
  <w:style w:type="paragraph" w:styleId="ListNumber2">
    <w:name w:val="List Number 2"/>
    <w:basedOn w:val="Normal"/>
    <w:uiPriority w:val="99"/>
    <w:unhideWhenUsed/>
    <w:rsid w:val="0029639D"/>
    <w:pPr>
      <w:numPr>
        <w:numId w:val="24"/>
      </w:numPr>
      <w:contextualSpacing/>
    </w:pPr>
  </w:style>
  <w:style w:type="paragraph" w:styleId="ListNumber3">
    <w:name w:val="List Number 3"/>
    <w:basedOn w:val="Normal"/>
    <w:uiPriority w:val="99"/>
    <w:unhideWhenUsed/>
    <w:rsid w:val="0029639D"/>
    <w:pPr>
      <w:numPr>
        <w:numId w:val="2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2D1F2A"/>
    <w:pPr>
      <w:spacing w:before="100" w:beforeAutospacing="1" w:after="100" w:afterAutospacing="1" w:line="240" w:lineRule="auto"/>
    </w:pPr>
    <w:rPr>
      <w:rFonts w:ascii="Times New Roman" w:hAnsi="Times New Roman" w:eastAsia="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xml" Id="R8dc934795ef1487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b3d5a946f4035be50894cb1d47d075d6">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56e999f3c76227c8478a172ddd0645e5"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1C5CB3-BE7A-4BC9-8338-0DE1732C2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3BF9D06B-DF0F-4105-AF46-4E864CEB73AF}">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4.xml><?xml version="1.0" encoding="utf-8"?>
<ds:datastoreItem xmlns:ds="http://schemas.openxmlformats.org/officeDocument/2006/customXml" ds:itemID="{9AA4448C-2F96-468D-A236-2EAE2648AF5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Coley</cp:lastModifiedBy>
  <cp:revision>42</cp:revision>
  <dcterms:created xsi:type="dcterms:W3CDTF">2026-06-10T10:49:00Z</dcterms:created>
  <dcterms:modified xsi:type="dcterms:W3CDTF">2026-07-23T12:26:46Z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